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d5513b14dcf9ece61a9febcedad0c809976fc3"/>
    <w:p>
      <w:pPr>
        <w:pStyle w:val="Heading1"/>
      </w:pPr>
      <w:r>
        <w:rPr>
          <w:b/>
          <w:bCs/>
        </w:rPr>
        <w:t xml:space="preserve">The Thief</w:t>
      </w:r>
      <w:r>
        <w:br/>
      </w:r>
      <w:r>
        <w:rPr>
          <w:i/>
          <w:iCs/>
        </w:rPr>
        <w:t xml:space="preserve">Megan Whalen Turner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wondered what he thought I was going to wear if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persisted</w:t>
      </w:r>
      <w:r>
        <w:rPr>
          <w:b/>
          <w:bCs/>
        </w:rPr>
        <w:t xml:space="preserve"> </w:t>
      </w:r>
      <w:r>
        <w:rPr>
          <w:b/>
          <w:bCs/>
        </w:rPr>
        <w:t xml:space="preserve">in shredding my clothes.</w:t>
      </w:r>
      <w:r>
        <w:br/>
      </w:r>
      <w:r>
        <w:t xml:space="preserve">    (a) continued</w:t>
      </w:r>
      <w:r>
        <w:br/>
      </w:r>
      <w:r>
        <w:t xml:space="preserve">    (b) disagreed</w:t>
      </w:r>
      <w:r>
        <w:br/>
      </w:r>
      <w:r>
        <w:t xml:space="preserve">    (c) stuck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magus looked over his shoulder and then sent the elder Useless up to his room to get a relief kit with bandages and little pots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salve</w:t>
      </w:r>
      <w:r>
        <w:rPr>
          <w:b/>
          <w:bCs/>
        </w:rPr>
        <w:t xml:space="preserve"> </w:t>
      </w:r>
      <w:r>
        <w:rPr>
          <w:b/>
          <w:bCs/>
        </w:rPr>
        <w:t xml:space="preserve">in it.</w:t>
      </w:r>
      <w:r>
        <w:br/>
      </w:r>
      <w:r>
        <w:t xml:space="preserve">    (a) to expression feelings or thoughts enthusiastically  OR  to squirt or give off (typically under pressure such as blood or leaking gas)</w:t>
      </w:r>
      <w:r>
        <w:br/>
      </w:r>
      <w:r>
        <w:t xml:space="preserve">    (b) a cream or liquid put onto skin to make it feel better or heal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anything that eases pain or anxiety; or the act of doing such</w:t>
      </w:r>
      <w:r>
        <w:br/>
      </w:r>
      <w:r>
        <w:t xml:space="preserve">    (c) the act of hiding something by making it blend in with its surroundings; or hiding the truth; or something that hides or deceives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weren't related to each other, but they were both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apprentices</w:t>
      </w:r>
      <w:r>
        <w:rPr>
          <w:b/>
          <w:bCs/>
        </w:rPr>
        <w:t xml:space="preserve"> </w:t>
      </w:r>
      <w:r>
        <w:rPr>
          <w:b/>
          <w:bCs/>
        </w:rPr>
        <w:t xml:space="preserve">of the magus.</w:t>
      </w:r>
      <w:r>
        <w:br/>
      </w:r>
      <w:r>
        <w:t xml:space="preserve">    (a) a means of control -- most commonly the straps attached to a bit in a horse's mouth that are used to control it  OR  restrains or controls</w:t>
      </w:r>
      <w:r>
        <w:br/>
      </w:r>
      <w:r>
        <w:t xml:space="preserve">    (b) person who learns a trade or skill through hands-on experience under a skilled worker; or (as a verb) performance of that kind of work</w:t>
      </w:r>
      <w:r>
        <w:br/>
      </w:r>
      <w:r>
        <w:t xml:space="preserve">    (c) injures the ligaments of a joint by stretching them too far (ligaments are the tough, fibrous bands that connect bones across joints)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magus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disgruntled</w:t>
      </w:r>
      <w:r>
        <w:rPr>
          <w:b/>
          <w:bCs/>
        </w:rPr>
        <w:t xml:space="preserve"> </w:t>
      </w:r>
      <w:r>
        <w:rPr>
          <w:b/>
          <w:bCs/>
        </w:rPr>
        <w:t xml:space="preserve">that we hadn't made better time.</w:t>
      </w:r>
      <w:r>
        <w:br/>
      </w:r>
      <w:r>
        <w:t xml:space="preserve">    (a) not made different; or shown to be different</w:t>
      </w:r>
      <w:r>
        <w:br/>
      </w:r>
      <w:r>
        <w:t xml:space="preserve">    (b) dissatisfied - typically unhappy and annoyed</w:t>
      </w:r>
      <w:r>
        <w:br/>
      </w:r>
      <w:r>
        <w:t xml:space="preserve">    (c) not changed directly from a solid to a vapor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that time I was too tired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optimistic</w:t>
      </w:r>
      <w:r>
        <w:rPr>
          <w:b/>
          <w:bCs/>
        </w:rPr>
        <w:t xml:space="preserve">.</w:t>
      </w:r>
      <w:r>
        <w:br/>
      </w:r>
      <w:r>
        <w:t xml:space="preserve">    (a) expecting the best; or focusing on the good part of things</w:t>
      </w:r>
      <w:r>
        <w:br/>
      </w:r>
      <w:r>
        <w:t xml:space="preserve">    (b) in a manner of accepting something as true (without proof)</w:t>
      </w:r>
      <w:r>
        <w:br/>
      </w:r>
      <w:r>
        <w:t xml:space="preserve">    (c) relating separately to the people or things just mentioned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asked,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exasperated</w:t>
      </w:r>
      <w:r>
        <w:rPr>
          <w:b/>
          <w:bCs/>
        </w:rPr>
        <w:t xml:space="preserve">.</w:t>
      </w:r>
      <w:r>
        <w:br/>
      </w:r>
      <w:r>
        <w:t xml:space="preserve">    (a) came or arrived</w:t>
      </w:r>
      <w:r>
        <w:br/>
      </w:r>
      <w:r>
        <w:t xml:space="preserve">    (b) greatly annoyed</w:t>
      </w:r>
      <w:r>
        <w:br/>
      </w:r>
      <w:r>
        <w:t xml:space="preserve">    (c) said indirectly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sores were already much better, and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concurred</w:t>
      </w:r>
      <w:r>
        <w:rPr>
          <w:b/>
          <w:bCs/>
        </w:rPr>
        <w:t xml:space="preserve"> </w:t>
      </w:r>
      <w:r>
        <w:rPr>
          <w:b/>
          <w:bCs/>
        </w:rPr>
        <w:t xml:space="preserve">when he decided to leave them exposed to the air for the day, although I could see that it didn't matter if I concurred or not.</w:t>
      </w:r>
      <w:r>
        <w:br/>
      </w:r>
      <w:r>
        <w:t xml:space="preserve">    (a) agreed</w:t>
      </w:r>
      <w:r>
        <w:br/>
      </w:r>
      <w:r>
        <w:t xml:space="preserve">    (b) traded</w:t>
      </w:r>
      <w:r>
        <w:br/>
      </w:r>
      <w:r>
        <w:t xml:space="preserve">    (c) copied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front of me the mountains began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 earnest</w:t>
      </w:r>
      <w:r>
        <w:rPr>
          <w:b/>
          <w:bCs/>
        </w:rPr>
        <w:t xml:space="preserve">.</w:t>
      </w:r>
      <w:r>
        <w:br/>
      </w:r>
      <w:r>
        <w:t xml:space="preserve">    (a) serious; or in a serious manner</w:t>
      </w:r>
      <w:r>
        <w:br/>
      </w:r>
      <w:r>
        <w:t xml:space="preserve">    (b) real (genuine, true, or sincere)</w:t>
      </w:r>
      <w:r>
        <w:br/>
      </w:r>
      <w:r>
        <w:t xml:space="preserve">    (c) seven wise men of ancient Greece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magus answered with another question, which Ambiades answered patiently, obviously used to this response to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inquiries</w:t>
      </w:r>
      <w:r>
        <w:rPr>
          <w:b/>
          <w:bCs/>
        </w:rPr>
        <w:t xml:space="preserve">.</w:t>
      </w:r>
      <w:r>
        <w:br/>
      </w:r>
      <w:r>
        <w:t xml:space="preserve">    (a) reasons for doing something</w:t>
      </w:r>
      <w:r>
        <w:br/>
      </w:r>
      <w:r>
        <w:t xml:space="preserve">    (b) social events or ceremonies</w:t>
      </w:r>
      <w:r>
        <w:br/>
      </w:r>
      <w:r>
        <w:t xml:space="preserve">    (c) questions or investigations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reign of Eddis supposedly arose out of one of the stories in which Hephestia rewarded a king named Hamiathes with a stone dipped in the water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immortality</w:t>
      </w:r>
      <w:r>
        <w:rPr>
          <w:b/>
          <w:bCs/>
        </w:rPr>
        <w:t xml:space="preserve">.</w:t>
      </w:r>
      <w:r>
        <w:br/>
      </w:r>
      <w:r>
        <w:t xml:space="preserve">    (a) eternal life (to live forever)</w:t>
      </w:r>
      <w:r>
        <w:br/>
      </w:r>
      <w:r>
        <w:t xml:space="preserve">    (b) someone who disturbs or annoys</w:t>
      </w:r>
      <w:r>
        <w:br/>
      </w:r>
      <w:r>
        <w:t xml:space="preserve">    (c) with or based on basic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much smarter than a hammer can you be if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flaunt</w:t>
      </w:r>
      <w:r>
        <w:rPr>
          <w:b/>
          <w:bCs/>
        </w:rPr>
        <w:t xml:space="preserve"> </w:t>
      </w:r>
      <w:r>
        <w:rPr>
          <w:b/>
          <w:bCs/>
        </w:rPr>
        <w:t xml:space="preserve">the proof of your crimes in a wineshop?</w:t>
      </w:r>
      <w:r>
        <w:br/>
      </w:r>
      <w:r>
        <w:t xml:space="preserve">    (a) disagree</w:t>
      </w:r>
      <w:r>
        <w:br/>
      </w:r>
      <w:r>
        <w:t xml:space="preserve">    (b) show off</w:t>
      </w:r>
      <w:r>
        <w:br/>
      </w:r>
      <w:r>
        <w:t xml:space="preserve">    (c) subtract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voice dripped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condescension</w:t>
      </w:r>
      <w:r>
        <w:rPr>
          <w:b/>
          <w:bCs/>
        </w:rPr>
        <w:t xml:space="preserve">.</w:t>
      </w:r>
      <w:r>
        <w:br/>
      </w:r>
      <w:r>
        <w:t xml:space="preserve">    (a) someone who believes in Hinduism (the third most common religion--which has many gods and is associated with India)</w:t>
      </w:r>
      <w:r>
        <w:br/>
      </w:r>
      <w:r>
        <w:t xml:space="preserve">    (b) removal and examination of tissues or liquids from the living body to determine the existence or cause of a disease</w:t>
      </w:r>
      <w:r>
        <w:br/>
      </w:r>
      <w:r>
        <w:t xml:space="preserve">    (c) a manner that treats others as inferiors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retired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chagrined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field of contest.</w:t>
      </w:r>
      <w:r>
        <w:br/>
      </w:r>
      <w:r>
        <w:t xml:space="preserve">    (a) supported by providing money or other economic aid</w:t>
      </w:r>
      <w:r>
        <w:br/>
      </w:r>
      <w:r>
        <w:t xml:space="preserve">    (b) made to feel embarrassed, disappointed, or annoyed</w:t>
      </w:r>
      <w:r>
        <w:br/>
      </w:r>
      <w:r>
        <w:t xml:space="preserve">    (c) prepared food in a way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Earth sometimes came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guise</w:t>
      </w:r>
      <w:r>
        <w:rPr>
          <w:b/>
          <w:bCs/>
        </w:rPr>
        <w:t xml:space="preserve"> </w:t>
      </w:r>
      <w:r>
        <w:rPr>
          <w:b/>
          <w:bCs/>
        </w:rPr>
        <w:t xml:space="preserve">of an old woman and brought him presents.</w:t>
      </w:r>
      <w:r>
        <w:br/>
      </w:r>
      <w:r>
        <w:t xml:space="preserve">    (a) someone involved in challenging, arguing about, or fighting over something</w:t>
      </w:r>
      <w:r>
        <w:br/>
      </w:r>
      <w:r>
        <w:t xml:space="preserve">    (b) an outward appearance -- often one that hides the true nature of something</w:t>
      </w:r>
      <w:r>
        <w:br/>
      </w:r>
      <w:r>
        <w:t xml:space="preserve">    (c) the act of again being in a working position; or the act of starting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Donkeys would not have been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.</w:t>
      </w:r>
      <w:r>
        <w:br/>
      </w:r>
      <w:r>
        <w:t xml:space="preserve">    (a) sensible and careful</w:t>
      </w:r>
      <w:r>
        <w:br/>
      </w:r>
      <w:r>
        <w:t xml:space="preserve">    (b) not demonstrative of</w:t>
      </w:r>
      <w:r>
        <w:br/>
      </w:r>
      <w:r>
        <w:t xml:space="preserve">    (c) boring or monotonous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looked at the comb in my hand as if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perplexed</w:t>
      </w:r>
      <w:r>
        <w:rPr>
          <w:b/>
          <w:bCs/>
        </w:rPr>
        <w:t xml:space="preserve">.</w:t>
      </w:r>
      <w:r>
        <w:br/>
      </w:r>
      <w:r>
        <w:t xml:space="preserve">    (a) nervous or confused</w:t>
      </w:r>
      <w:r>
        <w:br/>
      </w:r>
      <w:r>
        <w:t xml:space="preserve">    (b) excessively excited</w:t>
      </w:r>
      <w:r>
        <w:br/>
      </w:r>
      <w:r>
        <w:t xml:space="preserve">    (c) confused or puzzled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Ambiades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sulked</w:t>
      </w:r>
      <w:r>
        <w:rPr>
          <w:b/>
          <w:bCs/>
        </w:rPr>
        <w:t xml:space="preserve"> </w:t>
      </w:r>
      <w:r>
        <w:rPr>
          <w:b/>
          <w:bCs/>
        </w:rPr>
        <w:t xml:space="preserve">for most of the morning, and Sophos rode with his shoulders hunched, trying to ignore the tension in the air.</w:t>
      </w:r>
      <w:r>
        <w:br/>
      </w:r>
      <w:r>
        <w:t xml:space="preserve">    (a) not limited or without boundaries</w:t>
      </w:r>
      <w:r>
        <w:br/>
      </w:r>
      <w:r>
        <w:t xml:space="preserve">    (b) not embarrassed or self-conscious</w:t>
      </w:r>
      <w:r>
        <w:br/>
      </w:r>
      <w:r>
        <w:t xml:space="preserve">    (c) was overly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we walked along the edge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chasm</w:t>
      </w:r>
      <w:r>
        <w:rPr>
          <w:b/>
          <w:bCs/>
        </w:rPr>
        <w:t xml:space="preserve"> </w:t>
      </w:r>
      <w:r>
        <w:rPr>
          <w:b/>
          <w:bCs/>
        </w:rPr>
        <w:t xml:space="preserve">in which the water flowed; sometimes the chasm grew wider and shallower and we walked on the sand beside the river itself.</w:t>
      </w:r>
      <w:r>
        <w:br/>
      </w:r>
      <w:r>
        <w:t xml:space="preserve">    (a) long eventful journey</w:t>
      </w:r>
      <w:r>
        <w:br/>
      </w:r>
      <w:r>
        <w:t xml:space="preserve">    (b) a nerve or brain cell</w:t>
      </w:r>
      <w:r>
        <w:br/>
      </w:r>
      <w:r>
        <w:t xml:space="preserve">    (c) a large gap or divide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pushed, I muttered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perfunctory</w:t>
      </w:r>
      <w:r>
        <w:rPr>
          <w:b/>
          <w:bCs/>
        </w:rPr>
        <w:t xml:space="preserve"> </w:t>
      </w:r>
      <w:r>
        <w:rPr>
          <w:b/>
          <w:bCs/>
        </w:rPr>
        <w:t xml:space="preserve">prayer to the god of thieves.</w:t>
      </w:r>
      <w:r>
        <w:br/>
      </w:r>
      <w:r>
        <w:t xml:space="preserve">    (a) done without much interest or effort -- especially as when dispensing with a formality</w:t>
      </w:r>
      <w:r>
        <w:br/>
      </w:r>
      <w:r>
        <w:t xml:space="preserve">    (b) related to intelligence -- such as requiring, appealing to, or possessing intelligence</w:t>
      </w:r>
      <w:r>
        <w:br/>
      </w:r>
      <w:r>
        <w:t xml:space="preserve">    (c) (adjective) designed to stop something  OR  (noun) something that stops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dark he hadn't been able to see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 </w:t>
      </w:r>
      <w:r>
        <w:rPr>
          <w:b/>
          <w:bCs/>
        </w:rPr>
        <w:t xml:space="preserve">on my face, but he could hear it in my voice.</w:t>
      </w:r>
      <w:r>
        <w:br/>
      </w:r>
      <w:r>
        <w:t xml:space="preserve">    (a) prejudice or unfair treatment</w:t>
      </w:r>
      <w:r>
        <w:br/>
      </w:r>
      <w:r>
        <w:t xml:space="preserve">    (b) disrespect and dislike</w:t>
      </w:r>
      <w:r>
        <w:br/>
      </w:r>
      <w:r>
        <w:t xml:space="preserve">    (c) frustration at being treated unfairly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2026-07-31T17:54:56Z</dcterms:created>
  <dcterms:modified xsi:type="dcterms:W3CDTF">2026-07-31T17:54:56Z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