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27b415c8cb485c0fe0d313c9a9b9b8643bce18"/>
    <w:p>
      <w:pPr>
        <w:pStyle w:val="Heading1"/>
      </w:pPr>
      <w:r>
        <w:rPr>
          <w:b/>
          <w:bCs/>
        </w:rPr>
        <w:t xml:space="preserve">The Tempest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witness was asked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abjure</w:t>
      </w:r>
      <w:r>
        <w:rPr>
          <w:b/>
          <w:bCs/>
        </w:rPr>
        <w:t xml:space="preserve"> </w:t>
      </w:r>
      <w:r>
        <w:rPr>
          <w:b/>
          <w:bCs/>
        </w:rPr>
        <w:t xml:space="preserve">her previous statement and tell the truth.</w:t>
      </w:r>
      <w:r>
        <w:br/>
      </w:r>
      <w:r>
        <w:t xml:space="preserve">    (a) elaborate upon</w:t>
      </w:r>
      <w:r>
        <w:br/>
      </w:r>
      <w:r>
        <w:t xml:space="preserve">    (b) renounce</w:t>
      </w:r>
      <w:r>
        <w:br/>
      </w:r>
      <w:r>
        <w:t xml:space="preserve">    (c) repeat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lacking</w:t>
      </w:r>
      <w:r>
        <w:br/>
      </w:r>
      <w:r>
        <w:t xml:space="preserve">    (b) with a natural defense</w:t>
      </w:r>
      <w:r>
        <w:br/>
      </w:r>
      <w:r>
        <w:t xml:space="preserve">    (c)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farm is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bountiful</w:t>
      </w:r>
      <w:r>
        <w:rPr>
          <w:b/>
          <w:bCs/>
        </w:rPr>
        <w:t xml:space="preserve"> </w:t>
      </w:r>
      <w:r>
        <w:rPr>
          <w:b/>
          <w:bCs/>
        </w:rPr>
        <w:t xml:space="preserve">land.</w:t>
      </w:r>
      <w:r>
        <w:br/>
      </w:r>
      <w:r>
        <w:t xml:space="preserve">    (a) arid (dry)</w:t>
      </w:r>
      <w:r>
        <w:br/>
      </w:r>
      <w:r>
        <w:t xml:space="preserve">    (b) giving in abundance</w:t>
      </w:r>
      <w:r>
        <w:br/>
      </w:r>
      <w:r>
        <w:t xml:space="preserve">    (c) barren (unproductive)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Loud music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</w:t>
      </w:r>
      <w:r>
        <w:rPr>
          <w:b/>
          <w:bCs/>
        </w:rPr>
        <w:t xml:space="preserve"> </w:t>
      </w:r>
      <w:r>
        <w:rPr>
          <w:b/>
          <w:bCs/>
        </w:rPr>
        <w:t xml:space="preserve">from a quiet dinner conversation.</w:t>
      </w:r>
      <w:r>
        <w:br/>
      </w:r>
      <w:r>
        <w:t xml:space="preserve">    (a) lessen or weaken</w:t>
      </w:r>
      <w:r>
        <w:br/>
      </w:r>
      <w:r>
        <w:t xml:space="preserve">    (b) enhance or boost</w:t>
      </w:r>
      <w:r>
        <w:br/>
      </w:r>
      <w:r>
        <w:t xml:space="preserve">    (c) match or echo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annual technology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exposition</w:t>
      </w:r>
      <w:r>
        <w:rPr>
          <w:b/>
          <w:bCs/>
        </w:rPr>
        <w:t xml:space="preserve"> </w:t>
      </w:r>
      <w:r>
        <w:rPr>
          <w:b/>
          <w:bCs/>
        </w:rPr>
        <w:t xml:space="preserve">drew engineers from across the country.</w:t>
      </w:r>
      <w:r>
        <w:br/>
      </w:r>
      <w:r>
        <w:t xml:space="preserve">    (a) large public exhibition</w:t>
      </w:r>
      <w:r>
        <w:br/>
      </w:r>
      <w:r>
        <w:t xml:space="preserve">    (b) formal academic lecture</w:t>
      </w:r>
      <w:r>
        <w:br/>
      </w:r>
      <w:r>
        <w:t xml:space="preserve">    (c) small private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extirpate</w:t>
      </w:r>
      <w:r>
        <w:rPr>
          <w:b/>
          <w:bCs/>
        </w:rPr>
        <w:t xml:space="preserve"> </w:t>
      </w:r>
      <w:r>
        <w:rPr>
          <w:b/>
          <w:bCs/>
        </w:rPr>
        <w:t xml:space="preserve">the worst abuses by empowering people to choose from competing providers.</w:t>
      </w:r>
      <w:r>
        <w:br/>
      </w:r>
      <w:r>
        <w:t xml:space="preserve">    (a) keep busy thinking about or doing something</w:t>
      </w:r>
      <w:r>
        <w:br/>
      </w:r>
      <w:r>
        <w:t xml:space="preserve">    (b) completely eliminate</w:t>
      </w:r>
      <w:r>
        <w:br/>
      </w:r>
      <w:r>
        <w:t xml:space="preserve">    (c) cancel or annul a formal ruling or contract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complaining about</w:t>
      </w:r>
      <w:r>
        <w:br/>
      </w:r>
      <w:r>
        <w:t xml:space="preserve">    (b) ignoring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hilltop fortress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behind its cliffs and thick walls.</w:t>
      </w:r>
      <w:r>
        <w:br/>
      </w:r>
      <w:r>
        <w:t xml:space="preserve">    (a) unable to be harmed</w:t>
      </w:r>
      <w:r>
        <w:br/>
      </w:r>
      <w:r>
        <w:t xml:space="preserve">    (b) likely to surrender</w:t>
      </w:r>
      <w:r>
        <w:br/>
      </w:r>
      <w:r>
        <w:t xml:space="preserve">    (c) easy to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darkest hour,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mettle</w:t>
      </w:r>
      <w:r>
        <w:rPr>
          <w:b/>
          <w:bCs/>
        </w:rPr>
        <w:t xml:space="preserve"> </w:t>
      </w:r>
      <w:r>
        <w:rPr>
          <w:b/>
          <w:bCs/>
        </w:rPr>
        <w:t xml:space="preserve">surged forth, allowing her to confront his fears with unwavering bravery.</w:t>
      </w:r>
      <w:r>
        <w:br/>
      </w:r>
      <w:r>
        <w:t xml:space="preserve">    (a) courage</w:t>
      </w:r>
      <w:r>
        <w:br/>
      </w:r>
      <w:r>
        <w:t xml:space="preserve">    (b) popularity</w:t>
      </w:r>
      <w:r>
        <w:br/>
      </w:r>
      <w:r>
        <w:t xml:space="preserve">    (c) luck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concern raised by the recent tragedy, this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 </w:t>
      </w:r>
      <w:r>
        <w:rPr>
          <w:b/>
          <w:bCs/>
        </w:rPr>
        <w:t xml:space="preserve">time to introduce the legislation.</w:t>
      </w:r>
      <w:r>
        <w:br/>
      </w:r>
      <w:r>
        <w:t xml:space="preserve">    (a) favorable</w:t>
      </w:r>
      <w:r>
        <w:br/>
      </w:r>
      <w:r>
        <w:t xml:space="preserve">    (b) unfavorable</w:t>
      </w:r>
      <w:r>
        <w:br/>
      </w:r>
      <w:r>
        <w:t xml:space="preserve">    (c) difficult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repeated, "The wicked will suffer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their sins."</w:t>
      </w:r>
      <w:r>
        <w:br/>
      </w:r>
      <w:r>
        <w:t xml:space="preserve">    (a) immediately</w:t>
      </w:r>
      <w:r>
        <w:br/>
      </w:r>
      <w:r>
        <w:t xml:space="preserve">    (b) hell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problem</w:t>
      </w:r>
      <w:r>
        <w:br/>
      </w:r>
      <w:r>
        <w:t xml:space="preserve">    (b) sign</w:t>
      </w:r>
      <w:r>
        <w:br/>
      </w:r>
      <w:r>
        <w:t xml:space="preserve">    (c)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require a union vote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ratify</w:t>
      </w:r>
      <w:r>
        <w:rPr>
          <w:b/>
          <w:bCs/>
        </w:rPr>
        <w:t xml:space="preserve"> </w:t>
      </w:r>
      <w:r>
        <w:rPr>
          <w:b/>
          <w:bCs/>
        </w:rPr>
        <w:t xml:space="preserve">the labor contract.</w:t>
      </w:r>
      <w:r>
        <w:br/>
      </w:r>
      <w:r>
        <w:t xml:space="preserve">    (a) approve</w:t>
      </w:r>
      <w:r>
        <w:br/>
      </w:r>
      <w:r>
        <w:t xml:space="preserve">    (b) criticize</w:t>
      </w:r>
      <w:r>
        <w:br/>
      </w:r>
      <w:r>
        <w:t xml:space="preserve">    (c) restrict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understand</w:t>
      </w:r>
      <w:r>
        <w:br/>
      </w:r>
      <w:r>
        <w:t xml:space="preserve">    (b) correct</w:t>
      </w:r>
      <w:r>
        <w:br/>
      </w:r>
      <w:r>
        <w:t xml:space="preserve">    (c) calculate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greeting</w:t>
      </w:r>
      <w:r>
        <w:br/>
      </w:r>
      <w:r>
        <w:t xml:space="preserve">    (c) introduction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trying to change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slothful</w:t>
      </w:r>
      <w:r>
        <w:rPr>
          <w:b/>
          <w:bCs/>
        </w:rPr>
        <w:t xml:space="preserve"> </w:t>
      </w:r>
      <w:r>
        <w:rPr>
          <w:b/>
          <w:bCs/>
        </w:rPr>
        <w:t xml:space="preserve">ways.</w:t>
      </w:r>
      <w:r>
        <w:br/>
      </w:r>
      <w:r>
        <w:t xml:space="preserve">    (a) sloppy</w:t>
      </w:r>
      <w:r>
        <w:br/>
      </w:r>
      <w:r>
        <w:t xml:space="preserve">    (b) lazy</w:t>
      </w:r>
      <w:r>
        <w:br/>
      </w:r>
      <w:r>
        <w:t xml:space="preserve">    (c) childish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 </w:t>
      </w:r>
      <w:r>
        <w:rPr>
          <w:b/>
          <w:bCs/>
        </w:rPr>
        <w:t xml:space="preserve">of beer, but not enough food.</w:t>
      </w:r>
      <w:r>
        <w:br/>
      </w:r>
      <w:r>
        <w:t xml:space="preserve">    (a) shortage</w:t>
      </w:r>
      <w:r>
        <w:br/>
      </w:r>
      <w:r>
        <w:t xml:space="preserve">    (b) variety</w:t>
      </w:r>
      <w:r>
        <w:br/>
      </w:r>
      <w:r>
        <w:t xml:space="preserve">    (c) excessive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their third breakup in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years.</w:t>
      </w:r>
      <w:r>
        <w:br/>
      </w:r>
      <w:r>
        <w:t xml:space="preserve">    (a) turbulent</w:t>
      </w:r>
      <w:r>
        <w:br/>
      </w:r>
      <w:r>
        <w:t xml:space="preserve">    (b) unhappy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loss (through death)</w:t>
      </w:r>
      <w:r>
        <w:br/>
      </w:r>
      <w:r>
        <w:t xml:space="preserve">    (c) unreturned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2026-07-31T14:31:53Z</dcterms:created>
  <dcterms:modified xsi:type="dcterms:W3CDTF">2026-07-31T14:31:53Z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