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10" w:name="X70baea4761eae2620e005cb3b087cf5d46227b5"/>
    <w:p>
      <w:pPr>
        <w:pStyle w:val="Heading1"/>
      </w:pPr>
      <w:r>
        <w:rPr>
          <w:b/>
          <w:bCs/>
        </w:rPr>
        <w:t xml:space="preserve">The Tempest</w:t>
      </w:r>
      <w:r>
        <w:br/>
      </w:r>
      <w:r>
        <w:rPr>
          <w:i/>
          <w:iCs/>
        </w:rPr>
        <w:t xml:space="preserve">William Shakespeare</w:t>
      </w:r>
      <w:r>
        <w:br/>
      </w:r>
      <w:r>
        <w:rPr>
          <w:b/>
          <w:bCs/>
        </w:rPr>
        <w:t xml:space="preserve">Vocabulary in Context</w:t>
      </w:r>
    </w:p>
    <w:bookmarkStart w:id="9" w:name="X9a74a35f8fb4f07348f8e729ebeae211aef5e33"/>
    <w:p>
      <w:pPr>
        <w:pStyle w:val="Heading2"/>
      </w:pPr>
      <w:r>
        <w:t xml:space="preserve">Read each prompt. Then choose the best meaning for the underlined word.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If by your art, my dearest father, you have Put the wild waters in this roar,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allay</w:t>
      </w:r>
      <w:r>
        <w:rPr>
          <w:b/>
          <w:bCs/>
        </w:rPr>
        <w:t xml:space="preserve"> </w:t>
      </w:r>
      <w:r>
        <w:rPr>
          <w:b/>
          <w:bCs/>
        </w:rPr>
        <w:t xml:space="preserve">them.</w:t>
      </w:r>
      <w:r>
        <w:br/>
      </w:r>
      <w:r>
        <w:t xml:space="preserve">    (a) interact again or interest again</w:t>
      </w:r>
      <w:r>
        <w:br/>
      </w:r>
      <w:r>
        <w:t xml:space="preserve">    (b) genetic change through evolution</w:t>
      </w:r>
      <w:r>
        <w:br/>
      </w:r>
      <w:r>
        <w:t xml:space="preserve">    (c) reduce the intensity of; or calm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Poor souls, they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perish'd</w:t>
      </w:r>
      <w:r>
        <w:rPr>
          <w:b/>
          <w:bCs/>
        </w:rPr>
        <w:t xml:space="preserve">.</w:t>
      </w:r>
      <w:r>
        <w:br/>
      </w:r>
      <w:r>
        <w:t xml:space="preserve">    (a) examined in detail to better understand</w:t>
      </w:r>
      <w:r>
        <w:br/>
      </w:r>
      <w:r>
        <w:t xml:space="preserve">    (b) moved into position to work; or started</w:t>
      </w:r>
      <w:r>
        <w:br/>
      </w:r>
      <w:r>
        <w:t xml:space="preserve">    (c) died, was destroyed, or ceased to exist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I find my zenith doth depend upon a most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auspicious</w:t>
      </w:r>
      <w:r>
        <w:rPr>
          <w:b/>
          <w:bCs/>
        </w:rPr>
        <w:t xml:space="preserve"> </w:t>
      </w:r>
      <w:r>
        <w:rPr>
          <w:b/>
          <w:bCs/>
        </w:rPr>
        <w:t xml:space="preserve">star</w:t>
      </w:r>
      <w:r>
        <w:br/>
      </w:r>
      <w:r>
        <w:t xml:space="preserve">    (a) not able to change to fit a different situation</w:t>
      </w:r>
      <w:r>
        <w:br/>
      </w:r>
      <w:r>
        <w:t xml:space="preserve">    (b) favorable; or suggestive of good things to come</w:t>
      </w:r>
      <w:r>
        <w:br/>
      </w:r>
      <w:r>
        <w:t xml:space="preserve">    (c) the degree to which something can be translated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This damn'd witch Sycorax, For mischiefs manifold, and sorceries terrible To enter human hearing, from Argier, Thou know'st, was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banish'd</w:t>
      </w:r>
      <w:r>
        <w:rPr>
          <w:b/>
          <w:bCs/>
        </w:rPr>
        <w:t xml:space="preserve">: for one thing she did They would not take her life.</w:t>
      </w:r>
      <w:r>
        <w:br/>
      </w:r>
      <w:r>
        <w:t xml:space="preserve">    (a) expelled or gotten rid of</w:t>
      </w:r>
      <w:r>
        <w:br/>
      </w:r>
      <w:r>
        <w:t xml:space="preserve">    (b) was abundant or plentiful</w:t>
      </w:r>
      <w:r>
        <w:br/>
      </w:r>
      <w:r>
        <w:t xml:space="preserve">    (c) thought -- possibly aloud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go, hence with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diligence</w:t>
      </w:r>
      <w:r>
        <w:rPr>
          <w:b/>
          <w:bCs/>
        </w:rPr>
        <w:t xml:space="preserve">!</w:t>
      </w:r>
      <w:r>
        <w:br/>
      </w:r>
      <w:r>
        <w:t xml:space="preserve">    (a) hard work and care</w:t>
      </w:r>
      <w:r>
        <w:br/>
      </w:r>
      <w:r>
        <w:t xml:space="preserve">    (b) restarted (a fire)</w:t>
      </w:r>
      <w:r>
        <w:br/>
      </w:r>
      <w:r>
        <w:t xml:space="preserve">    (c) calm state of mind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It must needs be of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subtle</w:t>
      </w:r>
      <w:r>
        <w:rPr>
          <w:b/>
          <w:bCs/>
        </w:rPr>
        <w:t xml:space="preserve">, tender, and delicate temperance.</w:t>
      </w:r>
      <w:r>
        <w:br/>
      </w:r>
      <w:r>
        <w:t xml:space="preserve">    (a) mild (understated)</w:t>
      </w:r>
      <w:r>
        <w:br/>
      </w:r>
      <w:r>
        <w:t xml:space="preserve">    (b) mental activity of which one is not self-aware</w:t>
      </w:r>
      <w:r>
        <w:br/>
      </w:r>
      <w:r>
        <w:t xml:space="preserve">    (c) the state or degree of being greater than zero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You do yet taste</w:t>
      </w:r>
      <w:r>
        <w:br/>
      </w:r>
      <w:r>
        <w:rPr>
          <w:b/>
          <w:bCs/>
        </w:rPr>
        <w:t xml:space="preserve">Some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subtleties</w:t>
      </w:r>
      <w:r>
        <w:rPr>
          <w:b/>
          <w:bCs/>
        </w:rPr>
        <w:t xml:space="preserve"> </w:t>
      </w:r>
      <w:r>
        <w:rPr>
          <w:b/>
          <w:bCs/>
        </w:rPr>
        <w:t xml:space="preserve">o' the isle, that will not let you</w:t>
      </w:r>
      <w:r>
        <w:br/>
      </w:r>
      <w:r>
        <w:rPr>
          <w:b/>
          <w:bCs/>
        </w:rPr>
        <w:t xml:space="preserve">Believe things certain.</w:t>
      </w:r>
      <w:r>
        <w:br/>
      </w:r>
      <w:r>
        <w:t xml:space="preserve">    (a) things that are not obvious, but can be appreciated by someone with adequate sensitivity and relevant knowledge</w:t>
      </w:r>
      <w:r>
        <w:br/>
      </w:r>
      <w:r>
        <w:t xml:space="preserve">    (b) a noticeable red (or brown) discolorations of sea water caused by excessive growth of microscopic algae</w:t>
      </w:r>
      <w:r>
        <w:br/>
      </w:r>
      <w:r>
        <w:t xml:space="preserve">    (c) things said or done that are disrespectful of something considered sacred -- especially God or religion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'Twas a sweet marriage, and we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prosper</w:t>
      </w:r>
      <w:r>
        <w:rPr>
          <w:b/>
          <w:bCs/>
        </w:rPr>
        <w:t xml:space="preserve"> </w:t>
      </w:r>
      <w:r>
        <w:rPr>
          <w:b/>
          <w:bCs/>
        </w:rPr>
        <w:t xml:space="preserve">well in our return.</w:t>
      </w:r>
      <w:r>
        <w:br/>
      </w:r>
      <w:r>
        <w:t xml:space="preserve">    (a) restore</w:t>
      </w:r>
      <w:r>
        <w:br/>
      </w:r>
      <w:r>
        <w:t xml:space="preserve">    (b) do well</w:t>
      </w:r>
      <w:r>
        <w:br/>
      </w:r>
      <w:r>
        <w:t xml:space="preserve">    (c) examine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Tunis was never graced before with such a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paragon</w:t>
      </w:r>
      <w:r>
        <w:rPr>
          <w:b/>
          <w:bCs/>
        </w:rPr>
        <w:t xml:space="preserve"> </w:t>
      </w:r>
      <w:r>
        <w:rPr>
          <w:b/>
          <w:bCs/>
        </w:rPr>
        <w:t xml:space="preserve">to their queen.</w:t>
      </w:r>
      <w:r>
        <w:br/>
      </w:r>
      <w:r>
        <w:t xml:space="preserve">    (a) treating thoughtlessly or without respect</w:t>
      </w:r>
      <w:r>
        <w:br/>
      </w:r>
      <w:r>
        <w:t xml:space="preserve">    (b) an ideal instance</w:t>
      </w:r>
      <w:r>
        <w:br/>
      </w:r>
      <w:r>
        <w:t xml:space="preserve">    (c) stop interacting; or stop having interest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the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contentious</w:t>
      </w:r>
      <w:r>
        <w:rPr>
          <w:b/>
          <w:bCs/>
        </w:rPr>
        <w:t xml:space="preserve"> </w:t>
      </w:r>
      <w:r>
        <w:rPr>
          <w:b/>
          <w:bCs/>
        </w:rPr>
        <w:t xml:space="preserve">waves</w:t>
      </w:r>
      <w:r>
        <w:br/>
      </w:r>
      <w:r>
        <w:t xml:space="preserve">    (a) the state of not being aware or concerned about something</w:t>
      </w:r>
      <w:r>
        <w:br/>
      </w:r>
      <w:r>
        <w:t xml:space="preserve">    (b) the state or degree of being absolutely sure of something</w:t>
      </w:r>
      <w:r>
        <w:br/>
      </w:r>
      <w:r>
        <w:t xml:space="preserve">    (c) causing difficulty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You were kneel'd to, and importun'd otherwise By all of us; and the fair soul herself Weigh'd between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loathness</w:t>
      </w:r>
      <w:r>
        <w:rPr>
          <w:b/>
          <w:bCs/>
        </w:rPr>
        <w:t xml:space="preserve"> </w:t>
      </w:r>
      <w:r>
        <w:rPr>
          <w:b/>
          <w:bCs/>
        </w:rPr>
        <w:t xml:space="preserve">and obedience at Which end o' th' beam should bow.</w:t>
      </w:r>
      <w:r>
        <w:br/>
      </w:r>
      <w:r>
        <w:t xml:space="preserve">    (a) the trait of being difficult to meet and talk with</w:t>
      </w:r>
      <w:r>
        <w:br/>
      </w:r>
      <w:r>
        <w:t xml:space="preserve">    (b) the quality of being highly reluctant or unwilling</w:t>
      </w:r>
      <w:r>
        <w:br/>
      </w:r>
      <w:r>
        <w:t xml:space="preserve">    (c) aka analytic -- relating to a theory of psychiatry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Please you, sir, Do not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omit</w:t>
      </w:r>
      <w:r>
        <w:rPr>
          <w:b/>
          <w:bCs/>
        </w:rPr>
        <w:t xml:space="preserve"> </w:t>
      </w:r>
      <w:r>
        <w:rPr>
          <w:b/>
          <w:bCs/>
        </w:rPr>
        <w:t xml:space="preserve">the heavy offer of it: It seldom visits sorrow; when it doth, It is a comforter.</w:t>
      </w:r>
      <w:r>
        <w:br/>
      </w:r>
      <w:r>
        <w:t xml:space="preserve">    (a) stop (something from happening)</w:t>
      </w:r>
      <w:r>
        <w:br/>
      </w:r>
      <w:r>
        <w:t xml:space="preserve">    (b) fulfill one's highest potential</w:t>
      </w:r>
      <w:r>
        <w:br/>
      </w:r>
      <w:r>
        <w:t xml:space="preserve">    (c) to exclude or neglect something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I am more serious than my custom; you Must be so too, if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heed</w:t>
      </w:r>
      <w:r>
        <w:rPr>
          <w:b/>
          <w:bCs/>
        </w:rPr>
        <w:t xml:space="preserve"> </w:t>
      </w:r>
      <w:r>
        <w:rPr>
          <w:b/>
          <w:bCs/>
        </w:rPr>
        <w:t xml:space="preserve">me: which to do Trebles thee o'er.</w:t>
      </w:r>
      <w:r>
        <w:br/>
      </w:r>
      <w:r>
        <w:t xml:space="preserve">    (a) adjusted excessively or made up for excessively</w:t>
      </w:r>
      <w:r>
        <w:br/>
      </w:r>
      <w:r>
        <w:t xml:space="preserve">    (b) a non-doctor who assisted a women in childbirth</w:t>
      </w:r>
      <w:r>
        <w:br/>
      </w:r>
      <w:r>
        <w:t xml:space="preserve">    (c) pay close attention to; or do what is suggested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...This my mean task</w:t>
      </w:r>
      <w:r>
        <w:br/>
      </w:r>
      <w:r>
        <w:rPr>
          <w:b/>
          <w:bCs/>
        </w:rPr>
        <w:t xml:space="preserve">Would be as heavy to me as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odious</w:t>
      </w:r>
      <w:r>
        <w:rPr>
          <w:b/>
          <w:bCs/>
        </w:rPr>
        <w:t xml:space="preserve">; but</w:t>
      </w:r>
      <w:r>
        <w:br/>
      </w:r>
      <w:r>
        <w:rPr>
          <w:b/>
          <w:bCs/>
        </w:rPr>
        <w:t xml:space="preserve">The mistress which I serve quickens what's dead,</w:t>
      </w:r>
      <w:r>
        <w:br/>
      </w:r>
      <w:r>
        <w:rPr>
          <w:b/>
          <w:bCs/>
        </w:rPr>
        <w:t xml:space="preserve">And makes my labours pleasures:</w:t>
      </w:r>
      <w:r>
        <w:br/>
      </w:r>
      <w:r>
        <w:t xml:space="preserve">    (a) not trustworthy, or improper, or attracting unwelcome attention</w:t>
      </w:r>
      <w:r>
        <w:br/>
      </w:r>
      <w:r>
        <w:t xml:space="preserve">    (b) the degree to which something is able to change or is different</w:t>
      </w:r>
      <w:r>
        <w:br/>
      </w:r>
      <w:r>
        <w:t xml:space="preserve">    (c) unpleasant, disgusting, or dislikable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As I told thee before, I am subject to a tyrant, sorcerer, that by his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cunning</w:t>
      </w:r>
      <w:r>
        <w:rPr>
          <w:b/>
          <w:bCs/>
        </w:rPr>
        <w:t xml:space="preserve"> </w:t>
      </w:r>
      <w:r>
        <w:rPr>
          <w:b/>
          <w:bCs/>
        </w:rPr>
        <w:t xml:space="preserve">hath cheated me of the island.</w:t>
      </w:r>
      <w:r>
        <w:br/>
      </w:r>
      <w:r>
        <w:t xml:space="preserve">    (a) relating to logical examination to improve understanding</w:t>
      </w:r>
      <w:r>
        <w:br/>
      </w:r>
      <w:r>
        <w:t xml:space="preserve">    (b) good at achieving goals through cleverness and deception</w:t>
      </w:r>
      <w:r>
        <w:br/>
      </w:r>
      <w:r>
        <w:t xml:space="preserve">    (c) related to the natural world (life, air, water, land...)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I do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beseech</w:t>
      </w:r>
      <w:r>
        <w:rPr>
          <w:b/>
          <w:bCs/>
        </w:rPr>
        <w:t xml:space="preserve"> </w:t>
      </w:r>
      <w:r>
        <w:rPr>
          <w:b/>
          <w:bCs/>
        </w:rPr>
        <w:t xml:space="preserve">thy greatness, give him blows, and take his bottle from him.</w:t>
      </w:r>
      <w:r>
        <w:br/>
      </w:r>
      <w:r>
        <w:t xml:space="preserve">    (a) move into position to work; or start</w:t>
      </w:r>
      <w:r>
        <w:br/>
      </w:r>
      <w:r>
        <w:t xml:space="preserve">    (b) to spread to other parts of the body</w:t>
      </w:r>
      <w:r>
        <w:br/>
      </w:r>
      <w:r>
        <w:t xml:space="preserve">    (c) ask strongly or beg for something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disdain, and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discord</w:t>
      </w:r>
      <w:r>
        <w:rPr>
          <w:b/>
          <w:bCs/>
        </w:rPr>
        <w:t xml:space="preserve">, shall bestrew the union of your bed</w:t>
      </w:r>
      <w:r>
        <w:br/>
      </w:r>
      <w:r>
        <w:t xml:space="preserve">    (a) design based on alphabetic letters; or adding such a design to something</w:t>
      </w:r>
      <w:r>
        <w:br/>
      </w:r>
      <w:r>
        <w:t xml:space="preserve">    (b) characterized by narrower parallel folds when closed and wider when open</w:t>
      </w:r>
      <w:r>
        <w:br/>
      </w:r>
      <w:r>
        <w:t xml:space="preserve">    (c) conflict and disagreement</w:t>
      </w:r>
    </w:p>
    <w:p>
      <w:pPr>
        <w:pStyle w:val="Compact"/>
        <w:numPr>
          <w:ilvl w:val="0"/>
          <w:numId w:val="1001"/>
        </w:numPr>
      </w:pPr>
      <w:r>
        <w:rPr>
          <w:b/>
          <w:bCs/>
          <w:u w:val="single"/>
        </w:rPr>
        <w:t xml:space="preserve">Scarcity</w:t>
      </w:r>
      <w:r>
        <w:rPr>
          <w:b/>
          <w:bCs/>
        </w:rPr>
        <w:t xml:space="preserve"> </w:t>
      </w:r>
      <w:r>
        <w:rPr>
          <w:b/>
          <w:bCs/>
        </w:rPr>
        <w:t xml:space="preserve">and want shall shun you; Ceres' blessing so is on you.</w:t>
      </w:r>
      <w:r>
        <w:br/>
      </w:r>
      <w:r>
        <w:t xml:space="preserve">    (a) someone who exposes wrongdoing within an organization</w:t>
      </w:r>
      <w:r>
        <w:br/>
      </w:r>
      <w:r>
        <w:t xml:space="preserve">    (b) shortage (having an amount that is less than desired)</w:t>
      </w:r>
      <w:r>
        <w:br/>
      </w:r>
      <w:r>
        <w:t xml:space="preserve">    (c) an expert in the branch of geology that studies rocks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When first I rais'd the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tempest</w:t>
      </w:r>
      <w:r>
        <w:br/>
      </w:r>
      <w:r>
        <w:t xml:space="preserve">    (a) to dominate harshly and unfairly  OR  to deny equal rights to others or make them suffer</w:t>
      </w:r>
      <w:r>
        <w:br/>
      </w:r>
      <w:r>
        <w:t xml:space="preserve">    (b) violent storm</w:t>
      </w:r>
      <w:r>
        <w:br/>
      </w:r>
      <w:r>
        <w:t xml:space="preserve">    (c) a long and determined effort for a cause that is passionately believed to be important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His mother was a witch; and one so strong</w:t>
      </w:r>
      <w:r>
        <w:br/>
      </w:r>
      <w:r>
        <w:rPr>
          <w:b/>
          <w:bCs/>
        </w:rPr>
        <w:t xml:space="preserve">That could control the moon, make flows and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ebbs</w:t>
      </w:r>
      <w:r>
        <w:rPr>
          <w:b/>
          <w:bCs/>
        </w:rPr>
        <w:t xml:space="preserve">,</w:t>
      </w:r>
      <w:r>
        <w:br/>
      </w:r>
      <w:r>
        <w:t xml:space="preserve">    (a) encourages growth or excitement, or causes something to happen</w:t>
      </w:r>
      <w:r>
        <w:br/>
      </w:r>
      <w:r>
        <w:t xml:space="preserve">    (b) points to differences between; or compares to show differences</w:t>
      </w:r>
      <w:r>
        <w:br/>
      </w:r>
      <w:r>
        <w:t xml:space="preserve">    (c) a gradual decline -- such as the height of the tide</w:t>
      </w:r>
    </w:p>
    <w:bookmarkEnd w:id="9"/>
    <w:bookmarkEnd w:id="10"/>
    <w:sectPr w:rsidR="00FC693F" w:rsidRPr="0006063C" w:rsidSect="00034616">
      <w:pgSz w:h="15840" w:w="12240"/>
      <w:pgMar w:bottom="720" w:footer="720" w:gutter="0" w:header="720" w:left="720" w:right="720" w:top="720"/>
      <w:cols w:space="720"/>
      <w:docGrid w:linePitch="360"/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14="http://schemas.microsoft.com/office/word/2010/wordml" xmlns:wne="http://schemas.microsoft.com/office/word/2006/wordml" xmlns:wp="http://schemas.openxmlformats.org/drawingml/2006/wordprocessingDrawing" xmlns:wp14="http://schemas.microsoft.com/office/word/2010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pos="1800" w:val="num"/>
        </w:tabs>
        <w:ind w:hanging="360" w:left="180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pos="1440" w:val="num"/>
        </w:tabs>
        <w:ind w:hanging="360" w:left="144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pos="1080" w:val="num"/>
        </w:tabs>
        <w:ind w:hanging="360" w:left="108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pos="720" w:val="num"/>
        </w:tabs>
        <w:ind w:hanging="360" w:left="72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pos="1440" w:val="num"/>
        </w:tabs>
        <w:ind w:hanging="360" w:left="144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pos="1080" w:val="num"/>
        </w:tabs>
        <w:ind w:hanging="360" w:left="108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pos="720" w:val="num"/>
        </w:tabs>
        <w:ind w:hanging="360" w:left="72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pos="360" w:val="num"/>
        </w:tabs>
        <w:ind w:hanging="360" w:left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pos="360" w:val="num"/>
        </w:tabs>
        <w:ind w:hanging="360" w:left="360"/>
      </w:pPr>
      <w:rPr>
        <w:rFonts w:ascii="Symbol" w:hAnsi="Symbol" w:hint="default"/>
      </w:rPr>
    </w:lvl>
  </w:abstractNum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201">
    <w:nsid w:val="00A9920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left"/>
      <w:pPr>
        <w:ind w:left="6480" w:hanging="360"/>
      </w:p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  <w:num w:numId="1000">
    <w:abstractNumId w:val="990"/>
  </w:num>
  <w:num w:numId="1001">
    <w:abstractNumId w:val="9920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val="bestFit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w:themeFontLang w:eastAsia="ja-JP"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oNotAutoCompressPictures/>
  <w:shapeDefaults>
    <o:shapedefaults spidmax="1027" v:ext="edit"/>
    <o:shapelayout v:ext="edit">
      <o:idmap data="1" v:ext="edit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cstheme="minorBidi" w:eastAsiaTheme="minorEastAsia" w:hAnsiTheme="minorHAnsi"/>
        <w:sz w:val="22"/>
        <w:szCs w:val="22"/>
        <w:lang w:bidi="ar-SA" w:eastAsia="en-US" w:val="en-US"/>
      </w:rPr>
    </w:rPrDefault>
    <w:pPrDefault>
      <w:pPr>
        <w:spacing w:after="200" w:line="276" w:lineRule="auto"/>
      </w:pPr>
    </w:pPrDefault>
  </w:docDefaults>
  <w:latentStyles w:count="276" w:defLockedState="0" w:defQFormat="0" w:defSemiHidden="1" w:defUIPriority="99" w:defUnhideWhenUsed="1">
    <w:lsdException w:name="Normal" w:qFormat="1" w:semiHidden="0" w:uiPriority="0" w:unhideWhenUsed="0"/>
    <w:lsdException w:name="heading 1" w:qFormat="1" w:semiHidden="0" w:uiPriority="9" w:unhideWhenUsed="0"/>
    <w:lsdException w:name="heading 2" w:qFormat="1" w:uiPriority="9"/>
    <w:lsdException w:name="heading 3" w:qFormat="1" w:uiPriority="9"/>
    <w:lsdException w:name="heading 4" w:qFormat="1" w:uiPriority="9"/>
    <w:lsdException w:name="heading 5" w:qFormat="1" w:uiPriority="9"/>
    <w:lsdException w:name="heading 6" w:qFormat="1" w:uiPriority="9"/>
    <w:lsdException w:name="heading 7" w:qFormat="1" w:uiPriority="9"/>
    <w:lsdException w:name="heading 8" w:qFormat="1" w:uiPriority="9"/>
    <w:lsdException w:name="heading 9" w:qFormat="1" w:uiPriority="9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qFormat="1" w:uiPriority="35"/>
    <w:lsdException w:name="Title" w:qFormat="1" w:semiHidden="0" w:uiPriority="10" w:unhideWhenUsed="0"/>
    <w:lsdException w:name="Default Paragraph Font" w:uiPriority="1"/>
    <w:lsdException w:name="Subtitle" w:qFormat="1" w:semiHidden="0" w:uiPriority="11" w:unhideWhenUsed="0"/>
    <w:lsdException w:name="Strong" w:qFormat="1" w:semiHidden="0" w:uiPriority="22" w:unhideWhenUsed="0"/>
    <w:lsdException w:name="Emphasis" w:qFormat="1" w:semiHidden="0" w:uiPriority="20" w:unhideWhenUsed="0"/>
    <w:lsdException w:name="Table Grid" w:semiHidden="0" w:uiPriority="59" w:unhideWhenUsed="0"/>
    <w:lsdException w:name="Placeholder Text" w:unhideWhenUsed="0"/>
    <w:lsdException w:name="No Spacing" w:qFormat="1" w:semiHidden="0" w:uiPriority="1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qFormat="1" w:semiHidden="0" w:uiPriority="34" w:unhideWhenUsed="0"/>
    <w:lsdException w:name="Quote" w:qFormat="1" w:semiHidden="0" w:uiPriority="29" w:unhideWhenUsed="0"/>
    <w:lsdException w:name="Intense Quote" w:qFormat="1" w:semiHidden="0" w:uiPriority="30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qFormat="1" w:semiHidden="0" w:uiPriority="19" w:unhideWhenUsed="0"/>
    <w:lsdException w:name="Intense Emphasis" w:qFormat="1" w:semiHidden="0" w:uiPriority="21" w:unhideWhenUsed="0"/>
    <w:lsdException w:name="Subtle Reference" w:qFormat="1" w:semiHidden="0" w:uiPriority="31" w:unhideWhenUsed="0"/>
    <w:lsdException w:name="Intense Reference" w:qFormat="1" w:semiHidden="0" w:uiPriority="32" w:unhideWhenUsed="0"/>
    <w:lsdException w:name="Book Title" w:qFormat="1" w:semiHidden="0" w:uiPriority="33" w:unhideWhenUsed="0"/>
    <w:lsdException w:name="Bibliography" w:uiPriority="37"/>
    <w:lsdException w:name="TOC Heading" w:qFormat="1" w:uiPriority="39"/>
  </w:latentStyles>
  <w:style w:default="1" w:styleId="Normal" w:type="paragraph">
    <w:name w:val="Normal"/>
    <w:qFormat/>
    <w:rsid w:val="00FC693F"/>
    <w:pPr>
      <w:keepLines/>
      <w:spacing w:after="60" w:before="0" w:line="240" w:lineRule="auto"/>
    </w:pPr>
    <w:rPr>
      <w:color w:val="000000"/>
      <w:sz w:val="20"/>
    </w:rPr>
  </w:style>
  <w:style w:styleId="Header" w:type="paragraph">
    <w:name w:val="header"/>
    <w:basedOn w:val="Normal"/>
    <w:link w:val="HeaderChar"/>
    <w:uiPriority w:val="99"/>
    <w:unhideWhenUsed/>
    <w:rsid w:val="00E618BF"/>
    <w:pPr>
      <w:tabs>
        <w:tab w:pos="4680" w:val="center"/>
        <w:tab w:pos="9360" w:val="right"/>
      </w:tabs>
      <w:spacing w:after="0" w:line="240" w:lineRule="auto"/>
    </w:pPr>
  </w:style>
  <w:style w:customStyle="1" w:styleId="HeaderChar" w:type="character">
    <w:name w:val="Header Char"/>
    <w:basedOn w:val="DefaultParagraphFont"/>
    <w:link w:val="Header"/>
    <w:uiPriority w:val="99"/>
    <w:rsid w:val="00E618BF"/>
  </w:style>
  <w:style w:styleId="Footer" w:type="paragraph">
    <w:name w:val="footer"/>
    <w:basedOn w:val="Normal"/>
    <w:link w:val="FooterChar"/>
    <w:uiPriority w:val="99"/>
    <w:unhideWhenUsed/>
    <w:rsid w:val="00E618BF"/>
    <w:pPr>
      <w:tabs>
        <w:tab w:pos="4680" w:val="center"/>
        <w:tab w:pos="9360" w:val="right"/>
      </w:tabs>
      <w:spacing w:after="0" w:line="240" w:lineRule="auto"/>
    </w:pPr>
  </w:style>
  <w:style w:customStyle="1" w:styleId="FooterChar" w:type="character">
    <w:name w:val="Footer Char"/>
    <w:basedOn w:val="DefaultParagraphFont"/>
    <w:link w:val="Footer"/>
    <w:uiPriority w:val="99"/>
    <w:rsid w:val="00E618BF"/>
  </w:style>
  <w:style w:styleId="Heading1" w:type="paragraph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after="0" w:before="0" w:line="240" w:lineRule="auto"/>
      <w:jc w:val="center"/>
      <w:outlineLvl w:val="0"/>
    </w:pPr>
    <w:rPr>
      <w:rFonts w:asciiTheme="majorHAnsi" w:cstheme="majorBidi" w:eastAsiaTheme="majorEastAsia" w:hAnsiTheme="majorHAnsi"/>
      <w:b w:val="0"/>
      <w:bCs/>
      <w:i w:val="0"/>
      <w:color w:val="000000"/>
      <w:sz w:val="24"/>
      <w:szCs w:val="28"/>
    </w:rPr>
  </w:style>
  <w:style w:styleId="Heading2" w:type="paragraph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after="60" w:before="160" w:line="240" w:lineRule="auto"/>
      <w:jc w:val="center"/>
      <w:outlineLvl w:val="1"/>
    </w:pPr>
    <w:rPr>
      <w:rFonts w:asciiTheme="majorHAnsi" w:cstheme="majorBidi" w:eastAsiaTheme="majorEastAsia" w:hAnsiTheme="majorHAnsi"/>
      <w:b w:val="0"/>
      <w:bCs/>
      <w:i/>
      <w:color w:val="000000"/>
      <w:sz w:val="20"/>
      <w:szCs w:val="26"/>
    </w:rPr>
  </w:style>
  <w:style w:styleId="Heading3" w:type="paragraph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</w:rPr>
  </w:style>
  <w:style w:styleId="Heading4" w:type="paragraph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b/>
      <w:bCs/>
      <w:i/>
      <w:iCs/>
      <w:color w:themeColor="accent1" w:val="4F81BD"/>
    </w:rPr>
  </w:style>
  <w:style w:styleId="Heading5" w:type="paragraph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color w:themeColor="accent1" w:themeShade="7F" w:val="243F60"/>
    </w:rPr>
  </w:style>
  <w:style w:styleId="Heading6" w:type="paragraph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i/>
      <w:iCs/>
      <w:color w:themeColor="accent1" w:themeShade="7F" w:val="243F60"/>
    </w:rPr>
  </w:style>
  <w:style w:styleId="Heading7" w:type="paragraph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i/>
      <w:iCs/>
      <w:color w:themeColor="text1" w:themeTint="BF" w:val="404040"/>
    </w:rPr>
  </w:style>
  <w:style w:styleId="Heading8" w:type="paragraph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0"/>
      <w:szCs w:val="20"/>
    </w:rPr>
  </w:style>
  <w:style w:styleId="Heading9" w:type="paragraph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i/>
      <w:iCs/>
      <w:color w:themeColor="text1" w:themeTint="BF" w:val="404040"/>
      <w:sz w:val="20"/>
      <w:szCs w:val="20"/>
    </w:rPr>
  </w:style>
  <w:style w:default="1" w:styleId="DefaultParagraphFont" w:type="character">
    <w:name w:val="Default Paragraph Font"/>
    <w:uiPriority w:val="1"/>
    <w:semiHidden/>
    <w:unhideWhenUsed/>
  </w:style>
  <w:style w:default="1" w:styleId="TableNormal" w:type="tabl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default="1" w:styleId="NoList" w:type="numbering">
    <w:name w:val="No List"/>
    <w:uiPriority w:val="99"/>
    <w:semiHidden/>
    <w:unhideWhenUsed/>
  </w:style>
  <w:style w:styleId="NoSpacing" w:type="paragraph">
    <w:name w:val="No Spacing"/>
    <w:uiPriority w:val="1"/>
    <w:qFormat/>
    <w:rsid w:val="00FC693F"/>
    <w:pPr>
      <w:spacing w:after="0" w:line="240" w:lineRule="auto"/>
    </w:pPr>
  </w:style>
  <w:style w:customStyle="1" w:styleId="Heading1Char" w:type="character">
    <w:name w:val="Heading 1 Char"/>
    <w:basedOn w:val="DefaultParagraphFont"/>
    <w:link w:val="Heading1"/>
    <w:uiPriority w:val="9"/>
    <w:rsid w:val="00FC693F"/>
    <w:rPr>
      <w:rFonts w:asciiTheme="majorHAnsi" w:cstheme="majorBidi" w:eastAsiaTheme="majorEastAsia" w:hAnsiTheme="majorHAnsi"/>
      <w:b/>
      <w:bCs/>
      <w:color w:themeColor="accent1" w:themeShade="BF" w:val="365F91"/>
      <w:sz w:val="28"/>
      <w:szCs w:val="28"/>
    </w:rPr>
  </w:style>
  <w:style w:customStyle="1" w:styleId="Heading2Char" w:type="character">
    <w:name w:val="Heading 2 Char"/>
    <w:basedOn w:val="DefaultParagraphFont"/>
    <w:link w:val="Heading2"/>
    <w:uiPriority w:val="9"/>
    <w:rsid w:val="00FC693F"/>
    <w:rPr>
      <w:rFonts w:asciiTheme="majorHAnsi" w:cstheme="majorBidi" w:eastAsiaTheme="majorEastAsia" w:hAnsiTheme="majorHAnsi"/>
      <w:b/>
      <w:bCs/>
      <w:color w:themeColor="accent1" w:val="4F81BD"/>
      <w:sz w:val="26"/>
      <w:szCs w:val="26"/>
    </w:rPr>
  </w:style>
  <w:style w:customStyle="1" w:styleId="Heading3Char" w:type="character">
    <w:name w:val="Heading 3 Char"/>
    <w:basedOn w:val="DefaultParagraphFont"/>
    <w:link w:val="Heading3"/>
    <w:uiPriority w:val="9"/>
    <w:rsid w:val="00FC693F"/>
    <w:rPr>
      <w:rFonts w:asciiTheme="majorHAnsi" w:cstheme="majorBidi" w:eastAsiaTheme="majorEastAsia" w:hAnsiTheme="majorHAnsi"/>
      <w:b/>
      <w:bCs/>
      <w:color w:themeColor="accent1" w:val="4F81BD"/>
    </w:rPr>
  </w:style>
  <w:style w:styleId="Title" w:type="paragraph">
    <w:name w:val="Title"/>
    <w:basedOn w:val="Normal"/>
    <w:next w:val="Normal"/>
    <w:link w:val="TitleChar"/>
    <w:uiPriority w:val="10"/>
    <w:qFormat/>
    <w:rsid w:val="00FC693F"/>
    <w:pPr>
      <w:pBdr>
        <w:bottom w:color="4F81BD" w:space="4" w:sz="8" w:themeColor="accent1" w:val="single"/>
      </w:pBdr>
      <w:spacing w:after="300" w:line="240" w:lineRule="auto"/>
      <w:contextualSpacing/>
    </w:pPr>
    <w:rPr>
      <w:rFonts w:asciiTheme="majorHAnsi" w:cstheme="majorBidi" w:eastAsiaTheme="majorEastAsia" w:hAnsiTheme="majorHAnsi"/>
      <w:color w:themeColor="text2" w:themeShade="BF" w:val="17365D"/>
      <w:spacing w:val="5"/>
      <w:kern w:val="28"/>
      <w:sz w:val="52"/>
      <w:szCs w:val="52"/>
    </w:rPr>
  </w:style>
  <w:style w:customStyle="1" w:styleId="TitleChar" w:type="character">
    <w:name w:val="Title Char"/>
    <w:basedOn w:val="DefaultParagraphFont"/>
    <w:link w:val="Title"/>
    <w:uiPriority w:val="10"/>
    <w:rsid w:val="00FC693F"/>
    <w:rPr>
      <w:rFonts w:asciiTheme="majorHAnsi" w:cstheme="majorBidi" w:eastAsiaTheme="majorEastAsia" w:hAnsiTheme="majorHAnsi"/>
      <w:color w:themeColor="text2" w:themeShade="BF" w:val="17365D"/>
      <w:spacing w:val="5"/>
      <w:kern w:val="28"/>
      <w:sz w:val="52"/>
      <w:szCs w:val="52"/>
    </w:rPr>
  </w:style>
  <w:style w:styleId="Subtitle" w:type="paragraph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cstheme="majorBidi" w:eastAsiaTheme="majorEastAsia" w:hAnsiTheme="majorHAnsi"/>
      <w:i/>
      <w:iCs/>
      <w:color w:themeColor="accent1" w:val="4F81BD"/>
      <w:spacing w:val="15"/>
      <w:sz w:val="24"/>
      <w:szCs w:val="24"/>
    </w:rPr>
  </w:style>
  <w:style w:customStyle="1" w:styleId="SubtitleChar" w:type="character">
    <w:name w:val="Subtitle Char"/>
    <w:basedOn w:val="DefaultParagraphFont"/>
    <w:link w:val="Subtitle"/>
    <w:uiPriority w:val="11"/>
    <w:rsid w:val="00FC693F"/>
    <w:rPr>
      <w:rFonts w:asciiTheme="majorHAnsi" w:cstheme="majorBidi" w:eastAsiaTheme="majorEastAsia" w:hAnsiTheme="majorHAnsi"/>
      <w:i/>
      <w:iCs/>
      <w:color w:themeColor="accent1" w:val="4F81BD"/>
      <w:spacing w:val="15"/>
      <w:sz w:val="24"/>
      <w:szCs w:val="24"/>
    </w:rPr>
  </w:style>
  <w:style w:styleId="ListParagraph" w:type="paragraph">
    <w:name w:val="List Paragraph"/>
    <w:basedOn w:val="Normal"/>
    <w:uiPriority w:val="34"/>
    <w:qFormat/>
    <w:rsid w:val="00FC693F"/>
    <w:pPr>
      <w:ind w:left="720"/>
      <w:contextualSpacing/>
    </w:pPr>
  </w:style>
  <w:style w:styleId="BodyText" w:type="paragraph">
    <w:name w:val="Body Text"/>
    <w:basedOn w:val="Normal"/>
    <w:link w:val="BodyTextChar"/>
    <w:uiPriority w:val="99"/>
    <w:unhideWhenUsed/>
    <w:rsid w:val="00AA1D8D"/>
    <w:pPr>
      <w:spacing w:after="120"/>
    </w:pPr>
  </w:style>
  <w:style w:customStyle="1" w:styleId="BodyTextChar" w:type="character">
    <w:name w:val="Body Text Char"/>
    <w:basedOn w:val="DefaultParagraphFont"/>
    <w:link w:val="BodyText"/>
    <w:uiPriority w:val="99"/>
    <w:rsid w:val="00AA1D8D"/>
  </w:style>
  <w:style w:styleId="BodyText2" w:type="paragraph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customStyle="1" w:styleId="BodyText2Char" w:type="character">
    <w:name w:val="Body Text 2 Char"/>
    <w:basedOn w:val="DefaultParagraphFont"/>
    <w:link w:val="BodyText2"/>
    <w:uiPriority w:val="99"/>
    <w:rsid w:val="00AA1D8D"/>
  </w:style>
  <w:style w:styleId="BodyText3" w:type="paragraph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customStyle="1" w:styleId="BodyText3Char" w:type="characte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styleId="List" w:type="paragraph">
    <w:name w:val="List"/>
    <w:basedOn w:val="Normal"/>
    <w:uiPriority w:val="99"/>
    <w:unhideWhenUsed/>
    <w:rsid w:val="00AA1D8D"/>
    <w:pPr>
      <w:ind w:hanging="360" w:left="360"/>
      <w:contextualSpacing/>
    </w:pPr>
  </w:style>
  <w:style w:styleId="List2" w:type="paragraph">
    <w:name w:val="List 2"/>
    <w:basedOn w:val="Normal"/>
    <w:uiPriority w:val="99"/>
    <w:unhideWhenUsed/>
    <w:rsid w:val="00326F90"/>
    <w:pPr>
      <w:ind w:hanging="360" w:left="720"/>
      <w:contextualSpacing/>
    </w:pPr>
  </w:style>
  <w:style w:styleId="List3" w:type="paragraph">
    <w:name w:val="List 3"/>
    <w:basedOn w:val="Normal"/>
    <w:uiPriority w:val="99"/>
    <w:unhideWhenUsed/>
    <w:rsid w:val="00326F90"/>
    <w:pPr>
      <w:ind w:hanging="360" w:left="1080"/>
      <w:contextualSpacing/>
    </w:pPr>
  </w:style>
  <w:style w:styleId="ListBullet" w:type="paragraph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styleId="ListBullet2" w:type="paragraph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styleId="ListBullet3" w:type="paragraph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styleId="ListNumber" w:type="paragraph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styleId="ListNumber2" w:type="paragraph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styleId="ListNumber3" w:type="paragraph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styleId="ListContinue" w:type="paragraph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styleId="ListContinue2" w:type="paragraph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styleId="ListContinue3" w:type="paragraph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styleId="MacroText" w:type="paragraph">
    <w:name w:val="macro"/>
    <w:link w:val="MacroTextChar"/>
    <w:uiPriority w:val="99"/>
    <w:unhideWhenUsed/>
    <w:rsid w:val="0029639D"/>
    <w:pPr>
      <w:tabs>
        <w:tab w:pos="576" w:val="left"/>
        <w:tab w:pos="1152" w:val="left"/>
        <w:tab w:pos="1728" w:val="left"/>
        <w:tab w:pos="2304" w:val="left"/>
        <w:tab w:pos="2880" w:val="left"/>
        <w:tab w:pos="3456" w:val="left"/>
        <w:tab w:pos="4032" w:val="left"/>
      </w:tabs>
    </w:pPr>
    <w:rPr>
      <w:rFonts w:ascii="Courier" w:hAnsi="Courier"/>
      <w:sz w:val="20"/>
      <w:szCs w:val="20"/>
    </w:rPr>
  </w:style>
  <w:style w:customStyle="1" w:styleId="MacroTextChar" w:type="characte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styleId="Quote" w:type="paragraph">
    <w:name w:val="Quote"/>
    <w:basedOn w:val="Normal"/>
    <w:next w:val="Normal"/>
    <w:link w:val="QuoteChar"/>
    <w:uiPriority w:val="29"/>
    <w:qFormat/>
    <w:rsid w:val="00FC693F"/>
    <w:rPr>
      <w:i/>
      <w:iCs/>
      <w:color w:themeColor="text1" w:val="000000"/>
    </w:rPr>
  </w:style>
  <w:style w:customStyle="1" w:styleId="QuoteChar" w:type="character">
    <w:name w:val="Quote Char"/>
    <w:basedOn w:val="DefaultParagraphFont"/>
    <w:link w:val="Quote"/>
    <w:uiPriority w:val="29"/>
    <w:rsid w:val="00FC693F"/>
    <w:rPr>
      <w:i/>
      <w:iCs/>
      <w:color w:themeColor="text1" w:val="000000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FC693F"/>
    <w:rPr>
      <w:rFonts w:asciiTheme="majorHAnsi" w:cstheme="majorBidi" w:eastAsiaTheme="majorEastAsia" w:hAnsiTheme="majorHAnsi"/>
      <w:b/>
      <w:bCs/>
      <w:i/>
      <w:iCs/>
      <w:color w:themeColor="accent1" w:val="4F81BD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FC693F"/>
    <w:rPr>
      <w:rFonts w:asciiTheme="majorHAnsi" w:cstheme="majorBidi" w:eastAsiaTheme="majorEastAsia" w:hAnsiTheme="majorHAnsi"/>
      <w:color w:themeColor="accent1" w:themeShade="7F" w:val="243F60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FC693F"/>
    <w:rPr>
      <w:rFonts w:asciiTheme="majorHAnsi" w:cstheme="majorBidi" w:eastAsiaTheme="majorEastAsia" w:hAnsiTheme="majorHAnsi"/>
      <w:i/>
      <w:iCs/>
      <w:color w:themeColor="accent1" w:themeShade="7F" w:val="243F60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FC693F"/>
    <w:rPr>
      <w:rFonts w:asciiTheme="majorHAnsi" w:cstheme="majorBidi" w:eastAsiaTheme="majorEastAsia" w:hAnsiTheme="majorHAnsi"/>
      <w:i/>
      <w:iCs/>
      <w:color w:themeColor="text1" w:themeTint="BF" w:val="404040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FC693F"/>
    <w:rPr>
      <w:rFonts w:asciiTheme="majorHAnsi" w:cstheme="majorBidi" w:eastAsiaTheme="majorEastAsia" w:hAnsiTheme="majorHAnsi"/>
      <w:color w:themeColor="accent1" w:val="4F81BD"/>
      <w:sz w:val="20"/>
      <w:szCs w:val="20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FC693F"/>
    <w:rPr>
      <w:rFonts w:asciiTheme="majorHAnsi" w:cstheme="majorBidi" w:eastAsiaTheme="majorEastAsia" w:hAnsiTheme="majorHAnsi"/>
      <w:i/>
      <w:iCs/>
      <w:color w:themeColor="text1" w:themeTint="BF" w:val="404040"/>
      <w:sz w:val="20"/>
      <w:szCs w:val="20"/>
    </w:rPr>
  </w:style>
  <w:style w:styleId="Caption" w:type="paragraph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themeColor="accent1" w:val="4F81BD"/>
      <w:sz w:val="18"/>
      <w:szCs w:val="18"/>
    </w:rPr>
  </w:style>
  <w:style w:styleId="Strong" w:type="character">
    <w:name w:val="Strong"/>
    <w:basedOn w:val="DefaultParagraphFont"/>
    <w:uiPriority w:val="22"/>
    <w:qFormat/>
    <w:rsid w:val="00FC693F"/>
    <w:rPr>
      <w:b/>
      <w:bCs/>
    </w:rPr>
  </w:style>
  <w:style w:styleId="Emphasis" w:type="character">
    <w:name w:val="Emphasis"/>
    <w:basedOn w:val="DefaultParagraphFont"/>
    <w:uiPriority w:val="20"/>
    <w:qFormat/>
    <w:rsid w:val="00FC693F"/>
    <w:rPr>
      <w:i/>
      <w:iCs/>
    </w:rPr>
  </w:style>
  <w:style w:styleId="IntenseQuote" w:type="paragraph">
    <w:name w:val="Intense Quote"/>
    <w:basedOn w:val="Normal"/>
    <w:next w:val="Normal"/>
    <w:link w:val="IntenseQuoteChar"/>
    <w:uiPriority w:val="30"/>
    <w:qFormat/>
    <w:rsid w:val="00FC693F"/>
    <w:pPr>
      <w:pBdr>
        <w:bottom w:color="4F81BD" w:space="4" w:sz="4" w:themeColor="accent1" w:val="single"/>
      </w:pBdr>
      <w:spacing w:after="280" w:before="200"/>
      <w:ind w:left="936" w:right="936"/>
    </w:pPr>
    <w:rPr>
      <w:b/>
      <w:bCs/>
      <w:i/>
      <w:iCs/>
      <w:color w:themeColor="accent1" w:val="4F81BD"/>
    </w:rPr>
  </w:style>
  <w:style w:customStyle="1" w:styleId="IntenseQuoteChar" w:type="character">
    <w:name w:val="Intense Quote Char"/>
    <w:basedOn w:val="DefaultParagraphFont"/>
    <w:link w:val="IntenseQuote"/>
    <w:uiPriority w:val="30"/>
    <w:rsid w:val="00FC693F"/>
    <w:rPr>
      <w:b/>
      <w:bCs/>
      <w:i/>
      <w:iCs/>
      <w:color w:themeColor="accent1" w:val="4F81BD"/>
    </w:rPr>
  </w:style>
  <w:style w:styleId="SubtleEmphasis" w:type="character">
    <w:name w:val="Subtle Emphasis"/>
    <w:basedOn w:val="DefaultParagraphFont"/>
    <w:uiPriority w:val="19"/>
    <w:qFormat/>
    <w:rsid w:val="00FC693F"/>
    <w:rPr>
      <w:i/>
      <w:iCs/>
      <w:color w:themeColor="text1" w:themeTint="7F" w:val="808080"/>
    </w:rPr>
  </w:style>
  <w:style w:styleId="IntenseEmphasis" w:type="character">
    <w:name w:val="Intense Emphasis"/>
    <w:basedOn w:val="DefaultParagraphFont"/>
    <w:uiPriority w:val="21"/>
    <w:qFormat/>
    <w:rsid w:val="00FC693F"/>
    <w:rPr>
      <w:b/>
      <w:bCs/>
      <w:i/>
      <w:iCs/>
      <w:color w:themeColor="accent1" w:val="4F81BD"/>
    </w:rPr>
  </w:style>
  <w:style w:styleId="SubtleReference" w:type="character">
    <w:name w:val="Subtle Reference"/>
    <w:basedOn w:val="DefaultParagraphFont"/>
    <w:uiPriority w:val="31"/>
    <w:qFormat/>
    <w:rsid w:val="00FC693F"/>
    <w:rPr>
      <w:smallCaps/>
      <w:color w:themeColor="accent2" w:val="C0504D"/>
      <w:u w:val="single"/>
    </w:rPr>
  </w:style>
  <w:style w:styleId="IntenseReference" w:type="character">
    <w:name w:val="Intense Reference"/>
    <w:basedOn w:val="DefaultParagraphFont"/>
    <w:uiPriority w:val="32"/>
    <w:qFormat/>
    <w:rsid w:val="00FC693F"/>
    <w:rPr>
      <w:b/>
      <w:bCs/>
      <w:smallCaps/>
      <w:color w:themeColor="accent2" w:val="C0504D"/>
      <w:spacing w:val="5"/>
      <w:u w:val="single"/>
    </w:rPr>
  </w:style>
  <w:style w:styleId="BookTitle" w:type="character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styleId="TOCHeading" w:type="paragraph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styleId="TableGrid" w:type="table">
    <w:name w:val="Table Grid"/>
    <w:basedOn w:val="TableNormal"/>
    <w:uiPriority w:val="59"/>
    <w:rsid w:val="00FC693F"/>
    <w:pPr>
      <w:spacing w:after="0" w:line="240" w:lineRule="auto"/>
    </w:pPr>
    <w:tblPr>
      <w:tblInd w:type="dxa" w:w="0"/>
      <w:tblBorders>
        <w:top w:color="auto" w:space="0" w:sz="4" w:val="single"/>
        <w:left w:color="auto" w:space="0" w:sz="4" w:val="single"/>
        <w:bottom w:color="auto" w:space="0" w:sz="4" w:val="single"/>
        <w:right w:color="auto" w:space="0" w:sz="4" w:val="single"/>
        <w:insideH w:color="auto" w:space="0" w:sz="4" w:val="single"/>
        <w:insideV w:color="auto" w:space="0" w:sz="4" w:val="single"/>
      </w:tblBorders>
      <w:tblCellMar>
        <w:top w:type="dxa" w:w="0"/>
        <w:left w:type="dxa" w:w="108"/>
        <w:bottom w:type="dxa" w:w="0"/>
        <w:right w:type="dxa" w:w="108"/>
      </w:tblCellMar>
    </w:tblPr>
  </w:style>
  <w:style w:styleId="LightShading" w:type="table">
    <w:name w:val="Light Shading"/>
    <w:basedOn w:val="TableNormal"/>
    <w:uiPriority w:val="60"/>
    <w:rsid w:val="00FC693F"/>
    <w:pPr>
      <w:spacing w:after="0" w:line="240" w:lineRule="auto"/>
    </w:pPr>
    <w:rPr>
      <w:color w:themeColor="text1" w:themeShade="BF" w:val="000000"/>
    </w:rPr>
    <w:tblPr>
      <w:tblStyleRowBandSize w:val="1"/>
      <w:tblStyleColBandSize w:val="1"/>
      <w:tblInd w:type="dxa" w:w="0"/>
      <w:tblBorders>
        <w:top w:color="000000" w:space="0" w:sz="8" w:themeColor="text1" w:val="single"/>
        <w:bottom w:color="000000" w:space="0" w:sz="8" w:themeColor="text1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</w:rPr>
      <w:tblPr/>
      <w:tcPr>
        <w:tcBorders>
          <w:top w:color="000000" w:space="0" w:sz="8" w:themeColor="text1" w:val="single"/>
          <w:left w:val="nil"/>
          <w:bottom w:color="000000" w:space="0" w:sz="8" w:themeColor="text1" w:val="single"/>
          <w:right w:val="nil"/>
          <w:insideH w:val="nil"/>
          <w:insideV w:val="nil"/>
        </w:tcBorders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000000" w:space="0" w:sz="8" w:themeColor="text1" w:val="single"/>
          <w:left w:val="nil"/>
          <w:bottom w:color="000000" w:space="0" w:sz="8" w:themeColor="text1" w:val="single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C0C0C0" w:themeFill="text1" w:themeFillTint="3F" w:val="clear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color="auto" w:fill="C0C0C0" w:themeFill="text1" w:themeFillTint="3F" w:val="clear"/>
      </w:tcPr>
    </w:tblStylePr>
  </w:style>
  <w:style w:styleId="LightShading-Accent1" w:type="table">
    <w:name w:val="Light Shading Accent 1"/>
    <w:basedOn w:val="TableNormal"/>
    <w:uiPriority w:val="60"/>
    <w:rsid w:val="00FC693F"/>
    <w:pPr>
      <w:spacing w:after="0" w:line="240" w:lineRule="auto"/>
    </w:pPr>
    <w:rPr>
      <w:color w:themeColor="accent1" w:themeShade="BF" w:val="365F91"/>
    </w:rPr>
    <w:tblPr>
      <w:tblStyleRowBandSize w:val="1"/>
      <w:tblStyleColBandSize w:val="1"/>
      <w:tblInd w:type="dxa" w:w="0"/>
      <w:tblBorders>
        <w:top w:color="4F81BD" w:space="0" w:sz="8" w:themeColor="accent1" w:val="single"/>
        <w:bottom w:color="4F81BD" w:space="0" w:sz="8" w:themeColor="accent1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</w:rPr>
      <w:tblPr/>
      <w:tcPr>
        <w:tcBorders>
          <w:top w:color="4F81BD" w:space="0" w:sz="8" w:themeColor="accent1" w:val="single"/>
          <w:left w:val="nil"/>
          <w:bottom w:color="4F81BD" w:space="0" w:sz="8" w:themeColor="accent1" w:val="single"/>
          <w:right w:val="nil"/>
          <w:insideH w:val="nil"/>
          <w:insideV w:val="nil"/>
        </w:tcBorders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4F81BD" w:space="0" w:sz="8" w:themeColor="accent1" w:val="single"/>
          <w:left w:val="nil"/>
          <w:bottom w:color="4F81BD" w:space="0" w:sz="8" w:themeColor="accent1" w:val="single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3DFEE" w:themeFill="accent1" w:themeFillTint="3F" w:val="clear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color="auto" w:fill="D3DFEE" w:themeFill="accent1" w:themeFillTint="3F" w:val="clear"/>
      </w:tcPr>
    </w:tblStylePr>
  </w:style>
  <w:style w:styleId="LightShading-Accent2" w:type="table">
    <w:name w:val="Light Shading Accent 2"/>
    <w:basedOn w:val="TableNormal"/>
    <w:uiPriority w:val="60"/>
    <w:rsid w:val="00FC693F"/>
    <w:pPr>
      <w:spacing w:after="0" w:line="240" w:lineRule="auto"/>
    </w:pPr>
    <w:rPr>
      <w:color w:themeColor="accent2" w:themeShade="BF" w:val="943634"/>
    </w:rPr>
    <w:tblPr>
      <w:tblStyleRowBandSize w:val="1"/>
      <w:tblStyleColBandSize w:val="1"/>
      <w:tblInd w:type="dxa" w:w="0"/>
      <w:tblBorders>
        <w:top w:color="C0504D" w:space="0" w:sz="8" w:themeColor="accent2" w:val="single"/>
        <w:bottom w:color="C0504D" w:space="0" w:sz="8" w:themeColor="accent2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</w:rPr>
      <w:tblPr/>
      <w:tcPr>
        <w:tcBorders>
          <w:top w:color="C0504D" w:space="0" w:sz="8" w:themeColor="accent2" w:val="single"/>
          <w:left w:val="nil"/>
          <w:bottom w:color="C0504D" w:space="0" w:sz="8" w:themeColor="accent2" w:val="single"/>
          <w:right w:val="nil"/>
          <w:insideH w:val="nil"/>
          <w:insideV w:val="nil"/>
        </w:tcBorders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C0504D" w:space="0" w:sz="8" w:themeColor="accent2" w:val="single"/>
          <w:left w:val="nil"/>
          <w:bottom w:color="C0504D" w:space="0" w:sz="8" w:themeColor="accent2" w:val="single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EFD3D2" w:themeFill="accent2" w:themeFillTint="3F" w:val="clear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color="auto" w:fill="EFD3D2" w:themeFill="accent2" w:themeFillTint="3F" w:val="clear"/>
      </w:tcPr>
    </w:tblStylePr>
  </w:style>
  <w:style w:styleId="LightShading-Accent3" w:type="table">
    <w:name w:val="Light Shading Accent 3"/>
    <w:basedOn w:val="TableNormal"/>
    <w:uiPriority w:val="60"/>
    <w:rsid w:val="00FC693F"/>
    <w:pPr>
      <w:spacing w:after="0" w:line="240" w:lineRule="auto"/>
    </w:pPr>
    <w:rPr>
      <w:color w:themeColor="accent3" w:themeShade="BF" w:val="76923C"/>
    </w:rPr>
    <w:tblPr>
      <w:tblStyleRowBandSize w:val="1"/>
      <w:tblStyleColBandSize w:val="1"/>
      <w:tblInd w:type="dxa" w:w="0"/>
      <w:tblBorders>
        <w:top w:color="9BBB59" w:space="0" w:sz="8" w:themeColor="accent3" w:val="single"/>
        <w:bottom w:color="9BBB59" w:space="0" w:sz="8" w:themeColor="accent3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</w:rPr>
      <w:tblPr/>
      <w:tcPr>
        <w:tcBorders>
          <w:top w:color="9BBB59" w:space="0" w:sz="8" w:themeColor="accent3" w:val="single"/>
          <w:left w:val="nil"/>
          <w:bottom w:color="9BBB59" w:space="0" w:sz="8" w:themeColor="accent3" w:val="single"/>
          <w:right w:val="nil"/>
          <w:insideH w:val="nil"/>
          <w:insideV w:val="nil"/>
        </w:tcBorders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9BBB59" w:space="0" w:sz="8" w:themeColor="accent3" w:val="single"/>
          <w:left w:val="nil"/>
          <w:bottom w:color="9BBB59" w:space="0" w:sz="8" w:themeColor="accent3" w:val="single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E6EED5" w:themeFill="accent3" w:themeFillTint="3F" w:val="clear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color="auto" w:fill="E6EED5" w:themeFill="accent3" w:themeFillTint="3F" w:val="clear"/>
      </w:tcPr>
    </w:tblStylePr>
  </w:style>
  <w:style w:styleId="LightShading-Accent4" w:type="table">
    <w:name w:val="Light Shading Accent 4"/>
    <w:basedOn w:val="TableNormal"/>
    <w:uiPriority w:val="60"/>
    <w:rsid w:val="00FC693F"/>
    <w:pPr>
      <w:spacing w:after="0" w:line="240" w:lineRule="auto"/>
    </w:pPr>
    <w:rPr>
      <w:color w:themeColor="accent4" w:themeShade="BF" w:val="5F497A"/>
    </w:rPr>
    <w:tblPr>
      <w:tblStyleRowBandSize w:val="1"/>
      <w:tblStyleColBandSize w:val="1"/>
      <w:tblInd w:type="dxa" w:w="0"/>
      <w:tblBorders>
        <w:top w:color="8064A2" w:space="0" w:sz="8" w:themeColor="accent4" w:val="single"/>
        <w:bottom w:color="8064A2" w:space="0" w:sz="8" w:themeColor="accent4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</w:rPr>
      <w:tblPr/>
      <w:tcPr>
        <w:tcBorders>
          <w:top w:color="8064A2" w:space="0" w:sz="8" w:themeColor="accent4" w:val="single"/>
          <w:left w:val="nil"/>
          <w:bottom w:color="8064A2" w:space="0" w:sz="8" w:themeColor="accent4" w:val="single"/>
          <w:right w:val="nil"/>
          <w:insideH w:val="nil"/>
          <w:insideV w:val="nil"/>
        </w:tcBorders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8064A2" w:space="0" w:sz="8" w:themeColor="accent4" w:val="single"/>
          <w:left w:val="nil"/>
          <w:bottom w:color="8064A2" w:space="0" w:sz="8" w:themeColor="accent4" w:val="single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FD8E8" w:themeFill="accent4" w:themeFillTint="3F" w:val="clear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color="auto" w:fill="DFD8E8" w:themeFill="accent4" w:themeFillTint="3F" w:val="clear"/>
      </w:tcPr>
    </w:tblStylePr>
  </w:style>
  <w:style w:styleId="LightShading-Accent5" w:type="table">
    <w:name w:val="Light Shading Accent 5"/>
    <w:basedOn w:val="TableNormal"/>
    <w:uiPriority w:val="60"/>
    <w:rsid w:val="00FC693F"/>
    <w:pPr>
      <w:spacing w:after="0" w:line="240" w:lineRule="auto"/>
    </w:pPr>
    <w:rPr>
      <w:color w:themeColor="accent5" w:themeShade="BF" w:val="31849B"/>
    </w:rPr>
    <w:tblPr>
      <w:tblStyleRowBandSize w:val="1"/>
      <w:tblStyleColBandSize w:val="1"/>
      <w:tblInd w:type="dxa" w:w="0"/>
      <w:tblBorders>
        <w:top w:color="4BACC6" w:space="0" w:sz="8" w:themeColor="accent5" w:val="single"/>
        <w:bottom w:color="4BACC6" w:space="0" w:sz="8" w:themeColor="accent5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</w:rPr>
      <w:tblPr/>
      <w:tcPr>
        <w:tcBorders>
          <w:top w:color="4BACC6" w:space="0" w:sz="8" w:themeColor="accent5" w:val="single"/>
          <w:left w:val="nil"/>
          <w:bottom w:color="4BACC6" w:space="0" w:sz="8" w:themeColor="accent5" w:val="single"/>
          <w:right w:val="nil"/>
          <w:insideH w:val="nil"/>
          <w:insideV w:val="nil"/>
        </w:tcBorders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4BACC6" w:space="0" w:sz="8" w:themeColor="accent5" w:val="single"/>
          <w:left w:val="nil"/>
          <w:bottom w:color="4BACC6" w:space="0" w:sz="8" w:themeColor="accent5" w:val="single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2EAF1" w:themeFill="accent5" w:themeFillTint="3F" w:val="clear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color="auto" w:fill="D2EAF1" w:themeFill="accent5" w:themeFillTint="3F" w:val="clear"/>
      </w:tcPr>
    </w:tblStylePr>
  </w:style>
  <w:style w:styleId="LightShading-Accent6" w:type="table">
    <w:name w:val="Light Shading Accent 6"/>
    <w:basedOn w:val="TableNormal"/>
    <w:uiPriority w:val="60"/>
    <w:rsid w:val="00FC693F"/>
    <w:pPr>
      <w:spacing w:after="0" w:line="240" w:lineRule="auto"/>
    </w:pPr>
    <w:rPr>
      <w:color w:themeColor="accent6" w:themeShade="BF" w:val="E36C0A"/>
    </w:rPr>
    <w:tblPr>
      <w:tblStyleRowBandSize w:val="1"/>
      <w:tblStyleColBandSize w:val="1"/>
      <w:tblInd w:type="dxa" w:w="0"/>
      <w:tblBorders>
        <w:top w:color="F79646" w:space="0" w:sz="8" w:themeColor="accent6" w:val="single"/>
        <w:bottom w:color="F79646" w:space="0" w:sz="8" w:themeColor="accent6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</w:rPr>
      <w:tblPr/>
      <w:tcPr>
        <w:tcBorders>
          <w:top w:color="F79646" w:space="0" w:sz="8" w:themeColor="accent6" w:val="single"/>
          <w:left w:val="nil"/>
          <w:bottom w:color="F79646" w:space="0" w:sz="8" w:themeColor="accent6" w:val="single"/>
          <w:right w:val="nil"/>
          <w:insideH w:val="nil"/>
          <w:insideV w:val="nil"/>
        </w:tcBorders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F79646" w:space="0" w:sz="8" w:themeColor="accent6" w:val="single"/>
          <w:left w:val="nil"/>
          <w:bottom w:color="F79646" w:space="0" w:sz="8" w:themeColor="accent6" w:val="single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FDE4D0" w:themeFill="accent6" w:themeFillTint="3F" w:val="clear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color="auto" w:fill="FDE4D0" w:themeFill="accent6" w:themeFillTint="3F" w:val="clear"/>
      </w:tcPr>
    </w:tblStylePr>
  </w:style>
  <w:style w:styleId="LightList" w:type="table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type="dxa" w:w="0"/>
      <w:tblBorders>
        <w:top w:color="000000" w:space="0" w:sz="8" w:themeColor="text1" w:val="single"/>
        <w:left w:color="000000" w:space="0" w:sz="8" w:themeColor="text1" w:val="single"/>
        <w:bottom w:color="000000" w:space="0" w:sz="8" w:themeColor="text1" w:val="single"/>
        <w:right w:color="000000" w:space="0" w:sz="8" w:themeColor="text1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shd w:color="auto" w:fill="000000" w:themeFill="text1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000000" w:space="0" w:sz="6" w:themeColor="text1" w:val="doub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color="000000" w:space="0" w:sz="8" w:themeColor="text1" w:val="sing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</w:tcBorders>
      </w:tcPr>
    </w:tblStylePr>
    <w:tblStylePr w:type="band1Horz">
      <w:tblPr/>
      <w:tcPr>
        <w:tcBorders>
          <w:top w:color="000000" w:space="0" w:sz="8" w:themeColor="text1" w:val="sing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</w:tcBorders>
      </w:tcPr>
    </w:tblStylePr>
  </w:style>
  <w:style w:styleId="LightList-Accent1" w:type="table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type="dxa" w:w="0"/>
      <w:tblBorders>
        <w:top w:color="4F81BD" w:space="0" w:sz="8" w:themeColor="accent1" w:val="single"/>
        <w:left w:color="4F81BD" w:space="0" w:sz="8" w:themeColor="accent1" w:val="single"/>
        <w:bottom w:color="4F81BD" w:space="0" w:sz="8" w:themeColor="accent1" w:val="single"/>
        <w:right w:color="4F81BD" w:space="0" w:sz="8" w:themeColor="accent1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shd w:color="auto" w:fill="4F81BD" w:themeFill="accent1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4F81BD" w:space="0" w:sz="6" w:themeColor="accent1" w:val="doub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color="4F81BD" w:space="0" w:sz="8" w:themeColor="accent1" w:val="sing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</w:tcBorders>
      </w:tcPr>
    </w:tblStylePr>
    <w:tblStylePr w:type="band1Horz">
      <w:tblPr/>
      <w:tcPr>
        <w:tcBorders>
          <w:top w:color="4F81BD" w:space="0" w:sz="8" w:themeColor="accent1" w:val="sing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</w:tcBorders>
      </w:tcPr>
    </w:tblStylePr>
  </w:style>
  <w:style w:styleId="LightList-Accent2" w:type="table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C0504D" w:space="0" w:sz="8" w:themeColor="accent2" w:val="single"/>
        <w:left w:color="C0504D" w:space="0" w:sz="8" w:themeColor="accent2" w:val="single"/>
        <w:bottom w:color="C0504D" w:space="0" w:sz="8" w:themeColor="accent2" w:val="single"/>
        <w:right w:color="C0504D" w:space="0" w:sz="8" w:themeColor="accent2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shd w:color="auto" w:fill="C0504D" w:themeFill="accent2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C0504D" w:space="0" w:sz="6" w:themeColor="accent2" w:val="doub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color="C0504D" w:space="0" w:sz="8" w:themeColor="accent2" w:val="sing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</w:tcBorders>
      </w:tcPr>
    </w:tblStylePr>
    <w:tblStylePr w:type="band1Horz">
      <w:tblPr/>
      <w:tcPr>
        <w:tcBorders>
          <w:top w:color="C0504D" w:space="0" w:sz="8" w:themeColor="accent2" w:val="sing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</w:tcBorders>
      </w:tcPr>
    </w:tblStylePr>
  </w:style>
  <w:style w:styleId="LightList-Accent3" w:type="table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9BBB59" w:space="0" w:sz="8" w:themeColor="accent3" w:val="single"/>
        <w:left w:color="9BBB59" w:space="0" w:sz="8" w:themeColor="accent3" w:val="single"/>
        <w:bottom w:color="9BBB59" w:space="0" w:sz="8" w:themeColor="accent3" w:val="single"/>
        <w:right w:color="9BBB59" w:space="0" w:sz="8" w:themeColor="accent3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shd w:color="auto" w:fill="9BBB59" w:themeFill="accent3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9BBB59" w:space="0" w:sz="6" w:themeColor="accent3" w:val="doub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color="9BBB59" w:space="0" w:sz="8" w:themeColor="accent3" w:val="sing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</w:tcBorders>
      </w:tcPr>
    </w:tblStylePr>
    <w:tblStylePr w:type="band1Horz">
      <w:tblPr/>
      <w:tcPr>
        <w:tcBorders>
          <w:top w:color="9BBB59" w:space="0" w:sz="8" w:themeColor="accent3" w:val="sing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</w:tcBorders>
      </w:tcPr>
    </w:tblStylePr>
  </w:style>
  <w:style w:styleId="LightList-Accent4" w:type="table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8064A2" w:space="0" w:sz="8" w:themeColor="accent4" w:val="single"/>
        <w:left w:color="8064A2" w:space="0" w:sz="8" w:themeColor="accent4" w:val="single"/>
        <w:bottom w:color="8064A2" w:space="0" w:sz="8" w:themeColor="accent4" w:val="single"/>
        <w:right w:color="8064A2" w:space="0" w:sz="8" w:themeColor="accent4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shd w:color="auto" w:fill="8064A2" w:themeFill="accent4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8064A2" w:space="0" w:sz="6" w:themeColor="accent4" w:val="doub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color="8064A2" w:space="0" w:sz="8" w:themeColor="accent4" w:val="sing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</w:tcBorders>
      </w:tcPr>
    </w:tblStylePr>
    <w:tblStylePr w:type="band1Horz">
      <w:tblPr/>
      <w:tcPr>
        <w:tcBorders>
          <w:top w:color="8064A2" w:space="0" w:sz="8" w:themeColor="accent4" w:val="sing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</w:tcBorders>
      </w:tcPr>
    </w:tblStylePr>
  </w:style>
  <w:style w:styleId="LightList-Accent5" w:type="table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4BACC6" w:space="0" w:sz="8" w:themeColor="accent5" w:val="single"/>
        <w:left w:color="4BACC6" w:space="0" w:sz="8" w:themeColor="accent5" w:val="single"/>
        <w:bottom w:color="4BACC6" w:space="0" w:sz="8" w:themeColor="accent5" w:val="single"/>
        <w:right w:color="4BACC6" w:space="0" w:sz="8" w:themeColor="accent5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shd w:color="auto" w:fill="4BACC6" w:themeFill="accent5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4BACC6" w:space="0" w:sz="6" w:themeColor="accent5" w:val="doub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color="4BACC6" w:space="0" w:sz="8" w:themeColor="accent5" w:val="sing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</w:tcBorders>
      </w:tcPr>
    </w:tblStylePr>
    <w:tblStylePr w:type="band1Horz">
      <w:tblPr/>
      <w:tcPr>
        <w:tcBorders>
          <w:top w:color="4BACC6" w:space="0" w:sz="8" w:themeColor="accent5" w:val="sing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</w:tcBorders>
      </w:tcPr>
    </w:tblStylePr>
  </w:style>
  <w:style w:styleId="LightList-Accent6" w:type="table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F79646" w:space="0" w:sz="8" w:themeColor="accent6" w:val="single"/>
        <w:left w:color="F79646" w:space="0" w:sz="8" w:themeColor="accent6" w:val="single"/>
        <w:bottom w:color="F79646" w:space="0" w:sz="8" w:themeColor="accent6" w:val="single"/>
        <w:right w:color="F79646" w:space="0" w:sz="8" w:themeColor="accent6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shd w:color="auto" w:fill="F79646" w:themeFill="accent6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F79646" w:space="0" w:sz="6" w:themeColor="accent6" w:val="doub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color="F79646" w:space="0" w:sz="8" w:themeColor="accent6" w:val="sing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</w:tcBorders>
      </w:tcPr>
    </w:tblStylePr>
    <w:tblStylePr w:type="band1Horz">
      <w:tblPr/>
      <w:tcPr>
        <w:tcBorders>
          <w:top w:color="F79646" w:space="0" w:sz="8" w:themeColor="accent6" w:val="sing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</w:tcBorders>
      </w:tcPr>
    </w:tblStylePr>
  </w:style>
  <w:style w:styleId="LightGrid" w:type="table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000000" w:space="0" w:sz="8" w:themeColor="text1" w:val="single"/>
        <w:left w:color="000000" w:space="0" w:sz="8" w:themeColor="text1" w:val="single"/>
        <w:bottom w:color="000000" w:space="0" w:sz="8" w:themeColor="text1" w:val="single"/>
        <w:right w:color="000000" w:space="0" w:sz="8" w:themeColor="text1" w:val="single"/>
        <w:insideH w:color="000000" w:space="0" w:sz="8" w:themeColor="text1" w:val="single"/>
        <w:insideV w:color="000000" w:space="0" w:sz="8" w:themeColor="text1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000000" w:space="0" w:sz="8" w:themeColor="text1" w:val="single"/>
          <w:left w:color="000000" w:space="0" w:sz="8" w:themeColor="text1" w:val="single"/>
          <w:bottom w:color="000000" w:space="0" w:sz="18" w:themeColor="text1" w:val="single"/>
          <w:right w:color="000000" w:space="0" w:sz="8" w:themeColor="text1" w:val="single"/>
          <w:insideH w:val="nil"/>
          <w:insideV w:color="000000" w:space="0" w:sz="8" w:themeColor="text1" w:val="single"/>
        </w:tcBorders>
      </w:tcPr>
    </w:tblStylePr>
    <w:tblStylePr w:type="la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000000" w:space="0" w:sz="6" w:themeColor="text1" w:val="doub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  <w:insideH w:val="nil"/>
          <w:insideV w:color="000000" w:space="0" w:sz="8" w:themeColor="text1" w:val="single"/>
        </w:tcBorders>
      </w:tcPr>
    </w:tblStylePr>
    <w:tblStylePr w:type="firstCol">
      <w:rPr>
        <w:rFonts w:asciiTheme="majorHAnsi" w:cstheme="majorBidi" w:eastAsiaTheme="majorEastAsia" w:hAnsiTheme="majorHAnsi"/>
        <w:b/>
        <w:bCs/>
      </w:rPr>
    </w:tblStylePr>
    <w:tblStylePr w:type="lastCol">
      <w:rPr>
        <w:rFonts w:asciiTheme="majorHAnsi" w:cstheme="majorBidi" w:eastAsiaTheme="majorEastAsia" w:hAnsiTheme="majorHAnsi"/>
        <w:b/>
        <w:bCs/>
      </w:rPr>
      <w:tblPr/>
      <w:tcPr>
        <w:tcBorders>
          <w:top w:color="000000" w:space="0" w:sz="8" w:themeColor="text1" w:val="sing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</w:tcBorders>
      </w:tcPr>
    </w:tblStylePr>
    <w:tblStylePr w:type="band1Vert">
      <w:tblPr/>
      <w:tcPr>
        <w:tcBorders>
          <w:top w:color="000000" w:space="0" w:sz="8" w:themeColor="text1" w:val="sing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</w:tcBorders>
        <w:shd w:color="auto" w:fill="C0C0C0" w:themeFill="text1" w:themeFillTint="3F" w:val="clear"/>
      </w:tcPr>
    </w:tblStylePr>
    <w:tblStylePr w:type="band1Horz">
      <w:tblPr/>
      <w:tcPr>
        <w:tcBorders>
          <w:top w:color="000000" w:space="0" w:sz="8" w:themeColor="text1" w:val="sing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  <w:insideV w:color="000000" w:space="0" w:sz="8" w:themeColor="text1" w:val="single"/>
        </w:tcBorders>
        <w:shd w:color="auto" w:fill="C0C0C0" w:themeFill="text1" w:themeFillTint="3F" w:val="clear"/>
      </w:tcPr>
    </w:tblStylePr>
    <w:tblStylePr w:type="band2Horz">
      <w:tblPr/>
      <w:tcPr>
        <w:tcBorders>
          <w:top w:color="000000" w:space="0" w:sz="8" w:themeColor="text1" w:val="sing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  <w:insideV w:color="000000" w:space="0" w:sz="8" w:themeColor="text1" w:val="single"/>
        </w:tcBorders>
      </w:tcPr>
    </w:tblStylePr>
  </w:style>
  <w:style w:styleId="LightGrid-Accent1" w:type="table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4F81BD" w:space="0" w:sz="8" w:themeColor="accent1" w:val="single"/>
        <w:left w:color="4F81BD" w:space="0" w:sz="8" w:themeColor="accent1" w:val="single"/>
        <w:bottom w:color="4F81BD" w:space="0" w:sz="8" w:themeColor="accent1" w:val="single"/>
        <w:right w:color="4F81BD" w:space="0" w:sz="8" w:themeColor="accent1" w:val="single"/>
        <w:insideH w:color="4F81BD" w:space="0" w:sz="8" w:themeColor="accent1" w:val="single"/>
        <w:insideV w:color="4F81BD" w:space="0" w:sz="8" w:themeColor="accent1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4F81BD" w:space="0" w:sz="8" w:themeColor="accent1" w:val="single"/>
          <w:left w:color="4F81BD" w:space="0" w:sz="8" w:themeColor="accent1" w:val="single"/>
          <w:bottom w:color="4F81BD" w:space="0" w:sz="18" w:themeColor="accent1" w:val="single"/>
          <w:right w:color="4F81BD" w:space="0" w:sz="8" w:themeColor="accent1" w:val="single"/>
          <w:insideH w:val="nil"/>
          <w:insideV w:color="4F81BD" w:space="0" w:sz="8" w:themeColor="accent1" w:val="single"/>
        </w:tcBorders>
      </w:tcPr>
    </w:tblStylePr>
    <w:tblStylePr w:type="la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4F81BD" w:space="0" w:sz="6" w:themeColor="accent1" w:val="doub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  <w:insideH w:val="nil"/>
          <w:insideV w:color="4F81BD" w:space="0" w:sz="8" w:themeColor="accent1" w:val="single"/>
        </w:tcBorders>
      </w:tcPr>
    </w:tblStylePr>
    <w:tblStylePr w:type="firstCol">
      <w:rPr>
        <w:rFonts w:asciiTheme="majorHAnsi" w:cstheme="majorBidi" w:eastAsiaTheme="majorEastAsia" w:hAnsiTheme="majorHAnsi"/>
        <w:b/>
        <w:bCs/>
      </w:rPr>
    </w:tblStylePr>
    <w:tblStylePr w:type="lastCol">
      <w:rPr>
        <w:rFonts w:asciiTheme="majorHAnsi" w:cstheme="majorBidi" w:eastAsiaTheme="majorEastAsia" w:hAnsiTheme="majorHAnsi"/>
        <w:b/>
        <w:bCs/>
      </w:rPr>
      <w:tblPr/>
      <w:tcPr>
        <w:tcBorders>
          <w:top w:color="4F81BD" w:space="0" w:sz="8" w:themeColor="accent1" w:val="sing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</w:tcBorders>
      </w:tcPr>
    </w:tblStylePr>
    <w:tblStylePr w:type="band1Vert">
      <w:tblPr/>
      <w:tcPr>
        <w:tcBorders>
          <w:top w:color="4F81BD" w:space="0" w:sz="8" w:themeColor="accent1" w:val="sing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</w:tcBorders>
        <w:shd w:color="auto" w:fill="D3DFEE" w:themeFill="accent1" w:themeFillTint="3F" w:val="clear"/>
      </w:tcPr>
    </w:tblStylePr>
    <w:tblStylePr w:type="band1Horz">
      <w:tblPr/>
      <w:tcPr>
        <w:tcBorders>
          <w:top w:color="4F81BD" w:space="0" w:sz="8" w:themeColor="accent1" w:val="sing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  <w:insideV w:color="4F81BD" w:space="0" w:sz="8" w:themeColor="accent1" w:val="single"/>
        </w:tcBorders>
        <w:shd w:color="auto" w:fill="D3DFEE" w:themeFill="accent1" w:themeFillTint="3F" w:val="clear"/>
      </w:tcPr>
    </w:tblStylePr>
    <w:tblStylePr w:type="band2Horz">
      <w:tblPr/>
      <w:tcPr>
        <w:tcBorders>
          <w:top w:color="4F81BD" w:space="0" w:sz="8" w:themeColor="accent1" w:val="sing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  <w:insideV w:color="4F81BD" w:space="0" w:sz="8" w:themeColor="accent1" w:val="single"/>
        </w:tcBorders>
      </w:tcPr>
    </w:tblStylePr>
  </w:style>
  <w:style w:styleId="LightGrid-Accent2" w:type="table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C0504D" w:space="0" w:sz="8" w:themeColor="accent2" w:val="single"/>
        <w:left w:color="C0504D" w:space="0" w:sz="8" w:themeColor="accent2" w:val="single"/>
        <w:bottom w:color="C0504D" w:space="0" w:sz="8" w:themeColor="accent2" w:val="single"/>
        <w:right w:color="C0504D" w:space="0" w:sz="8" w:themeColor="accent2" w:val="single"/>
        <w:insideH w:color="C0504D" w:space="0" w:sz="8" w:themeColor="accent2" w:val="single"/>
        <w:insideV w:color="C0504D" w:space="0" w:sz="8" w:themeColor="accent2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C0504D" w:space="0" w:sz="8" w:themeColor="accent2" w:val="single"/>
          <w:left w:color="C0504D" w:space="0" w:sz="8" w:themeColor="accent2" w:val="single"/>
          <w:bottom w:color="C0504D" w:space="0" w:sz="18" w:themeColor="accent2" w:val="single"/>
          <w:right w:color="C0504D" w:space="0" w:sz="8" w:themeColor="accent2" w:val="single"/>
          <w:insideH w:val="nil"/>
          <w:insideV w:color="C0504D" w:space="0" w:sz="8" w:themeColor="accent2" w:val="single"/>
        </w:tcBorders>
      </w:tcPr>
    </w:tblStylePr>
    <w:tblStylePr w:type="la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C0504D" w:space="0" w:sz="6" w:themeColor="accent2" w:val="doub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  <w:insideH w:val="nil"/>
          <w:insideV w:color="C0504D" w:space="0" w:sz="8" w:themeColor="accent2" w:val="single"/>
        </w:tcBorders>
      </w:tcPr>
    </w:tblStylePr>
    <w:tblStylePr w:type="firstCol">
      <w:rPr>
        <w:rFonts w:asciiTheme="majorHAnsi" w:cstheme="majorBidi" w:eastAsiaTheme="majorEastAsia" w:hAnsiTheme="majorHAnsi"/>
        <w:b/>
        <w:bCs/>
      </w:rPr>
    </w:tblStylePr>
    <w:tblStylePr w:type="lastCol">
      <w:rPr>
        <w:rFonts w:asciiTheme="majorHAnsi" w:cstheme="majorBidi" w:eastAsiaTheme="majorEastAsia" w:hAnsiTheme="majorHAnsi"/>
        <w:b/>
        <w:bCs/>
      </w:rPr>
      <w:tblPr/>
      <w:tcPr>
        <w:tcBorders>
          <w:top w:color="C0504D" w:space="0" w:sz="8" w:themeColor="accent2" w:val="sing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</w:tcBorders>
      </w:tcPr>
    </w:tblStylePr>
    <w:tblStylePr w:type="band1Vert">
      <w:tblPr/>
      <w:tcPr>
        <w:tcBorders>
          <w:top w:color="C0504D" w:space="0" w:sz="8" w:themeColor="accent2" w:val="sing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</w:tcBorders>
        <w:shd w:color="auto" w:fill="EFD3D2" w:themeFill="accent2" w:themeFillTint="3F" w:val="clear"/>
      </w:tcPr>
    </w:tblStylePr>
    <w:tblStylePr w:type="band1Horz">
      <w:tblPr/>
      <w:tcPr>
        <w:tcBorders>
          <w:top w:color="C0504D" w:space="0" w:sz="8" w:themeColor="accent2" w:val="sing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  <w:insideV w:color="C0504D" w:space="0" w:sz="8" w:themeColor="accent2" w:val="single"/>
        </w:tcBorders>
        <w:shd w:color="auto" w:fill="EFD3D2" w:themeFill="accent2" w:themeFillTint="3F" w:val="clear"/>
      </w:tcPr>
    </w:tblStylePr>
    <w:tblStylePr w:type="band2Horz">
      <w:tblPr/>
      <w:tcPr>
        <w:tcBorders>
          <w:top w:color="C0504D" w:space="0" w:sz="8" w:themeColor="accent2" w:val="sing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  <w:insideV w:color="C0504D" w:space="0" w:sz="8" w:themeColor="accent2" w:val="single"/>
        </w:tcBorders>
      </w:tcPr>
    </w:tblStylePr>
  </w:style>
  <w:style w:styleId="LightGrid-Accent3" w:type="table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9BBB59" w:space="0" w:sz="8" w:themeColor="accent3" w:val="single"/>
        <w:left w:color="9BBB59" w:space="0" w:sz="8" w:themeColor="accent3" w:val="single"/>
        <w:bottom w:color="9BBB59" w:space="0" w:sz="8" w:themeColor="accent3" w:val="single"/>
        <w:right w:color="9BBB59" w:space="0" w:sz="8" w:themeColor="accent3" w:val="single"/>
        <w:insideH w:color="9BBB59" w:space="0" w:sz="8" w:themeColor="accent3" w:val="single"/>
        <w:insideV w:color="9BBB59" w:space="0" w:sz="8" w:themeColor="accent3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9BBB59" w:space="0" w:sz="8" w:themeColor="accent3" w:val="single"/>
          <w:left w:color="9BBB59" w:space="0" w:sz="8" w:themeColor="accent3" w:val="single"/>
          <w:bottom w:color="9BBB59" w:space="0" w:sz="18" w:themeColor="accent3" w:val="single"/>
          <w:right w:color="9BBB59" w:space="0" w:sz="8" w:themeColor="accent3" w:val="single"/>
          <w:insideH w:val="nil"/>
          <w:insideV w:color="9BBB59" w:space="0" w:sz="8" w:themeColor="accent3" w:val="single"/>
        </w:tcBorders>
      </w:tcPr>
    </w:tblStylePr>
    <w:tblStylePr w:type="la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9BBB59" w:space="0" w:sz="6" w:themeColor="accent3" w:val="doub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  <w:insideH w:val="nil"/>
          <w:insideV w:color="9BBB59" w:space="0" w:sz="8" w:themeColor="accent3" w:val="single"/>
        </w:tcBorders>
      </w:tcPr>
    </w:tblStylePr>
    <w:tblStylePr w:type="firstCol">
      <w:rPr>
        <w:rFonts w:asciiTheme="majorHAnsi" w:cstheme="majorBidi" w:eastAsiaTheme="majorEastAsia" w:hAnsiTheme="majorHAnsi"/>
        <w:b/>
        <w:bCs/>
      </w:rPr>
    </w:tblStylePr>
    <w:tblStylePr w:type="lastCol">
      <w:rPr>
        <w:rFonts w:asciiTheme="majorHAnsi" w:cstheme="majorBidi" w:eastAsiaTheme="majorEastAsia" w:hAnsiTheme="majorHAnsi"/>
        <w:b/>
        <w:bCs/>
      </w:rPr>
      <w:tblPr/>
      <w:tcPr>
        <w:tcBorders>
          <w:top w:color="9BBB59" w:space="0" w:sz="8" w:themeColor="accent3" w:val="sing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</w:tcBorders>
      </w:tcPr>
    </w:tblStylePr>
    <w:tblStylePr w:type="band1Vert">
      <w:tblPr/>
      <w:tcPr>
        <w:tcBorders>
          <w:top w:color="9BBB59" w:space="0" w:sz="8" w:themeColor="accent3" w:val="sing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</w:tcBorders>
        <w:shd w:color="auto" w:fill="E6EED5" w:themeFill="accent3" w:themeFillTint="3F" w:val="clear"/>
      </w:tcPr>
    </w:tblStylePr>
    <w:tblStylePr w:type="band1Horz">
      <w:tblPr/>
      <w:tcPr>
        <w:tcBorders>
          <w:top w:color="9BBB59" w:space="0" w:sz="8" w:themeColor="accent3" w:val="sing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  <w:insideV w:color="9BBB59" w:space="0" w:sz="8" w:themeColor="accent3" w:val="single"/>
        </w:tcBorders>
        <w:shd w:color="auto" w:fill="E6EED5" w:themeFill="accent3" w:themeFillTint="3F" w:val="clear"/>
      </w:tcPr>
    </w:tblStylePr>
    <w:tblStylePr w:type="band2Horz">
      <w:tblPr/>
      <w:tcPr>
        <w:tcBorders>
          <w:top w:color="9BBB59" w:space="0" w:sz="8" w:themeColor="accent3" w:val="sing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  <w:insideV w:color="9BBB59" w:space="0" w:sz="8" w:themeColor="accent3" w:val="single"/>
        </w:tcBorders>
      </w:tcPr>
    </w:tblStylePr>
  </w:style>
  <w:style w:styleId="LightGrid-Accent4" w:type="table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8064A2" w:space="0" w:sz="8" w:themeColor="accent4" w:val="single"/>
        <w:left w:color="8064A2" w:space="0" w:sz="8" w:themeColor="accent4" w:val="single"/>
        <w:bottom w:color="8064A2" w:space="0" w:sz="8" w:themeColor="accent4" w:val="single"/>
        <w:right w:color="8064A2" w:space="0" w:sz="8" w:themeColor="accent4" w:val="single"/>
        <w:insideH w:color="8064A2" w:space="0" w:sz="8" w:themeColor="accent4" w:val="single"/>
        <w:insideV w:color="8064A2" w:space="0" w:sz="8" w:themeColor="accent4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8064A2" w:space="0" w:sz="8" w:themeColor="accent4" w:val="single"/>
          <w:left w:color="8064A2" w:space="0" w:sz="8" w:themeColor="accent4" w:val="single"/>
          <w:bottom w:color="8064A2" w:space="0" w:sz="18" w:themeColor="accent4" w:val="single"/>
          <w:right w:color="8064A2" w:space="0" w:sz="8" w:themeColor="accent4" w:val="single"/>
          <w:insideH w:val="nil"/>
          <w:insideV w:color="8064A2" w:space="0" w:sz="8" w:themeColor="accent4" w:val="single"/>
        </w:tcBorders>
      </w:tcPr>
    </w:tblStylePr>
    <w:tblStylePr w:type="la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8064A2" w:space="0" w:sz="6" w:themeColor="accent4" w:val="doub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  <w:insideH w:val="nil"/>
          <w:insideV w:color="8064A2" w:space="0" w:sz="8" w:themeColor="accent4" w:val="single"/>
        </w:tcBorders>
      </w:tcPr>
    </w:tblStylePr>
    <w:tblStylePr w:type="firstCol">
      <w:rPr>
        <w:rFonts w:asciiTheme="majorHAnsi" w:cstheme="majorBidi" w:eastAsiaTheme="majorEastAsia" w:hAnsiTheme="majorHAnsi"/>
        <w:b/>
        <w:bCs/>
      </w:rPr>
    </w:tblStylePr>
    <w:tblStylePr w:type="lastCol">
      <w:rPr>
        <w:rFonts w:asciiTheme="majorHAnsi" w:cstheme="majorBidi" w:eastAsiaTheme="majorEastAsia" w:hAnsiTheme="majorHAnsi"/>
        <w:b/>
        <w:bCs/>
      </w:rPr>
      <w:tblPr/>
      <w:tcPr>
        <w:tcBorders>
          <w:top w:color="8064A2" w:space="0" w:sz="8" w:themeColor="accent4" w:val="sing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</w:tcBorders>
      </w:tcPr>
    </w:tblStylePr>
    <w:tblStylePr w:type="band1Vert">
      <w:tblPr/>
      <w:tcPr>
        <w:tcBorders>
          <w:top w:color="8064A2" w:space="0" w:sz="8" w:themeColor="accent4" w:val="sing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</w:tcBorders>
        <w:shd w:color="auto" w:fill="DFD8E8" w:themeFill="accent4" w:themeFillTint="3F" w:val="clear"/>
      </w:tcPr>
    </w:tblStylePr>
    <w:tblStylePr w:type="band1Horz">
      <w:tblPr/>
      <w:tcPr>
        <w:tcBorders>
          <w:top w:color="8064A2" w:space="0" w:sz="8" w:themeColor="accent4" w:val="sing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  <w:insideV w:color="8064A2" w:space="0" w:sz="8" w:themeColor="accent4" w:val="single"/>
        </w:tcBorders>
        <w:shd w:color="auto" w:fill="DFD8E8" w:themeFill="accent4" w:themeFillTint="3F" w:val="clear"/>
      </w:tcPr>
    </w:tblStylePr>
    <w:tblStylePr w:type="band2Horz">
      <w:tblPr/>
      <w:tcPr>
        <w:tcBorders>
          <w:top w:color="8064A2" w:space="0" w:sz="8" w:themeColor="accent4" w:val="sing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  <w:insideV w:color="8064A2" w:space="0" w:sz="8" w:themeColor="accent4" w:val="single"/>
        </w:tcBorders>
      </w:tcPr>
    </w:tblStylePr>
  </w:style>
  <w:style w:styleId="LightGrid-Accent5" w:type="table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4BACC6" w:space="0" w:sz="8" w:themeColor="accent5" w:val="single"/>
        <w:left w:color="4BACC6" w:space="0" w:sz="8" w:themeColor="accent5" w:val="single"/>
        <w:bottom w:color="4BACC6" w:space="0" w:sz="8" w:themeColor="accent5" w:val="single"/>
        <w:right w:color="4BACC6" w:space="0" w:sz="8" w:themeColor="accent5" w:val="single"/>
        <w:insideH w:color="4BACC6" w:space="0" w:sz="8" w:themeColor="accent5" w:val="single"/>
        <w:insideV w:color="4BACC6" w:space="0" w:sz="8" w:themeColor="accent5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4BACC6" w:space="0" w:sz="8" w:themeColor="accent5" w:val="single"/>
          <w:left w:color="4BACC6" w:space="0" w:sz="8" w:themeColor="accent5" w:val="single"/>
          <w:bottom w:color="4BACC6" w:space="0" w:sz="18" w:themeColor="accent5" w:val="single"/>
          <w:right w:color="4BACC6" w:space="0" w:sz="8" w:themeColor="accent5" w:val="single"/>
          <w:insideH w:val="nil"/>
          <w:insideV w:color="4BACC6" w:space="0" w:sz="8" w:themeColor="accent5" w:val="single"/>
        </w:tcBorders>
      </w:tcPr>
    </w:tblStylePr>
    <w:tblStylePr w:type="la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4BACC6" w:space="0" w:sz="6" w:themeColor="accent5" w:val="doub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  <w:insideH w:val="nil"/>
          <w:insideV w:color="4BACC6" w:space="0" w:sz="8" w:themeColor="accent5" w:val="single"/>
        </w:tcBorders>
      </w:tcPr>
    </w:tblStylePr>
    <w:tblStylePr w:type="firstCol">
      <w:rPr>
        <w:rFonts w:asciiTheme="majorHAnsi" w:cstheme="majorBidi" w:eastAsiaTheme="majorEastAsia" w:hAnsiTheme="majorHAnsi"/>
        <w:b/>
        <w:bCs/>
      </w:rPr>
    </w:tblStylePr>
    <w:tblStylePr w:type="lastCol">
      <w:rPr>
        <w:rFonts w:asciiTheme="majorHAnsi" w:cstheme="majorBidi" w:eastAsiaTheme="majorEastAsia" w:hAnsiTheme="majorHAnsi"/>
        <w:b/>
        <w:bCs/>
      </w:rPr>
      <w:tblPr/>
      <w:tcPr>
        <w:tcBorders>
          <w:top w:color="4BACC6" w:space="0" w:sz="8" w:themeColor="accent5" w:val="sing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</w:tcBorders>
      </w:tcPr>
    </w:tblStylePr>
    <w:tblStylePr w:type="band1Vert">
      <w:tblPr/>
      <w:tcPr>
        <w:tcBorders>
          <w:top w:color="4BACC6" w:space="0" w:sz="8" w:themeColor="accent5" w:val="sing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</w:tcBorders>
        <w:shd w:color="auto" w:fill="D2EAF1" w:themeFill="accent5" w:themeFillTint="3F" w:val="clear"/>
      </w:tcPr>
    </w:tblStylePr>
    <w:tblStylePr w:type="band1Horz">
      <w:tblPr/>
      <w:tcPr>
        <w:tcBorders>
          <w:top w:color="4BACC6" w:space="0" w:sz="8" w:themeColor="accent5" w:val="sing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  <w:insideV w:color="4BACC6" w:space="0" w:sz="8" w:themeColor="accent5" w:val="single"/>
        </w:tcBorders>
        <w:shd w:color="auto" w:fill="D2EAF1" w:themeFill="accent5" w:themeFillTint="3F" w:val="clear"/>
      </w:tcPr>
    </w:tblStylePr>
    <w:tblStylePr w:type="band2Horz">
      <w:tblPr/>
      <w:tcPr>
        <w:tcBorders>
          <w:top w:color="4BACC6" w:space="0" w:sz="8" w:themeColor="accent5" w:val="sing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  <w:insideV w:color="4BACC6" w:space="0" w:sz="8" w:themeColor="accent5" w:val="single"/>
        </w:tcBorders>
      </w:tcPr>
    </w:tblStylePr>
  </w:style>
  <w:style w:styleId="LightGrid-Accent6" w:type="table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F79646" w:space="0" w:sz="8" w:themeColor="accent6" w:val="single"/>
        <w:left w:color="F79646" w:space="0" w:sz="8" w:themeColor="accent6" w:val="single"/>
        <w:bottom w:color="F79646" w:space="0" w:sz="8" w:themeColor="accent6" w:val="single"/>
        <w:right w:color="F79646" w:space="0" w:sz="8" w:themeColor="accent6" w:val="single"/>
        <w:insideH w:color="F79646" w:space="0" w:sz="8" w:themeColor="accent6" w:val="single"/>
        <w:insideV w:color="F79646" w:space="0" w:sz="8" w:themeColor="accent6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F79646" w:space="0" w:sz="8" w:themeColor="accent6" w:val="single"/>
          <w:left w:color="F79646" w:space="0" w:sz="8" w:themeColor="accent6" w:val="single"/>
          <w:bottom w:color="F79646" w:space="0" w:sz="18" w:themeColor="accent6" w:val="single"/>
          <w:right w:color="F79646" w:space="0" w:sz="8" w:themeColor="accent6" w:val="single"/>
          <w:insideH w:val="nil"/>
          <w:insideV w:color="F79646" w:space="0" w:sz="8" w:themeColor="accent6" w:val="single"/>
        </w:tcBorders>
      </w:tcPr>
    </w:tblStylePr>
    <w:tblStylePr w:type="la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F79646" w:space="0" w:sz="6" w:themeColor="accent6" w:val="doub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  <w:insideH w:val="nil"/>
          <w:insideV w:color="F79646" w:space="0" w:sz="8" w:themeColor="accent6" w:val="single"/>
        </w:tcBorders>
      </w:tcPr>
    </w:tblStylePr>
    <w:tblStylePr w:type="firstCol">
      <w:rPr>
        <w:rFonts w:asciiTheme="majorHAnsi" w:cstheme="majorBidi" w:eastAsiaTheme="majorEastAsia" w:hAnsiTheme="majorHAnsi"/>
        <w:b/>
        <w:bCs/>
      </w:rPr>
    </w:tblStylePr>
    <w:tblStylePr w:type="lastCol">
      <w:rPr>
        <w:rFonts w:asciiTheme="majorHAnsi" w:cstheme="majorBidi" w:eastAsiaTheme="majorEastAsia" w:hAnsiTheme="majorHAnsi"/>
        <w:b/>
        <w:bCs/>
      </w:rPr>
      <w:tblPr/>
      <w:tcPr>
        <w:tcBorders>
          <w:top w:color="F79646" w:space="0" w:sz="8" w:themeColor="accent6" w:val="sing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</w:tcBorders>
      </w:tcPr>
    </w:tblStylePr>
    <w:tblStylePr w:type="band1Vert">
      <w:tblPr/>
      <w:tcPr>
        <w:tcBorders>
          <w:top w:color="F79646" w:space="0" w:sz="8" w:themeColor="accent6" w:val="sing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</w:tcBorders>
        <w:shd w:color="auto" w:fill="FDE4D0" w:themeFill="accent6" w:themeFillTint="3F" w:val="clear"/>
      </w:tcPr>
    </w:tblStylePr>
    <w:tblStylePr w:type="band1Horz">
      <w:tblPr/>
      <w:tcPr>
        <w:tcBorders>
          <w:top w:color="F79646" w:space="0" w:sz="8" w:themeColor="accent6" w:val="sing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  <w:insideV w:color="F79646" w:space="0" w:sz="8" w:themeColor="accent6" w:val="single"/>
        </w:tcBorders>
        <w:shd w:color="auto" w:fill="FDE4D0" w:themeFill="accent6" w:themeFillTint="3F" w:val="clear"/>
      </w:tcPr>
    </w:tblStylePr>
    <w:tblStylePr w:type="band2Horz">
      <w:tblPr/>
      <w:tcPr>
        <w:tcBorders>
          <w:top w:color="F79646" w:space="0" w:sz="8" w:themeColor="accent6" w:val="sing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  <w:insideV w:color="F79646" w:space="0" w:sz="8" w:themeColor="accent6" w:val="single"/>
        </w:tcBorders>
      </w:tcPr>
    </w:tblStylePr>
  </w:style>
  <w:style w:styleId="MediumShading1" w:type="table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404040" w:space="0" w:sz="8" w:themeColor="text1" w:themeTint="BF" w:val="single"/>
        <w:left w:color="404040" w:space="0" w:sz="8" w:themeColor="text1" w:themeTint="BF" w:val="single"/>
        <w:bottom w:color="404040" w:space="0" w:sz="8" w:themeColor="text1" w:themeTint="BF" w:val="single"/>
        <w:right w:color="404040" w:space="0" w:sz="8" w:themeColor="text1" w:themeTint="BF" w:val="single"/>
        <w:insideH w:color="404040" w:space="0" w:sz="8" w:themeColor="text1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404040" w:space="0" w:sz="8" w:themeColor="text1" w:themeTint="BF" w:val="single"/>
          <w:left w:color="404040" w:space="0" w:sz="8" w:themeColor="text1" w:themeTint="BF" w:val="single"/>
          <w:bottom w:color="404040" w:space="0" w:sz="8" w:themeColor="text1" w:themeTint="BF" w:val="single"/>
          <w:right w:color="404040" w:space="0" w:sz="8" w:themeColor="text1" w:themeTint="BF" w:val="single"/>
          <w:insideH w:val="nil"/>
          <w:insideV w:val="nil"/>
        </w:tcBorders>
        <w:shd w:color="auto" w:fill="000000" w:themeFill="text1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404040" w:space="0" w:sz="6" w:themeColor="text1" w:themeTint="BF" w:val="double"/>
          <w:left w:color="404040" w:space="0" w:sz="8" w:themeColor="text1" w:themeTint="BF" w:val="single"/>
          <w:bottom w:color="404040" w:space="0" w:sz="8" w:themeColor="text1" w:themeTint="BF" w:val="single"/>
          <w:right w:color="404040" w:space="0" w:sz="8" w:themeColor="text1" w:themeTint="BF" w:val="single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C0C0C0" w:themeFill="text1" w:themeFillTint="3F" w:val="clear"/>
      </w:tcPr>
    </w:tblStylePr>
    <w:tblStylePr w:type="band1Horz">
      <w:tblPr/>
      <w:tcPr>
        <w:tcBorders>
          <w:insideH w:val="nil"/>
          <w:insideV w:val="nil"/>
        </w:tcBorders>
        <w:shd w:color="auto" w:fill="C0C0C0" w:themeFill="text1" w:themeFillTint="3F" w:val="clear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styleId="MediumShading1-Accent1" w:type="table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7BA0CD" w:space="0" w:sz="8" w:themeColor="accent1" w:themeTint="BF" w:val="single"/>
        <w:left w:color="7BA0CD" w:space="0" w:sz="8" w:themeColor="accent1" w:themeTint="BF" w:val="single"/>
        <w:bottom w:color="7BA0CD" w:space="0" w:sz="8" w:themeColor="accent1" w:themeTint="BF" w:val="single"/>
        <w:right w:color="7BA0CD" w:space="0" w:sz="8" w:themeColor="accent1" w:themeTint="BF" w:val="single"/>
        <w:insideH w:color="7BA0CD" w:space="0" w:sz="8" w:themeColor="accent1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7BA0CD" w:space="0" w:sz="8" w:themeColor="accent1" w:themeTint="BF" w:val="single"/>
          <w:left w:color="7BA0CD" w:space="0" w:sz="8" w:themeColor="accent1" w:themeTint="BF" w:val="single"/>
          <w:bottom w:color="7BA0CD" w:space="0" w:sz="8" w:themeColor="accent1" w:themeTint="BF" w:val="single"/>
          <w:right w:color="7BA0CD" w:space="0" w:sz="8" w:themeColor="accent1" w:themeTint="BF" w:val="single"/>
          <w:insideH w:val="nil"/>
          <w:insideV w:val="nil"/>
        </w:tcBorders>
        <w:shd w:color="auto" w:fill="4F81BD" w:themeFill="accent1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7BA0CD" w:space="0" w:sz="6" w:themeColor="accent1" w:themeTint="BF" w:val="double"/>
          <w:left w:color="7BA0CD" w:space="0" w:sz="8" w:themeColor="accent1" w:themeTint="BF" w:val="single"/>
          <w:bottom w:color="7BA0CD" w:space="0" w:sz="8" w:themeColor="accent1" w:themeTint="BF" w:val="single"/>
          <w:right w:color="7BA0CD" w:space="0" w:sz="8" w:themeColor="accent1" w:themeTint="BF" w:val="single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D3DFEE" w:themeFill="accent1" w:themeFillTint="3F" w:val="clear"/>
      </w:tcPr>
    </w:tblStylePr>
    <w:tblStylePr w:type="band1Horz">
      <w:tblPr/>
      <w:tcPr>
        <w:tcBorders>
          <w:insideH w:val="nil"/>
          <w:insideV w:val="nil"/>
        </w:tcBorders>
        <w:shd w:color="auto" w:fill="D3DFEE" w:themeFill="accent1" w:themeFillTint="3F" w:val="clear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styleId="MediumShading1-Accent2" w:type="table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CF7B79" w:space="0" w:sz="8" w:themeColor="accent2" w:themeTint="BF" w:val="single"/>
        <w:left w:color="CF7B79" w:space="0" w:sz="8" w:themeColor="accent2" w:themeTint="BF" w:val="single"/>
        <w:bottom w:color="CF7B79" w:space="0" w:sz="8" w:themeColor="accent2" w:themeTint="BF" w:val="single"/>
        <w:right w:color="CF7B79" w:space="0" w:sz="8" w:themeColor="accent2" w:themeTint="BF" w:val="single"/>
        <w:insideH w:color="CF7B79" w:space="0" w:sz="8" w:themeColor="accent2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CF7B79" w:space="0" w:sz="8" w:themeColor="accent2" w:themeTint="BF" w:val="single"/>
          <w:left w:color="CF7B79" w:space="0" w:sz="8" w:themeColor="accent2" w:themeTint="BF" w:val="single"/>
          <w:bottom w:color="CF7B79" w:space="0" w:sz="8" w:themeColor="accent2" w:themeTint="BF" w:val="single"/>
          <w:right w:color="CF7B79" w:space="0" w:sz="8" w:themeColor="accent2" w:themeTint="BF" w:val="single"/>
          <w:insideH w:val="nil"/>
          <w:insideV w:val="nil"/>
        </w:tcBorders>
        <w:shd w:color="auto" w:fill="C0504D" w:themeFill="accent2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CF7B79" w:space="0" w:sz="6" w:themeColor="accent2" w:themeTint="BF" w:val="double"/>
          <w:left w:color="CF7B79" w:space="0" w:sz="8" w:themeColor="accent2" w:themeTint="BF" w:val="single"/>
          <w:bottom w:color="CF7B79" w:space="0" w:sz="8" w:themeColor="accent2" w:themeTint="BF" w:val="single"/>
          <w:right w:color="CF7B79" w:space="0" w:sz="8" w:themeColor="accent2" w:themeTint="BF" w:val="single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EFD3D2" w:themeFill="accent2" w:themeFillTint="3F" w:val="clear"/>
      </w:tcPr>
    </w:tblStylePr>
    <w:tblStylePr w:type="band1Horz">
      <w:tblPr/>
      <w:tcPr>
        <w:tcBorders>
          <w:insideH w:val="nil"/>
          <w:insideV w:val="nil"/>
        </w:tcBorders>
        <w:shd w:color="auto" w:fill="EFD3D2" w:themeFill="accent2" w:themeFillTint="3F" w:val="clear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styleId="MediumShading1-Accent3" w:type="table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B3CC82" w:space="0" w:sz="8" w:themeColor="accent3" w:themeTint="BF" w:val="single"/>
        <w:left w:color="B3CC82" w:space="0" w:sz="8" w:themeColor="accent3" w:themeTint="BF" w:val="single"/>
        <w:bottom w:color="B3CC82" w:space="0" w:sz="8" w:themeColor="accent3" w:themeTint="BF" w:val="single"/>
        <w:right w:color="B3CC82" w:space="0" w:sz="8" w:themeColor="accent3" w:themeTint="BF" w:val="single"/>
        <w:insideH w:color="B3CC82" w:space="0" w:sz="8" w:themeColor="accent3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B3CC82" w:space="0" w:sz="8" w:themeColor="accent3" w:themeTint="BF" w:val="single"/>
          <w:left w:color="B3CC82" w:space="0" w:sz="8" w:themeColor="accent3" w:themeTint="BF" w:val="single"/>
          <w:bottom w:color="B3CC82" w:space="0" w:sz="8" w:themeColor="accent3" w:themeTint="BF" w:val="single"/>
          <w:right w:color="B3CC82" w:space="0" w:sz="8" w:themeColor="accent3" w:themeTint="BF" w:val="single"/>
          <w:insideH w:val="nil"/>
          <w:insideV w:val="nil"/>
        </w:tcBorders>
        <w:shd w:color="auto" w:fill="9BBB59" w:themeFill="accent3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B3CC82" w:space="0" w:sz="6" w:themeColor="accent3" w:themeTint="BF" w:val="double"/>
          <w:left w:color="B3CC82" w:space="0" w:sz="8" w:themeColor="accent3" w:themeTint="BF" w:val="single"/>
          <w:bottom w:color="B3CC82" w:space="0" w:sz="8" w:themeColor="accent3" w:themeTint="BF" w:val="single"/>
          <w:right w:color="B3CC82" w:space="0" w:sz="8" w:themeColor="accent3" w:themeTint="BF" w:val="single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E6EED5" w:themeFill="accent3" w:themeFillTint="3F" w:val="clear"/>
      </w:tcPr>
    </w:tblStylePr>
    <w:tblStylePr w:type="band1Horz">
      <w:tblPr/>
      <w:tcPr>
        <w:tcBorders>
          <w:insideH w:val="nil"/>
          <w:insideV w:val="nil"/>
        </w:tcBorders>
        <w:shd w:color="auto" w:fill="E6EED5" w:themeFill="accent3" w:themeFillTint="3F" w:val="clear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styleId="MediumShading1-Accent4" w:type="table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9F8AB9" w:space="0" w:sz="8" w:themeColor="accent4" w:themeTint="BF" w:val="single"/>
        <w:left w:color="9F8AB9" w:space="0" w:sz="8" w:themeColor="accent4" w:themeTint="BF" w:val="single"/>
        <w:bottom w:color="9F8AB9" w:space="0" w:sz="8" w:themeColor="accent4" w:themeTint="BF" w:val="single"/>
        <w:right w:color="9F8AB9" w:space="0" w:sz="8" w:themeColor="accent4" w:themeTint="BF" w:val="single"/>
        <w:insideH w:color="9F8AB9" w:space="0" w:sz="8" w:themeColor="accent4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9F8AB9" w:space="0" w:sz="8" w:themeColor="accent4" w:themeTint="BF" w:val="single"/>
          <w:left w:color="9F8AB9" w:space="0" w:sz="8" w:themeColor="accent4" w:themeTint="BF" w:val="single"/>
          <w:bottom w:color="9F8AB9" w:space="0" w:sz="8" w:themeColor="accent4" w:themeTint="BF" w:val="single"/>
          <w:right w:color="9F8AB9" w:space="0" w:sz="8" w:themeColor="accent4" w:themeTint="BF" w:val="single"/>
          <w:insideH w:val="nil"/>
          <w:insideV w:val="nil"/>
        </w:tcBorders>
        <w:shd w:color="auto" w:fill="8064A2" w:themeFill="accent4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9F8AB9" w:space="0" w:sz="6" w:themeColor="accent4" w:themeTint="BF" w:val="double"/>
          <w:left w:color="9F8AB9" w:space="0" w:sz="8" w:themeColor="accent4" w:themeTint="BF" w:val="single"/>
          <w:bottom w:color="9F8AB9" w:space="0" w:sz="8" w:themeColor="accent4" w:themeTint="BF" w:val="single"/>
          <w:right w:color="9F8AB9" w:space="0" w:sz="8" w:themeColor="accent4" w:themeTint="BF" w:val="single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DFD8E8" w:themeFill="accent4" w:themeFillTint="3F" w:val="clear"/>
      </w:tcPr>
    </w:tblStylePr>
    <w:tblStylePr w:type="band1Horz">
      <w:tblPr/>
      <w:tcPr>
        <w:tcBorders>
          <w:insideH w:val="nil"/>
          <w:insideV w:val="nil"/>
        </w:tcBorders>
        <w:shd w:color="auto" w:fill="DFD8E8" w:themeFill="accent4" w:themeFillTint="3F" w:val="clear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styleId="MediumShading1-Accent5" w:type="table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78C0D4" w:space="0" w:sz="8" w:themeColor="accent5" w:themeTint="BF" w:val="single"/>
        <w:left w:color="78C0D4" w:space="0" w:sz="8" w:themeColor="accent5" w:themeTint="BF" w:val="single"/>
        <w:bottom w:color="78C0D4" w:space="0" w:sz="8" w:themeColor="accent5" w:themeTint="BF" w:val="single"/>
        <w:right w:color="78C0D4" w:space="0" w:sz="8" w:themeColor="accent5" w:themeTint="BF" w:val="single"/>
        <w:insideH w:color="78C0D4" w:space="0" w:sz="8" w:themeColor="accent5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78C0D4" w:space="0" w:sz="8" w:themeColor="accent5" w:themeTint="BF" w:val="single"/>
          <w:left w:color="78C0D4" w:space="0" w:sz="8" w:themeColor="accent5" w:themeTint="BF" w:val="single"/>
          <w:bottom w:color="78C0D4" w:space="0" w:sz="8" w:themeColor="accent5" w:themeTint="BF" w:val="single"/>
          <w:right w:color="78C0D4" w:space="0" w:sz="8" w:themeColor="accent5" w:themeTint="BF" w:val="single"/>
          <w:insideH w:val="nil"/>
          <w:insideV w:val="nil"/>
        </w:tcBorders>
        <w:shd w:color="auto" w:fill="4BACC6" w:themeFill="accent5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78C0D4" w:space="0" w:sz="6" w:themeColor="accent5" w:themeTint="BF" w:val="double"/>
          <w:left w:color="78C0D4" w:space="0" w:sz="8" w:themeColor="accent5" w:themeTint="BF" w:val="single"/>
          <w:bottom w:color="78C0D4" w:space="0" w:sz="8" w:themeColor="accent5" w:themeTint="BF" w:val="single"/>
          <w:right w:color="78C0D4" w:space="0" w:sz="8" w:themeColor="accent5" w:themeTint="BF" w:val="single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D2EAF1" w:themeFill="accent5" w:themeFillTint="3F" w:val="clear"/>
      </w:tcPr>
    </w:tblStylePr>
    <w:tblStylePr w:type="band1Horz">
      <w:tblPr/>
      <w:tcPr>
        <w:tcBorders>
          <w:insideH w:val="nil"/>
          <w:insideV w:val="nil"/>
        </w:tcBorders>
        <w:shd w:color="auto" w:fill="D2EAF1" w:themeFill="accent5" w:themeFillTint="3F" w:val="clear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styleId="MediumShading1-Accent6" w:type="table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F9B074" w:space="0" w:sz="8" w:themeColor="accent6" w:themeTint="BF" w:val="single"/>
        <w:left w:color="F9B074" w:space="0" w:sz="8" w:themeColor="accent6" w:themeTint="BF" w:val="single"/>
        <w:bottom w:color="F9B074" w:space="0" w:sz="8" w:themeColor="accent6" w:themeTint="BF" w:val="single"/>
        <w:right w:color="F9B074" w:space="0" w:sz="8" w:themeColor="accent6" w:themeTint="BF" w:val="single"/>
        <w:insideH w:color="F9B074" w:space="0" w:sz="8" w:themeColor="accent6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F9B074" w:space="0" w:sz="8" w:themeColor="accent6" w:themeTint="BF" w:val="single"/>
          <w:left w:color="F9B074" w:space="0" w:sz="8" w:themeColor="accent6" w:themeTint="BF" w:val="single"/>
          <w:bottom w:color="F9B074" w:space="0" w:sz="8" w:themeColor="accent6" w:themeTint="BF" w:val="single"/>
          <w:right w:color="F9B074" w:space="0" w:sz="8" w:themeColor="accent6" w:themeTint="BF" w:val="single"/>
          <w:insideH w:val="nil"/>
          <w:insideV w:val="nil"/>
        </w:tcBorders>
        <w:shd w:color="auto" w:fill="F79646" w:themeFill="accent6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F9B074" w:space="0" w:sz="6" w:themeColor="accent6" w:themeTint="BF" w:val="double"/>
          <w:left w:color="F9B074" w:space="0" w:sz="8" w:themeColor="accent6" w:themeTint="BF" w:val="single"/>
          <w:bottom w:color="F9B074" w:space="0" w:sz="8" w:themeColor="accent6" w:themeTint="BF" w:val="single"/>
          <w:right w:color="F9B074" w:space="0" w:sz="8" w:themeColor="accent6" w:themeTint="BF" w:val="single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FDE4D0" w:themeFill="accent6" w:themeFillTint="3F" w:val="clear"/>
      </w:tcPr>
    </w:tblStylePr>
    <w:tblStylePr w:type="band1Horz">
      <w:tblPr/>
      <w:tcPr>
        <w:tcBorders>
          <w:insideH w:val="nil"/>
          <w:insideV w:val="nil"/>
        </w:tcBorders>
        <w:shd w:color="auto" w:fill="FDE4D0" w:themeFill="accent6" w:themeFillTint="3F" w:val="clear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styleId="MediumShading2" w:type="table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auto" w:space="0" w:sz="18" w:val="single"/>
        <w:bottom w:color="auto" w:space="0" w:sz="18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  <w:shd w:color="auto" w:fill="000000" w:themeFill="text1" w:val="clear"/>
      </w:tcPr>
    </w:tblStylePr>
    <w:tblStylePr w:type="lastRow">
      <w:pPr>
        <w:spacing w:after="0" w:before="0" w:line="240" w:lineRule="auto"/>
      </w:pPr>
      <w:rPr>
        <w:color w:val="auto"/>
      </w:rPr>
      <w:tblPr/>
      <w:tcPr>
        <w:tcBorders>
          <w:top w:color="auto" w:space="0" w:sz="6" w:val="double"/>
          <w:left w:val="nil"/>
          <w:bottom w:color="auto" w:space="0" w:sz="18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background1" w:val="FFFFFF"/>
      </w:rPr>
      <w:tblPr/>
      <w:tcPr>
        <w:tcBorders>
          <w:top w:val="nil"/>
          <w:left w:val="nil"/>
          <w:bottom w:color="auto" w:space="0" w:sz="18" w:val="single"/>
          <w:right w:val="nil"/>
          <w:insideH w:val="nil"/>
          <w:insideV w:val="nil"/>
        </w:tcBorders>
        <w:shd w:color="auto" w:fill="000000" w:themeFill="text1" w:val="clear"/>
      </w:tcPr>
    </w:tblStylePr>
    <w:tblStylePr w:type="lastCol">
      <w:rPr>
        <w:b/>
        <w:bCs/>
        <w:color w:themeColor="background1" w:val="FFFFFF"/>
      </w:rPr>
      <w:tblPr/>
      <w:tcPr>
        <w:tcBorders>
          <w:left w:val="nil"/>
          <w:right w:val="nil"/>
          <w:insideH w:val="nil"/>
          <w:insideV w:val="nil"/>
        </w:tcBorders>
        <w:shd w:color="auto" w:fill="000000" w:themeFill="text1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8D8D8" w:themeFill="background1" w:themeFillShade="D8" w:val="clear"/>
      </w:tcPr>
    </w:tblStylePr>
    <w:tblStylePr w:type="band1Horz">
      <w:tblPr/>
      <w:tcPr>
        <w:shd w:color="auto" w:fill="D8D8D8" w:themeFill="background1" w:themeFillShade="D8" w:val="clear"/>
      </w:tcPr>
    </w:tblStylePr>
    <w:tblStylePr w:type="neCell"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  <w:tblStylePr w:type="nwCell">
      <w:rPr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</w:style>
  <w:style w:styleId="MediumShading2-Accent1" w:type="table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auto" w:space="0" w:sz="18" w:val="single"/>
        <w:bottom w:color="auto" w:space="0" w:sz="18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  <w:shd w:color="auto" w:fill="4F81BD" w:themeFill="accent1" w:val="clear"/>
      </w:tcPr>
    </w:tblStylePr>
    <w:tblStylePr w:type="lastRow">
      <w:pPr>
        <w:spacing w:after="0" w:before="0" w:line="240" w:lineRule="auto"/>
      </w:pPr>
      <w:rPr>
        <w:color w:val="auto"/>
      </w:rPr>
      <w:tblPr/>
      <w:tcPr>
        <w:tcBorders>
          <w:top w:color="auto" w:space="0" w:sz="6" w:val="double"/>
          <w:left w:val="nil"/>
          <w:bottom w:color="auto" w:space="0" w:sz="18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background1" w:val="FFFFFF"/>
      </w:rPr>
      <w:tblPr/>
      <w:tcPr>
        <w:tcBorders>
          <w:top w:val="nil"/>
          <w:left w:val="nil"/>
          <w:bottom w:color="auto" w:space="0" w:sz="18" w:val="single"/>
          <w:right w:val="nil"/>
          <w:insideH w:val="nil"/>
          <w:insideV w:val="nil"/>
        </w:tcBorders>
        <w:shd w:color="auto" w:fill="4F81BD" w:themeFill="accent1" w:val="clear"/>
      </w:tcPr>
    </w:tblStylePr>
    <w:tblStylePr w:type="lastCol">
      <w:rPr>
        <w:b/>
        <w:bCs/>
        <w:color w:themeColor="background1" w:val="FFFFFF"/>
      </w:rPr>
      <w:tblPr/>
      <w:tcPr>
        <w:tcBorders>
          <w:left w:val="nil"/>
          <w:right w:val="nil"/>
          <w:insideH w:val="nil"/>
          <w:insideV w:val="nil"/>
        </w:tcBorders>
        <w:shd w:color="auto" w:fill="4F81BD" w:themeFill="accent1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8D8D8" w:themeFill="background1" w:themeFillShade="D8" w:val="clear"/>
      </w:tcPr>
    </w:tblStylePr>
    <w:tblStylePr w:type="band1Horz">
      <w:tblPr/>
      <w:tcPr>
        <w:shd w:color="auto" w:fill="D8D8D8" w:themeFill="background1" w:themeFillShade="D8" w:val="clear"/>
      </w:tcPr>
    </w:tblStylePr>
    <w:tblStylePr w:type="neCell"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  <w:tblStylePr w:type="nwCell">
      <w:rPr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</w:style>
  <w:style w:styleId="MediumShading2-Accent2" w:type="table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auto" w:space="0" w:sz="18" w:val="single"/>
        <w:bottom w:color="auto" w:space="0" w:sz="18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  <w:shd w:color="auto" w:fill="C0504D" w:themeFill="accent2" w:val="clear"/>
      </w:tcPr>
    </w:tblStylePr>
    <w:tblStylePr w:type="lastRow">
      <w:pPr>
        <w:spacing w:after="0" w:before="0" w:line="240" w:lineRule="auto"/>
      </w:pPr>
      <w:rPr>
        <w:color w:val="auto"/>
      </w:rPr>
      <w:tblPr/>
      <w:tcPr>
        <w:tcBorders>
          <w:top w:color="auto" w:space="0" w:sz="6" w:val="double"/>
          <w:left w:val="nil"/>
          <w:bottom w:color="auto" w:space="0" w:sz="18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background1" w:val="FFFFFF"/>
      </w:rPr>
      <w:tblPr/>
      <w:tcPr>
        <w:tcBorders>
          <w:top w:val="nil"/>
          <w:left w:val="nil"/>
          <w:bottom w:color="auto" w:space="0" w:sz="18" w:val="single"/>
          <w:right w:val="nil"/>
          <w:insideH w:val="nil"/>
          <w:insideV w:val="nil"/>
        </w:tcBorders>
        <w:shd w:color="auto" w:fill="C0504D" w:themeFill="accent2" w:val="clear"/>
      </w:tcPr>
    </w:tblStylePr>
    <w:tblStylePr w:type="lastCol">
      <w:rPr>
        <w:b/>
        <w:bCs/>
        <w:color w:themeColor="background1" w:val="FFFFFF"/>
      </w:rPr>
      <w:tblPr/>
      <w:tcPr>
        <w:tcBorders>
          <w:left w:val="nil"/>
          <w:right w:val="nil"/>
          <w:insideH w:val="nil"/>
          <w:insideV w:val="nil"/>
        </w:tcBorders>
        <w:shd w:color="auto" w:fill="C0504D" w:themeFill="accent2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8D8D8" w:themeFill="background1" w:themeFillShade="D8" w:val="clear"/>
      </w:tcPr>
    </w:tblStylePr>
    <w:tblStylePr w:type="band1Horz">
      <w:tblPr/>
      <w:tcPr>
        <w:shd w:color="auto" w:fill="D8D8D8" w:themeFill="background1" w:themeFillShade="D8" w:val="clear"/>
      </w:tcPr>
    </w:tblStylePr>
    <w:tblStylePr w:type="neCell"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  <w:tblStylePr w:type="nwCell">
      <w:rPr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</w:style>
  <w:style w:styleId="MediumShading2-Accent3" w:type="table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auto" w:space="0" w:sz="18" w:val="single"/>
        <w:bottom w:color="auto" w:space="0" w:sz="18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  <w:shd w:color="auto" w:fill="9BBB59" w:themeFill="accent3" w:val="clear"/>
      </w:tcPr>
    </w:tblStylePr>
    <w:tblStylePr w:type="lastRow">
      <w:pPr>
        <w:spacing w:after="0" w:before="0" w:line="240" w:lineRule="auto"/>
      </w:pPr>
      <w:rPr>
        <w:color w:val="auto"/>
      </w:rPr>
      <w:tblPr/>
      <w:tcPr>
        <w:tcBorders>
          <w:top w:color="auto" w:space="0" w:sz="6" w:val="double"/>
          <w:left w:val="nil"/>
          <w:bottom w:color="auto" w:space="0" w:sz="18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background1" w:val="FFFFFF"/>
      </w:rPr>
      <w:tblPr/>
      <w:tcPr>
        <w:tcBorders>
          <w:top w:val="nil"/>
          <w:left w:val="nil"/>
          <w:bottom w:color="auto" w:space="0" w:sz="18" w:val="single"/>
          <w:right w:val="nil"/>
          <w:insideH w:val="nil"/>
          <w:insideV w:val="nil"/>
        </w:tcBorders>
        <w:shd w:color="auto" w:fill="9BBB59" w:themeFill="accent3" w:val="clear"/>
      </w:tcPr>
    </w:tblStylePr>
    <w:tblStylePr w:type="lastCol">
      <w:rPr>
        <w:b/>
        <w:bCs/>
        <w:color w:themeColor="background1" w:val="FFFFFF"/>
      </w:rPr>
      <w:tblPr/>
      <w:tcPr>
        <w:tcBorders>
          <w:left w:val="nil"/>
          <w:right w:val="nil"/>
          <w:insideH w:val="nil"/>
          <w:insideV w:val="nil"/>
        </w:tcBorders>
        <w:shd w:color="auto" w:fill="9BBB59" w:themeFill="accent3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8D8D8" w:themeFill="background1" w:themeFillShade="D8" w:val="clear"/>
      </w:tcPr>
    </w:tblStylePr>
    <w:tblStylePr w:type="band1Horz">
      <w:tblPr/>
      <w:tcPr>
        <w:shd w:color="auto" w:fill="D8D8D8" w:themeFill="background1" w:themeFillShade="D8" w:val="clear"/>
      </w:tcPr>
    </w:tblStylePr>
    <w:tblStylePr w:type="neCell"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  <w:tblStylePr w:type="nwCell">
      <w:rPr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</w:style>
  <w:style w:styleId="MediumShading2-Accent4" w:type="table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auto" w:space="0" w:sz="18" w:val="single"/>
        <w:bottom w:color="auto" w:space="0" w:sz="18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  <w:shd w:color="auto" w:fill="8064A2" w:themeFill="accent4" w:val="clear"/>
      </w:tcPr>
    </w:tblStylePr>
    <w:tblStylePr w:type="lastRow">
      <w:pPr>
        <w:spacing w:after="0" w:before="0" w:line="240" w:lineRule="auto"/>
      </w:pPr>
      <w:rPr>
        <w:color w:val="auto"/>
      </w:rPr>
      <w:tblPr/>
      <w:tcPr>
        <w:tcBorders>
          <w:top w:color="auto" w:space="0" w:sz="6" w:val="double"/>
          <w:left w:val="nil"/>
          <w:bottom w:color="auto" w:space="0" w:sz="18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background1" w:val="FFFFFF"/>
      </w:rPr>
      <w:tblPr/>
      <w:tcPr>
        <w:tcBorders>
          <w:top w:val="nil"/>
          <w:left w:val="nil"/>
          <w:bottom w:color="auto" w:space="0" w:sz="18" w:val="single"/>
          <w:right w:val="nil"/>
          <w:insideH w:val="nil"/>
          <w:insideV w:val="nil"/>
        </w:tcBorders>
        <w:shd w:color="auto" w:fill="8064A2" w:themeFill="accent4" w:val="clear"/>
      </w:tcPr>
    </w:tblStylePr>
    <w:tblStylePr w:type="lastCol">
      <w:rPr>
        <w:b/>
        <w:bCs/>
        <w:color w:themeColor="background1" w:val="FFFFFF"/>
      </w:rPr>
      <w:tblPr/>
      <w:tcPr>
        <w:tcBorders>
          <w:left w:val="nil"/>
          <w:right w:val="nil"/>
          <w:insideH w:val="nil"/>
          <w:insideV w:val="nil"/>
        </w:tcBorders>
        <w:shd w:color="auto" w:fill="8064A2" w:themeFill="accent4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8D8D8" w:themeFill="background1" w:themeFillShade="D8" w:val="clear"/>
      </w:tcPr>
    </w:tblStylePr>
    <w:tblStylePr w:type="band1Horz">
      <w:tblPr/>
      <w:tcPr>
        <w:shd w:color="auto" w:fill="D8D8D8" w:themeFill="background1" w:themeFillShade="D8" w:val="clear"/>
      </w:tcPr>
    </w:tblStylePr>
    <w:tblStylePr w:type="neCell"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  <w:tblStylePr w:type="nwCell">
      <w:rPr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</w:style>
  <w:style w:styleId="MediumShading2-Accent5" w:type="table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auto" w:space="0" w:sz="18" w:val="single"/>
        <w:bottom w:color="auto" w:space="0" w:sz="18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  <w:shd w:color="auto" w:fill="4BACC6" w:themeFill="accent5" w:val="clear"/>
      </w:tcPr>
    </w:tblStylePr>
    <w:tblStylePr w:type="lastRow">
      <w:pPr>
        <w:spacing w:after="0" w:before="0" w:line="240" w:lineRule="auto"/>
      </w:pPr>
      <w:rPr>
        <w:color w:val="auto"/>
      </w:rPr>
      <w:tblPr/>
      <w:tcPr>
        <w:tcBorders>
          <w:top w:color="auto" w:space="0" w:sz="6" w:val="double"/>
          <w:left w:val="nil"/>
          <w:bottom w:color="auto" w:space="0" w:sz="18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background1" w:val="FFFFFF"/>
      </w:rPr>
      <w:tblPr/>
      <w:tcPr>
        <w:tcBorders>
          <w:top w:val="nil"/>
          <w:left w:val="nil"/>
          <w:bottom w:color="auto" w:space="0" w:sz="18" w:val="single"/>
          <w:right w:val="nil"/>
          <w:insideH w:val="nil"/>
          <w:insideV w:val="nil"/>
        </w:tcBorders>
        <w:shd w:color="auto" w:fill="4BACC6" w:themeFill="accent5" w:val="clear"/>
      </w:tcPr>
    </w:tblStylePr>
    <w:tblStylePr w:type="lastCol">
      <w:rPr>
        <w:b/>
        <w:bCs/>
        <w:color w:themeColor="background1" w:val="FFFFFF"/>
      </w:rPr>
      <w:tblPr/>
      <w:tcPr>
        <w:tcBorders>
          <w:left w:val="nil"/>
          <w:right w:val="nil"/>
          <w:insideH w:val="nil"/>
          <w:insideV w:val="nil"/>
        </w:tcBorders>
        <w:shd w:color="auto" w:fill="4BACC6" w:themeFill="accent5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8D8D8" w:themeFill="background1" w:themeFillShade="D8" w:val="clear"/>
      </w:tcPr>
    </w:tblStylePr>
    <w:tblStylePr w:type="band1Horz">
      <w:tblPr/>
      <w:tcPr>
        <w:shd w:color="auto" w:fill="D8D8D8" w:themeFill="background1" w:themeFillShade="D8" w:val="clear"/>
      </w:tcPr>
    </w:tblStylePr>
    <w:tblStylePr w:type="neCell"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  <w:tblStylePr w:type="nwCell">
      <w:rPr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</w:style>
  <w:style w:styleId="MediumShading2-Accent6" w:type="table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auto" w:space="0" w:sz="18" w:val="single"/>
        <w:bottom w:color="auto" w:space="0" w:sz="18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  <w:shd w:color="auto" w:fill="F79646" w:themeFill="accent6" w:val="clear"/>
      </w:tcPr>
    </w:tblStylePr>
    <w:tblStylePr w:type="lastRow">
      <w:pPr>
        <w:spacing w:after="0" w:before="0" w:line="240" w:lineRule="auto"/>
      </w:pPr>
      <w:rPr>
        <w:color w:val="auto"/>
      </w:rPr>
      <w:tblPr/>
      <w:tcPr>
        <w:tcBorders>
          <w:top w:color="auto" w:space="0" w:sz="6" w:val="double"/>
          <w:left w:val="nil"/>
          <w:bottom w:color="auto" w:space="0" w:sz="18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background1" w:val="FFFFFF"/>
      </w:rPr>
      <w:tblPr/>
      <w:tcPr>
        <w:tcBorders>
          <w:top w:val="nil"/>
          <w:left w:val="nil"/>
          <w:bottom w:color="auto" w:space="0" w:sz="18" w:val="single"/>
          <w:right w:val="nil"/>
          <w:insideH w:val="nil"/>
          <w:insideV w:val="nil"/>
        </w:tcBorders>
        <w:shd w:color="auto" w:fill="F79646" w:themeFill="accent6" w:val="clear"/>
      </w:tcPr>
    </w:tblStylePr>
    <w:tblStylePr w:type="lastCol">
      <w:rPr>
        <w:b/>
        <w:bCs/>
        <w:color w:themeColor="background1" w:val="FFFFFF"/>
      </w:rPr>
      <w:tblPr/>
      <w:tcPr>
        <w:tcBorders>
          <w:left w:val="nil"/>
          <w:right w:val="nil"/>
          <w:insideH w:val="nil"/>
          <w:insideV w:val="nil"/>
        </w:tcBorders>
        <w:shd w:color="auto" w:fill="F79646" w:themeFill="accent6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8D8D8" w:themeFill="background1" w:themeFillShade="D8" w:val="clear"/>
      </w:tcPr>
    </w:tblStylePr>
    <w:tblStylePr w:type="band1Horz">
      <w:tblPr/>
      <w:tcPr>
        <w:shd w:color="auto" w:fill="D8D8D8" w:themeFill="background1" w:themeFillShade="D8" w:val="clear"/>
      </w:tcPr>
    </w:tblStylePr>
    <w:tblStylePr w:type="neCell"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  <w:tblStylePr w:type="nwCell">
      <w:rPr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</w:style>
  <w:style w:styleId="MediumList1" w:type="table">
    <w:name w:val="Medium List 1"/>
    <w:basedOn w:val="TableNormal"/>
    <w:uiPriority w:val="65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000000" w:space="0" w:sz="8" w:themeColor="text1" w:val="single"/>
        <w:bottom w:color="000000" w:space="0" w:sz="8" w:themeColor="text1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rFonts w:asciiTheme="majorHAnsi" w:cstheme="majorBidi" w:eastAsiaTheme="majorEastAsia" w:hAnsiTheme="majorHAnsi"/>
      </w:rPr>
      <w:tblPr/>
      <w:tcPr>
        <w:tcBorders>
          <w:top w:val="nil"/>
          <w:bottom w:color="000000" w:space="0" w:sz="8" w:themeColor="text1" w:val="single"/>
        </w:tcBorders>
      </w:tcPr>
    </w:tblStylePr>
    <w:tblStylePr w:type="lastRow">
      <w:rPr>
        <w:b/>
        <w:bCs/>
        <w:color w:themeColor="text2" w:val="1F497D"/>
      </w:rPr>
      <w:tblPr/>
      <w:tcPr>
        <w:tcBorders>
          <w:top w:color="000000" w:space="0" w:sz="8" w:themeColor="text1" w:val="single"/>
          <w:bottom w:color="000000" w:space="0" w:sz="8" w:themeColor="text1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color="000000" w:space="0" w:sz="8" w:themeColor="text1" w:val="single"/>
          <w:bottom w:color="000000" w:space="0" w:sz="8" w:themeColor="text1" w:val="single"/>
        </w:tcBorders>
      </w:tcPr>
    </w:tblStylePr>
    <w:tblStylePr w:type="band1Vert">
      <w:tblPr/>
      <w:tcPr>
        <w:shd w:color="auto" w:fill="C0C0C0" w:themeFill="text1" w:themeFillTint="3F" w:val="clear"/>
      </w:tcPr>
    </w:tblStylePr>
    <w:tblStylePr w:type="band1Horz">
      <w:tblPr/>
      <w:tcPr>
        <w:shd w:color="auto" w:fill="C0C0C0" w:themeFill="text1" w:themeFillTint="3F" w:val="clear"/>
      </w:tcPr>
    </w:tblStylePr>
  </w:style>
  <w:style w:styleId="MediumList1-Accent1" w:type="table">
    <w:name w:val="Medium List 1 Accent 1"/>
    <w:basedOn w:val="TableNormal"/>
    <w:uiPriority w:val="65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4F81BD" w:space="0" w:sz="8" w:themeColor="accent1" w:val="single"/>
        <w:bottom w:color="4F81BD" w:space="0" w:sz="8" w:themeColor="accent1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rFonts w:asciiTheme="majorHAnsi" w:cstheme="majorBidi" w:eastAsiaTheme="majorEastAsia" w:hAnsiTheme="majorHAnsi"/>
      </w:rPr>
      <w:tblPr/>
      <w:tcPr>
        <w:tcBorders>
          <w:top w:val="nil"/>
          <w:bottom w:color="4F81BD" w:space="0" w:sz="8" w:themeColor="accent1" w:val="single"/>
        </w:tcBorders>
      </w:tcPr>
    </w:tblStylePr>
    <w:tblStylePr w:type="lastRow">
      <w:rPr>
        <w:b/>
        <w:bCs/>
        <w:color w:themeColor="text2" w:val="1F497D"/>
      </w:rPr>
      <w:tblPr/>
      <w:tcPr>
        <w:tcBorders>
          <w:top w:color="4F81BD" w:space="0" w:sz="8" w:themeColor="accent1" w:val="single"/>
          <w:bottom w:color="4F81BD" w:space="0" w:sz="8" w:themeColor="accent1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color="4F81BD" w:space="0" w:sz="8" w:themeColor="accent1" w:val="single"/>
          <w:bottom w:color="4F81BD" w:space="0" w:sz="8" w:themeColor="accent1" w:val="single"/>
        </w:tcBorders>
      </w:tcPr>
    </w:tblStylePr>
    <w:tblStylePr w:type="band1Vert">
      <w:tblPr/>
      <w:tcPr>
        <w:shd w:color="auto" w:fill="D3DFEE" w:themeFill="accent1" w:themeFillTint="3F" w:val="clear"/>
      </w:tcPr>
    </w:tblStylePr>
    <w:tblStylePr w:type="band1Horz">
      <w:tblPr/>
      <w:tcPr>
        <w:shd w:color="auto" w:fill="D3DFEE" w:themeFill="accent1" w:themeFillTint="3F" w:val="clear"/>
      </w:tcPr>
    </w:tblStylePr>
  </w:style>
  <w:style w:styleId="MediumList1-Accent2" w:type="table">
    <w:name w:val="Medium List 1 Accent 2"/>
    <w:basedOn w:val="TableNormal"/>
    <w:uiPriority w:val="65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C0504D" w:space="0" w:sz="8" w:themeColor="accent2" w:val="single"/>
        <w:bottom w:color="C0504D" w:space="0" w:sz="8" w:themeColor="accent2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rFonts w:asciiTheme="majorHAnsi" w:cstheme="majorBidi" w:eastAsiaTheme="majorEastAsia" w:hAnsiTheme="majorHAnsi"/>
      </w:rPr>
      <w:tblPr/>
      <w:tcPr>
        <w:tcBorders>
          <w:top w:val="nil"/>
          <w:bottom w:color="C0504D" w:space="0" w:sz="8" w:themeColor="accent2" w:val="single"/>
        </w:tcBorders>
      </w:tcPr>
    </w:tblStylePr>
    <w:tblStylePr w:type="lastRow">
      <w:rPr>
        <w:b/>
        <w:bCs/>
        <w:color w:themeColor="text2" w:val="1F497D"/>
      </w:rPr>
      <w:tblPr/>
      <w:tcPr>
        <w:tcBorders>
          <w:top w:color="C0504D" w:space="0" w:sz="8" w:themeColor="accent2" w:val="single"/>
          <w:bottom w:color="C0504D" w:space="0" w:sz="8" w:themeColor="accent2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color="C0504D" w:space="0" w:sz="8" w:themeColor="accent2" w:val="single"/>
          <w:bottom w:color="C0504D" w:space="0" w:sz="8" w:themeColor="accent2" w:val="single"/>
        </w:tcBorders>
      </w:tcPr>
    </w:tblStylePr>
    <w:tblStylePr w:type="band1Vert">
      <w:tblPr/>
      <w:tcPr>
        <w:shd w:color="auto" w:fill="EFD3D2" w:themeFill="accent2" w:themeFillTint="3F" w:val="clear"/>
      </w:tcPr>
    </w:tblStylePr>
    <w:tblStylePr w:type="band1Horz">
      <w:tblPr/>
      <w:tcPr>
        <w:shd w:color="auto" w:fill="EFD3D2" w:themeFill="accent2" w:themeFillTint="3F" w:val="clear"/>
      </w:tcPr>
    </w:tblStylePr>
  </w:style>
  <w:style w:styleId="MediumList1-Accent3" w:type="table">
    <w:name w:val="Medium List 1 Accent 3"/>
    <w:basedOn w:val="TableNormal"/>
    <w:uiPriority w:val="65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9BBB59" w:space="0" w:sz="8" w:themeColor="accent3" w:val="single"/>
        <w:bottom w:color="9BBB59" w:space="0" w:sz="8" w:themeColor="accent3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rFonts w:asciiTheme="majorHAnsi" w:cstheme="majorBidi" w:eastAsiaTheme="majorEastAsia" w:hAnsiTheme="majorHAnsi"/>
      </w:rPr>
      <w:tblPr/>
      <w:tcPr>
        <w:tcBorders>
          <w:top w:val="nil"/>
          <w:bottom w:color="9BBB59" w:space="0" w:sz="8" w:themeColor="accent3" w:val="single"/>
        </w:tcBorders>
      </w:tcPr>
    </w:tblStylePr>
    <w:tblStylePr w:type="lastRow">
      <w:rPr>
        <w:b/>
        <w:bCs/>
        <w:color w:themeColor="text2" w:val="1F497D"/>
      </w:rPr>
      <w:tblPr/>
      <w:tcPr>
        <w:tcBorders>
          <w:top w:color="9BBB59" w:space="0" w:sz="8" w:themeColor="accent3" w:val="single"/>
          <w:bottom w:color="9BBB59" w:space="0" w:sz="8" w:themeColor="accent3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color="9BBB59" w:space="0" w:sz="8" w:themeColor="accent3" w:val="single"/>
          <w:bottom w:color="9BBB59" w:space="0" w:sz="8" w:themeColor="accent3" w:val="single"/>
        </w:tcBorders>
      </w:tcPr>
    </w:tblStylePr>
    <w:tblStylePr w:type="band1Vert">
      <w:tblPr/>
      <w:tcPr>
        <w:shd w:color="auto" w:fill="E6EED5" w:themeFill="accent3" w:themeFillTint="3F" w:val="clear"/>
      </w:tcPr>
    </w:tblStylePr>
    <w:tblStylePr w:type="band1Horz">
      <w:tblPr/>
      <w:tcPr>
        <w:shd w:color="auto" w:fill="E6EED5" w:themeFill="accent3" w:themeFillTint="3F" w:val="clear"/>
      </w:tcPr>
    </w:tblStylePr>
  </w:style>
  <w:style w:styleId="MediumList1-Accent4" w:type="table">
    <w:name w:val="Medium List 1 Accent 4"/>
    <w:basedOn w:val="TableNormal"/>
    <w:uiPriority w:val="65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8064A2" w:space="0" w:sz="8" w:themeColor="accent4" w:val="single"/>
        <w:bottom w:color="8064A2" w:space="0" w:sz="8" w:themeColor="accent4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rFonts w:asciiTheme="majorHAnsi" w:cstheme="majorBidi" w:eastAsiaTheme="majorEastAsia" w:hAnsiTheme="majorHAnsi"/>
      </w:rPr>
      <w:tblPr/>
      <w:tcPr>
        <w:tcBorders>
          <w:top w:val="nil"/>
          <w:bottom w:color="8064A2" w:space="0" w:sz="8" w:themeColor="accent4" w:val="single"/>
        </w:tcBorders>
      </w:tcPr>
    </w:tblStylePr>
    <w:tblStylePr w:type="lastRow">
      <w:rPr>
        <w:b/>
        <w:bCs/>
        <w:color w:themeColor="text2" w:val="1F497D"/>
      </w:rPr>
      <w:tblPr/>
      <w:tcPr>
        <w:tcBorders>
          <w:top w:color="8064A2" w:space="0" w:sz="8" w:themeColor="accent4" w:val="single"/>
          <w:bottom w:color="8064A2" w:space="0" w:sz="8" w:themeColor="accent4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color="8064A2" w:space="0" w:sz="8" w:themeColor="accent4" w:val="single"/>
          <w:bottom w:color="8064A2" w:space="0" w:sz="8" w:themeColor="accent4" w:val="single"/>
        </w:tcBorders>
      </w:tcPr>
    </w:tblStylePr>
    <w:tblStylePr w:type="band1Vert">
      <w:tblPr/>
      <w:tcPr>
        <w:shd w:color="auto" w:fill="DFD8E8" w:themeFill="accent4" w:themeFillTint="3F" w:val="clear"/>
      </w:tcPr>
    </w:tblStylePr>
    <w:tblStylePr w:type="band1Horz">
      <w:tblPr/>
      <w:tcPr>
        <w:shd w:color="auto" w:fill="DFD8E8" w:themeFill="accent4" w:themeFillTint="3F" w:val="clear"/>
      </w:tcPr>
    </w:tblStylePr>
  </w:style>
  <w:style w:styleId="MediumList1-Accent5" w:type="table">
    <w:name w:val="Medium List 1 Accent 5"/>
    <w:basedOn w:val="TableNormal"/>
    <w:uiPriority w:val="65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4BACC6" w:space="0" w:sz="8" w:themeColor="accent5" w:val="single"/>
        <w:bottom w:color="4BACC6" w:space="0" w:sz="8" w:themeColor="accent5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rFonts w:asciiTheme="majorHAnsi" w:cstheme="majorBidi" w:eastAsiaTheme="majorEastAsia" w:hAnsiTheme="majorHAnsi"/>
      </w:rPr>
      <w:tblPr/>
      <w:tcPr>
        <w:tcBorders>
          <w:top w:val="nil"/>
          <w:bottom w:color="4BACC6" w:space="0" w:sz="8" w:themeColor="accent5" w:val="single"/>
        </w:tcBorders>
      </w:tcPr>
    </w:tblStylePr>
    <w:tblStylePr w:type="lastRow">
      <w:rPr>
        <w:b/>
        <w:bCs/>
        <w:color w:themeColor="text2" w:val="1F497D"/>
      </w:rPr>
      <w:tblPr/>
      <w:tcPr>
        <w:tcBorders>
          <w:top w:color="4BACC6" w:space="0" w:sz="8" w:themeColor="accent5" w:val="single"/>
          <w:bottom w:color="4BACC6" w:space="0" w:sz="8" w:themeColor="accent5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color="4BACC6" w:space="0" w:sz="8" w:themeColor="accent5" w:val="single"/>
          <w:bottom w:color="4BACC6" w:space="0" w:sz="8" w:themeColor="accent5" w:val="single"/>
        </w:tcBorders>
      </w:tcPr>
    </w:tblStylePr>
    <w:tblStylePr w:type="band1Vert">
      <w:tblPr/>
      <w:tcPr>
        <w:shd w:color="auto" w:fill="D2EAF1" w:themeFill="accent5" w:themeFillTint="3F" w:val="clear"/>
      </w:tcPr>
    </w:tblStylePr>
    <w:tblStylePr w:type="band1Horz">
      <w:tblPr/>
      <w:tcPr>
        <w:shd w:color="auto" w:fill="D2EAF1" w:themeFill="accent5" w:themeFillTint="3F" w:val="clear"/>
      </w:tcPr>
    </w:tblStylePr>
  </w:style>
  <w:style w:styleId="MediumList1-Accent6" w:type="table">
    <w:name w:val="Medium List 1 Accent 6"/>
    <w:basedOn w:val="TableNormal"/>
    <w:uiPriority w:val="65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F79646" w:space="0" w:sz="8" w:themeColor="accent6" w:val="single"/>
        <w:bottom w:color="F79646" w:space="0" w:sz="8" w:themeColor="accent6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rFonts w:asciiTheme="majorHAnsi" w:cstheme="majorBidi" w:eastAsiaTheme="majorEastAsia" w:hAnsiTheme="majorHAnsi"/>
      </w:rPr>
      <w:tblPr/>
      <w:tcPr>
        <w:tcBorders>
          <w:top w:val="nil"/>
          <w:bottom w:color="F79646" w:space="0" w:sz="8" w:themeColor="accent6" w:val="single"/>
        </w:tcBorders>
      </w:tcPr>
    </w:tblStylePr>
    <w:tblStylePr w:type="lastRow">
      <w:rPr>
        <w:b/>
        <w:bCs/>
        <w:color w:themeColor="text2" w:val="1F497D"/>
      </w:rPr>
      <w:tblPr/>
      <w:tcPr>
        <w:tcBorders>
          <w:top w:color="F79646" w:space="0" w:sz="8" w:themeColor="accent6" w:val="single"/>
          <w:bottom w:color="F79646" w:space="0" w:sz="8" w:themeColor="accent6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color="F79646" w:space="0" w:sz="8" w:themeColor="accent6" w:val="single"/>
          <w:bottom w:color="F79646" w:space="0" w:sz="8" w:themeColor="accent6" w:val="single"/>
        </w:tcBorders>
      </w:tcPr>
    </w:tblStylePr>
    <w:tblStylePr w:type="band1Vert">
      <w:tblPr/>
      <w:tcPr>
        <w:shd w:color="auto" w:fill="FDE4D0" w:themeFill="accent6" w:themeFillTint="3F" w:val="clear"/>
      </w:tcPr>
    </w:tblStylePr>
    <w:tblStylePr w:type="band1Horz">
      <w:tblPr/>
      <w:tcPr>
        <w:shd w:color="auto" w:fill="FDE4D0" w:themeFill="accent6" w:themeFillTint="3F" w:val="clear"/>
      </w:tcPr>
    </w:tblStylePr>
  </w:style>
  <w:style w:styleId="MediumList2" w:type="table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000000" w:space="0" w:sz="8" w:themeColor="text1" w:val="single"/>
        <w:left w:color="000000" w:space="0" w:sz="8" w:themeColor="text1" w:val="single"/>
        <w:bottom w:color="000000" w:space="0" w:sz="8" w:themeColor="text1" w:val="single"/>
        <w:right w:color="000000" w:space="0" w:sz="8" w:themeColor="text1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color="000000" w:space="0" w:sz="24" w:themeColor="text1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tblPr/>
      <w:tcPr>
        <w:tcBorders>
          <w:top w:color="000000" w:space="0" w:sz="8" w:themeColor="text1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tblPr/>
      <w:tcPr>
        <w:tcBorders>
          <w:top w:val="nil"/>
          <w:left w:val="nil"/>
          <w:bottom w:val="nil"/>
          <w:right w:color="000000" w:space="0" w:sz="8" w:themeColor="text1" w:val="single"/>
          <w:insideH w:val="nil"/>
          <w:insideV w:val="nil"/>
        </w:tcBorders>
        <w:shd w:color="auto" w:fill="FFFFFF" w:themeFill="background1" w:val="clear"/>
      </w:tcPr>
    </w:tblStylePr>
    <w:tblStylePr w:type="lastCol">
      <w:tblPr/>
      <w:tcPr>
        <w:tcBorders>
          <w:top w:val="nil"/>
          <w:left w:color="000000" w:space="0" w:sz="8" w:themeColor="text1" w:val="single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C0C0C0" w:themeFill="text1" w:themeFillTint="3F" w:val="clear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color="auto" w:fill="C0C0C0" w:themeFill="text1" w:themeFillTint="3F" w:val="clear"/>
      </w:tcPr>
    </w:tblStylePr>
    <w:tblStylePr w:type="nwCell">
      <w:tblPr/>
      <w:tcPr>
        <w:shd w:color="auto" w:fill="FFFFFF" w:themeFill="background1" w:val="clear"/>
      </w:tcPr>
    </w:tblStylePr>
    <w:tblStylePr w:type="swCell">
      <w:tblPr/>
      <w:tcPr>
        <w:tcBorders>
          <w:top w:val="nil"/>
        </w:tcBorders>
      </w:tcPr>
    </w:tblStylePr>
  </w:style>
  <w:style w:styleId="MediumList2-Accent1" w:type="table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4F81BD" w:space="0" w:sz="8" w:themeColor="accent1" w:val="single"/>
        <w:left w:color="4F81BD" w:space="0" w:sz="8" w:themeColor="accent1" w:val="single"/>
        <w:bottom w:color="4F81BD" w:space="0" w:sz="8" w:themeColor="accent1" w:val="single"/>
        <w:right w:color="4F81BD" w:space="0" w:sz="8" w:themeColor="accent1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color="4F81BD" w:space="0" w:sz="24" w:themeColor="accent1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tblPr/>
      <w:tcPr>
        <w:tcBorders>
          <w:top w:color="4F81BD" w:space="0" w:sz="8" w:themeColor="accent1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tblPr/>
      <w:tcPr>
        <w:tcBorders>
          <w:top w:val="nil"/>
          <w:left w:val="nil"/>
          <w:bottom w:val="nil"/>
          <w:right w:color="4F81BD" w:space="0" w:sz="8" w:themeColor="accent1" w:val="single"/>
          <w:insideH w:val="nil"/>
          <w:insideV w:val="nil"/>
        </w:tcBorders>
        <w:shd w:color="auto" w:fill="FFFFFF" w:themeFill="background1" w:val="clear"/>
      </w:tcPr>
    </w:tblStylePr>
    <w:tblStylePr w:type="lastCol">
      <w:tblPr/>
      <w:tcPr>
        <w:tcBorders>
          <w:top w:val="nil"/>
          <w:left w:color="4F81BD" w:space="0" w:sz="8" w:themeColor="accent1" w:val="single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3DFEE" w:themeFill="accent1" w:themeFillTint="3F" w:val="clear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color="auto" w:fill="D3DFEE" w:themeFill="accent1" w:themeFillTint="3F" w:val="clear"/>
      </w:tcPr>
    </w:tblStylePr>
    <w:tblStylePr w:type="nwCell">
      <w:tblPr/>
      <w:tcPr>
        <w:shd w:color="auto" w:fill="FFFFFF" w:themeFill="background1" w:val="clear"/>
      </w:tcPr>
    </w:tblStylePr>
    <w:tblStylePr w:type="swCell">
      <w:tblPr/>
      <w:tcPr>
        <w:tcBorders>
          <w:top w:val="nil"/>
        </w:tcBorders>
      </w:tcPr>
    </w:tblStylePr>
  </w:style>
  <w:style w:styleId="MediumList2-Accent2" w:type="table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C0504D" w:space="0" w:sz="8" w:themeColor="accent2" w:val="single"/>
        <w:left w:color="C0504D" w:space="0" w:sz="8" w:themeColor="accent2" w:val="single"/>
        <w:bottom w:color="C0504D" w:space="0" w:sz="8" w:themeColor="accent2" w:val="single"/>
        <w:right w:color="C0504D" w:space="0" w:sz="8" w:themeColor="accent2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color="C0504D" w:space="0" w:sz="24" w:themeColor="accent2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tblPr/>
      <w:tcPr>
        <w:tcBorders>
          <w:top w:color="C0504D" w:space="0" w:sz="8" w:themeColor="accent2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tblPr/>
      <w:tcPr>
        <w:tcBorders>
          <w:top w:val="nil"/>
          <w:left w:val="nil"/>
          <w:bottom w:val="nil"/>
          <w:right w:color="C0504D" w:space="0" w:sz="8" w:themeColor="accent2" w:val="single"/>
          <w:insideH w:val="nil"/>
          <w:insideV w:val="nil"/>
        </w:tcBorders>
        <w:shd w:color="auto" w:fill="FFFFFF" w:themeFill="background1" w:val="clear"/>
      </w:tcPr>
    </w:tblStylePr>
    <w:tblStylePr w:type="lastCol">
      <w:tblPr/>
      <w:tcPr>
        <w:tcBorders>
          <w:top w:val="nil"/>
          <w:left w:color="C0504D" w:space="0" w:sz="8" w:themeColor="accent2" w:val="single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EFD3D2" w:themeFill="accent2" w:themeFillTint="3F" w:val="clear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color="auto" w:fill="EFD3D2" w:themeFill="accent2" w:themeFillTint="3F" w:val="clear"/>
      </w:tcPr>
    </w:tblStylePr>
    <w:tblStylePr w:type="nwCell">
      <w:tblPr/>
      <w:tcPr>
        <w:shd w:color="auto" w:fill="FFFFFF" w:themeFill="background1" w:val="clear"/>
      </w:tcPr>
    </w:tblStylePr>
    <w:tblStylePr w:type="swCell">
      <w:tblPr/>
      <w:tcPr>
        <w:tcBorders>
          <w:top w:val="nil"/>
        </w:tcBorders>
      </w:tcPr>
    </w:tblStylePr>
  </w:style>
  <w:style w:styleId="MediumList2-Accent3" w:type="table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9BBB59" w:space="0" w:sz="8" w:themeColor="accent3" w:val="single"/>
        <w:left w:color="9BBB59" w:space="0" w:sz="8" w:themeColor="accent3" w:val="single"/>
        <w:bottom w:color="9BBB59" w:space="0" w:sz="8" w:themeColor="accent3" w:val="single"/>
        <w:right w:color="9BBB59" w:space="0" w:sz="8" w:themeColor="accent3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color="9BBB59" w:space="0" w:sz="24" w:themeColor="accent3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tblPr/>
      <w:tcPr>
        <w:tcBorders>
          <w:top w:color="9BBB59" w:space="0" w:sz="8" w:themeColor="accent3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tblPr/>
      <w:tcPr>
        <w:tcBorders>
          <w:top w:val="nil"/>
          <w:left w:val="nil"/>
          <w:bottom w:val="nil"/>
          <w:right w:color="9BBB59" w:space="0" w:sz="8" w:themeColor="accent3" w:val="single"/>
          <w:insideH w:val="nil"/>
          <w:insideV w:val="nil"/>
        </w:tcBorders>
        <w:shd w:color="auto" w:fill="FFFFFF" w:themeFill="background1" w:val="clear"/>
      </w:tcPr>
    </w:tblStylePr>
    <w:tblStylePr w:type="lastCol">
      <w:tblPr/>
      <w:tcPr>
        <w:tcBorders>
          <w:top w:val="nil"/>
          <w:left w:color="9BBB59" w:space="0" w:sz="8" w:themeColor="accent3" w:val="single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E6EED5" w:themeFill="accent3" w:themeFillTint="3F" w:val="clear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color="auto" w:fill="E6EED5" w:themeFill="accent3" w:themeFillTint="3F" w:val="clear"/>
      </w:tcPr>
    </w:tblStylePr>
    <w:tblStylePr w:type="nwCell">
      <w:tblPr/>
      <w:tcPr>
        <w:shd w:color="auto" w:fill="FFFFFF" w:themeFill="background1" w:val="clear"/>
      </w:tcPr>
    </w:tblStylePr>
    <w:tblStylePr w:type="swCell">
      <w:tblPr/>
      <w:tcPr>
        <w:tcBorders>
          <w:top w:val="nil"/>
        </w:tcBorders>
      </w:tcPr>
    </w:tblStylePr>
  </w:style>
  <w:style w:styleId="MediumList2-Accent4" w:type="table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8064A2" w:space="0" w:sz="8" w:themeColor="accent4" w:val="single"/>
        <w:left w:color="8064A2" w:space="0" w:sz="8" w:themeColor="accent4" w:val="single"/>
        <w:bottom w:color="8064A2" w:space="0" w:sz="8" w:themeColor="accent4" w:val="single"/>
        <w:right w:color="8064A2" w:space="0" w:sz="8" w:themeColor="accent4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color="8064A2" w:space="0" w:sz="24" w:themeColor="accent4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tblPr/>
      <w:tcPr>
        <w:tcBorders>
          <w:top w:color="8064A2" w:space="0" w:sz="8" w:themeColor="accent4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tblPr/>
      <w:tcPr>
        <w:tcBorders>
          <w:top w:val="nil"/>
          <w:left w:val="nil"/>
          <w:bottom w:val="nil"/>
          <w:right w:color="8064A2" w:space="0" w:sz="8" w:themeColor="accent4" w:val="single"/>
          <w:insideH w:val="nil"/>
          <w:insideV w:val="nil"/>
        </w:tcBorders>
        <w:shd w:color="auto" w:fill="FFFFFF" w:themeFill="background1" w:val="clear"/>
      </w:tcPr>
    </w:tblStylePr>
    <w:tblStylePr w:type="lastCol">
      <w:tblPr/>
      <w:tcPr>
        <w:tcBorders>
          <w:top w:val="nil"/>
          <w:left w:color="8064A2" w:space="0" w:sz="8" w:themeColor="accent4" w:val="single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FD8E8" w:themeFill="accent4" w:themeFillTint="3F" w:val="clear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color="auto" w:fill="DFD8E8" w:themeFill="accent4" w:themeFillTint="3F" w:val="clear"/>
      </w:tcPr>
    </w:tblStylePr>
    <w:tblStylePr w:type="nwCell">
      <w:tblPr/>
      <w:tcPr>
        <w:shd w:color="auto" w:fill="FFFFFF" w:themeFill="background1" w:val="clear"/>
      </w:tcPr>
    </w:tblStylePr>
    <w:tblStylePr w:type="swCell">
      <w:tblPr/>
      <w:tcPr>
        <w:tcBorders>
          <w:top w:val="nil"/>
        </w:tcBorders>
      </w:tcPr>
    </w:tblStylePr>
  </w:style>
  <w:style w:styleId="MediumList2-Accent5" w:type="table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4BACC6" w:space="0" w:sz="8" w:themeColor="accent5" w:val="single"/>
        <w:left w:color="4BACC6" w:space="0" w:sz="8" w:themeColor="accent5" w:val="single"/>
        <w:bottom w:color="4BACC6" w:space="0" w:sz="8" w:themeColor="accent5" w:val="single"/>
        <w:right w:color="4BACC6" w:space="0" w:sz="8" w:themeColor="accent5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color="4BACC6" w:space="0" w:sz="24" w:themeColor="accent5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tblPr/>
      <w:tcPr>
        <w:tcBorders>
          <w:top w:color="4BACC6" w:space="0" w:sz="8" w:themeColor="accent5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tblPr/>
      <w:tcPr>
        <w:tcBorders>
          <w:top w:val="nil"/>
          <w:left w:val="nil"/>
          <w:bottom w:val="nil"/>
          <w:right w:color="4BACC6" w:space="0" w:sz="8" w:themeColor="accent5" w:val="single"/>
          <w:insideH w:val="nil"/>
          <w:insideV w:val="nil"/>
        </w:tcBorders>
        <w:shd w:color="auto" w:fill="FFFFFF" w:themeFill="background1" w:val="clear"/>
      </w:tcPr>
    </w:tblStylePr>
    <w:tblStylePr w:type="lastCol">
      <w:tblPr/>
      <w:tcPr>
        <w:tcBorders>
          <w:top w:val="nil"/>
          <w:left w:color="4BACC6" w:space="0" w:sz="8" w:themeColor="accent5" w:val="single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2EAF1" w:themeFill="accent5" w:themeFillTint="3F" w:val="clear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color="auto" w:fill="D2EAF1" w:themeFill="accent5" w:themeFillTint="3F" w:val="clear"/>
      </w:tcPr>
    </w:tblStylePr>
    <w:tblStylePr w:type="nwCell">
      <w:tblPr/>
      <w:tcPr>
        <w:shd w:color="auto" w:fill="FFFFFF" w:themeFill="background1" w:val="clear"/>
      </w:tcPr>
    </w:tblStylePr>
    <w:tblStylePr w:type="swCell">
      <w:tblPr/>
      <w:tcPr>
        <w:tcBorders>
          <w:top w:val="nil"/>
        </w:tcBorders>
      </w:tcPr>
    </w:tblStylePr>
  </w:style>
  <w:style w:styleId="MediumList2-Accent6" w:type="table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F79646" w:space="0" w:sz="8" w:themeColor="accent6" w:val="single"/>
        <w:left w:color="F79646" w:space="0" w:sz="8" w:themeColor="accent6" w:val="single"/>
        <w:bottom w:color="F79646" w:space="0" w:sz="8" w:themeColor="accent6" w:val="single"/>
        <w:right w:color="F79646" w:space="0" w:sz="8" w:themeColor="accent6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color="F79646" w:space="0" w:sz="24" w:themeColor="accent6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tblPr/>
      <w:tcPr>
        <w:tcBorders>
          <w:top w:color="F79646" w:space="0" w:sz="8" w:themeColor="accent6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tblPr/>
      <w:tcPr>
        <w:tcBorders>
          <w:top w:val="nil"/>
          <w:left w:val="nil"/>
          <w:bottom w:val="nil"/>
          <w:right w:color="F79646" w:space="0" w:sz="8" w:themeColor="accent6" w:val="single"/>
          <w:insideH w:val="nil"/>
          <w:insideV w:val="nil"/>
        </w:tcBorders>
        <w:shd w:color="auto" w:fill="FFFFFF" w:themeFill="background1" w:val="clear"/>
      </w:tcPr>
    </w:tblStylePr>
    <w:tblStylePr w:type="lastCol">
      <w:tblPr/>
      <w:tcPr>
        <w:tcBorders>
          <w:top w:val="nil"/>
          <w:left w:color="F79646" w:space="0" w:sz="8" w:themeColor="accent6" w:val="single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FDE4D0" w:themeFill="accent6" w:themeFillTint="3F" w:val="clear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color="auto" w:fill="FDE4D0" w:themeFill="accent6" w:themeFillTint="3F" w:val="clear"/>
      </w:tcPr>
    </w:tblStylePr>
    <w:tblStylePr w:type="nwCell">
      <w:tblPr/>
      <w:tcPr>
        <w:shd w:color="auto" w:fill="FFFFFF" w:themeFill="background1" w:val="clear"/>
      </w:tcPr>
    </w:tblStylePr>
    <w:tblStylePr w:type="swCell">
      <w:tblPr/>
      <w:tcPr>
        <w:tcBorders>
          <w:top w:val="nil"/>
        </w:tcBorders>
      </w:tcPr>
    </w:tblStylePr>
  </w:style>
  <w:style w:styleId="MediumGrid1" w:type="table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404040" w:space="0" w:sz="8" w:themeColor="text1" w:themeTint="BF" w:val="single"/>
        <w:left w:color="404040" w:space="0" w:sz="8" w:themeColor="text1" w:themeTint="BF" w:val="single"/>
        <w:bottom w:color="404040" w:space="0" w:sz="8" w:themeColor="text1" w:themeTint="BF" w:val="single"/>
        <w:right w:color="404040" w:space="0" w:sz="8" w:themeColor="text1" w:themeTint="BF" w:val="single"/>
        <w:insideH w:color="404040" w:space="0" w:sz="8" w:themeColor="text1" w:themeTint="BF" w:val="single"/>
        <w:insideV w:color="404040" w:space="0" w:sz="8" w:themeColor="text1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C0C0C0" w:themeFill="text1" w:themeFillTint="3F" w:val="clear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color="404040" w:space="0" w:sz="18" w:themeColor="text1" w:themeTint="BF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808080" w:themeFill="text1" w:themeFillTint="7F" w:val="clear"/>
      </w:tcPr>
    </w:tblStylePr>
    <w:tblStylePr w:type="band1Horz">
      <w:tblPr/>
      <w:tcPr>
        <w:shd w:color="auto" w:fill="808080" w:themeFill="text1" w:themeFillTint="7F" w:val="clear"/>
      </w:tcPr>
    </w:tblStylePr>
  </w:style>
  <w:style w:styleId="MediumGrid1-Accent1" w:type="table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7BA0CD" w:space="0" w:sz="8" w:themeColor="accent1" w:themeTint="BF" w:val="single"/>
        <w:left w:color="7BA0CD" w:space="0" w:sz="8" w:themeColor="accent1" w:themeTint="BF" w:val="single"/>
        <w:bottom w:color="7BA0CD" w:space="0" w:sz="8" w:themeColor="accent1" w:themeTint="BF" w:val="single"/>
        <w:right w:color="7BA0CD" w:space="0" w:sz="8" w:themeColor="accent1" w:themeTint="BF" w:val="single"/>
        <w:insideH w:color="7BA0CD" w:space="0" w:sz="8" w:themeColor="accent1" w:themeTint="BF" w:val="single"/>
        <w:insideV w:color="7BA0CD" w:space="0" w:sz="8" w:themeColor="accent1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D3DFEE" w:themeFill="accent1" w:themeFillTint="3F" w:val="clear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color="7BA0CD" w:space="0" w:sz="18" w:themeColor="accent1" w:themeTint="BF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A7BFDE" w:themeFill="accent1" w:themeFillTint="7F" w:val="clear"/>
      </w:tcPr>
    </w:tblStylePr>
    <w:tblStylePr w:type="band1Horz">
      <w:tblPr/>
      <w:tcPr>
        <w:shd w:color="auto" w:fill="A7BFDE" w:themeFill="accent1" w:themeFillTint="7F" w:val="clear"/>
      </w:tcPr>
    </w:tblStylePr>
  </w:style>
  <w:style w:styleId="MediumGrid1-Accent2" w:type="table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CF7B79" w:space="0" w:sz="8" w:themeColor="accent2" w:themeTint="BF" w:val="single"/>
        <w:left w:color="CF7B79" w:space="0" w:sz="8" w:themeColor="accent2" w:themeTint="BF" w:val="single"/>
        <w:bottom w:color="CF7B79" w:space="0" w:sz="8" w:themeColor="accent2" w:themeTint="BF" w:val="single"/>
        <w:right w:color="CF7B79" w:space="0" w:sz="8" w:themeColor="accent2" w:themeTint="BF" w:val="single"/>
        <w:insideH w:color="CF7B79" w:space="0" w:sz="8" w:themeColor="accent2" w:themeTint="BF" w:val="single"/>
        <w:insideV w:color="CF7B79" w:space="0" w:sz="8" w:themeColor="accent2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EFD3D2" w:themeFill="accent2" w:themeFillTint="3F" w:val="clear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color="CF7B79" w:space="0" w:sz="18" w:themeColor="accent2" w:themeTint="BF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DFA7A6" w:themeFill="accent2" w:themeFillTint="7F" w:val="clear"/>
      </w:tcPr>
    </w:tblStylePr>
    <w:tblStylePr w:type="band1Horz">
      <w:tblPr/>
      <w:tcPr>
        <w:shd w:color="auto" w:fill="DFA7A6" w:themeFill="accent2" w:themeFillTint="7F" w:val="clear"/>
      </w:tcPr>
    </w:tblStylePr>
  </w:style>
  <w:style w:styleId="MediumGrid1-Accent3" w:type="table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B3CC82" w:space="0" w:sz="8" w:themeColor="accent3" w:themeTint="BF" w:val="single"/>
        <w:left w:color="B3CC82" w:space="0" w:sz="8" w:themeColor="accent3" w:themeTint="BF" w:val="single"/>
        <w:bottom w:color="B3CC82" w:space="0" w:sz="8" w:themeColor="accent3" w:themeTint="BF" w:val="single"/>
        <w:right w:color="B3CC82" w:space="0" w:sz="8" w:themeColor="accent3" w:themeTint="BF" w:val="single"/>
        <w:insideH w:color="B3CC82" w:space="0" w:sz="8" w:themeColor="accent3" w:themeTint="BF" w:val="single"/>
        <w:insideV w:color="B3CC82" w:space="0" w:sz="8" w:themeColor="accent3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E6EED5" w:themeFill="accent3" w:themeFillTint="3F" w:val="clear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color="B3CC82" w:space="0" w:sz="18" w:themeColor="accent3" w:themeTint="BF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CDDDAC" w:themeFill="accent3" w:themeFillTint="7F" w:val="clear"/>
      </w:tcPr>
    </w:tblStylePr>
    <w:tblStylePr w:type="band1Horz">
      <w:tblPr/>
      <w:tcPr>
        <w:shd w:color="auto" w:fill="CDDDAC" w:themeFill="accent3" w:themeFillTint="7F" w:val="clear"/>
      </w:tcPr>
    </w:tblStylePr>
  </w:style>
  <w:style w:styleId="MediumGrid1-Accent4" w:type="table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9F8AB9" w:space="0" w:sz="8" w:themeColor="accent4" w:themeTint="BF" w:val="single"/>
        <w:left w:color="9F8AB9" w:space="0" w:sz="8" w:themeColor="accent4" w:themeTint="BF" w:val="single"/>
        <w:bottom w:color="9F8AB9" w:space="0" w:sz="8" w:themeColor="accent4" w:themeTint="BF" w:val="single"/>
        <w:right w:color="9F8AB9" w:space="0" w:sz="8" w:themeColor="accent4" w:themeTint="BF" w:val="single"/>
        <w:insideH w:color="9F8AB9" w:space="0" w:sz="8" w:themeColor="accent4" w:themeTint="BF" w:val="single"/>
        <w:insideV w:color="9F8AB9" w:space="0" w:sz="8" w:themeColor="accent4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DFD8E8" w:themeFill="accent4" w:themeFillTint="3F" w:val="clear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color="9F8AB9" w:space="0" w:sz="18" w:themeColor="accent4" w:themeTint="BF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BFB1D0" w:themeFill="accent4" w:themeFillTint="7F" w:val="clear"/>
      </w:tcPr>
    </w:tblStylePr>
    <w:tblStylePr w:type="band1Horz">
      <w:tblPr/>
      <w:tcPr>
        <w:shd w:color="auto" w:fill="BFB1D0" w:themeFill="accent4" w:themeFillTint="7F" w:val="clear"/>
      </w:tcPr>
    </w:tblStylePr>
  </w:style>
  <w:style w:styleId="MediumGrid1-Accent5" w:type="table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78C0D4" w:space="0" w:sz="8" w:themeColor="accent5" w:themeTint="BF" w:val="single"/>
        <w:left w:color="78C0D4" w:space="0" w:sz="8" w:themeColor="accent5" w:themeTint="BF" w:val="single"/>
        <w:bottom w:color="78C0D4" w:space="0" w:sz="8" w:themeColor="accent5" w:themeTint="BF" w:val="single"/>
        <w:right w:color="78C0D4" w:space="0" w:sz="8" w:themeColor="accent5" w:themeTint="BF" w:val="single"/>
        <w:insideH w:color="78C0D4" w:space="0" w:sz="8" w:themeColor="accent5" w:themeTint="BF" w:val="single"/>
        <w:insideV w:color="78C0D4" w:space="0" w:sz="8" w:themeColor="accent5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D2EAF1" w:themeFill="accent5" w:themeFillTint="3F" w:val="clear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color="78C0D4" w:space="0" w:sz="18" w:themeColor="accent5" w:themeTint="BF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A5D5E2" w:themeFill="accent5" w:themeFillTint="7F" w:val="clear"/>
      </w:tcPr>
    </w:tblStylePr>
    <w:tblStylePr w:type="band1Horz">
      <w:tblPr/>
      <w:tcPr>
        <w:shd w:color="auto" w:fill="A5D5E2" w:themeFill="accent5" w:themeFillTint="7F" w:val="clear"/>
      </w:tcPr>
    </w:tblStylePr>
  </w:style>
  <w:style w:styleId="MediumGrid1-Accent6" w:type="table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F9B074" w:space="0" w:sz="8" w:themeColor="accent6" w:themeTint="BF" w:val="single"/>
        <w:left w:color="F9B074" w:space="0" w:sz="8" w:themeColor="accent6" w:themeTint="BF" w:val="single"/>
        <w:bottom w:color="F9B074" w:space="0" w:sz="8" w:themeColor="accent6" w:themeTint="BF" w:val="single"/>
        <w:right w:color="F9B074" w:space="0" w:sz="8" w:themeColor="accent6" w:themeTint="BF" w:val="single"/>
        <w:insideH w:color="F9B074" w:space="0" w:sz="8" w:themeColor="accent6" w:themeTint="BF" w:val="single"/>
        <w:insideV w:color="F9B074" w:space="0" w:sz="8" w:themeColor="accent6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FDE4D0" w:themeFill="accent6" w:themeFillTint="3F" w:val="clear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color="F9B074" w:space="0" w:sz="18" w:themeColor="accent6" w:themeTint="BF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FBCAA2" w:themeFill="accent6" w:themeFillTint="7F" w:val="clear"/>
      </w:tcPr>
    </w:tblStylePr>
    <w:tblStylePr w:type="band1Horz">
      <w:tblPr/>
      <w:tcPr>
        <w:shd w:color="auto" w:fill="FBCAA2" w:themeFill="accent6" w:themeFillTint="7F" w:val="clear"/>
      </w:tcPr>
    </w:tblStylePr>
  </w:style>
  <w:style w:styleId="MediumGrid2" w:type="table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000000" w:space="0" w:sz="8" w:themeColor="text1" w:val="single"/>
        <w:left w:color="000000" w:space="0" w:sz="8" w:themeColor="text1" w:val="single"/>
        <w:bottom w:color="000000" w:space="0" w:sz="8" w:themeColor="text1" w:val="single"/>
        <w:right w:color="000000" w:space="0" w:sz="8" w:themeColor="text1" w:val="single"/>
        <w:insideH w:color="000000" w:space="0" w:sz="8" w:themeColor="text1" w:val="single"/>
        <w:insideV w:color="000000" w:space="0" w:sz="8" w:themeColor="text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C0C0C0" w:themeFill="text1" w:themeFillTint="3F" w:val="clear"/>
    </w:tcPr>
    <w:tblStylePr w:type="firstRow">
      <w:rPr>
        <w:b/>
        <w:bCs/>
        <w:color w:themeColor="text1" w:val="000000"/>
      </w:rPr>
      <w:tblPr/>
      <w:tcPr>
        <w:shd w:color="auto" w:fill="E6E6E6" w:themeFill="text1" w:themeFillTint="19" w:val="clear"/>
      </w:tcPr>
    </w:tblStylePr>
    <w:tblStylePr w:type="lastRow">
      <w:rPr>
        <w:b/>
        <w:bCs/>
        <w:color w:themeColor="text1" w:val="000000"/>
      </w:rPr>
      <w:tblPr/>
      <w:tcPr>
        <w:tcBorders>
          <w:top w:color="000000" w:space="0" w:sz="12" w:themeColor="text1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Col">
      <w:rPr>
        <w:b w:val="0"/>
        <w:bCs w:val="0"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CCCCCC" w:themeFill="text1" w:themeFillTint="33" w:val="clear"/>
      </w:tcPr>
    </w:tblStylePr>
    <w:tblStylePr w:type="band1Vert">
      <w:tblPr/>
      <w:tcPr>
        <w:shd w:color="auto" w:fill="808080" w:themeFill="text1" w:themeFillTint="7F" w:val="clear"/>
      </w:tcPr>
    </w:tblStylePr>
    <w:tblStylePr w:type="band1Horz">
      <w:tblPr/>
      <w:tcPr>
        <w:tcBorders>
          <w:insideH w:color="000000" w:space="0" w:sz="6" w:themeColor="text1" w:val="single"/>
          <w:insideV w:color="000000" w:space="0" w:sz="6" w:themeColor="text1" w:val="single"/>
        </w:tcBorders>
        <w:shd w:color="auto" w:fill="808080" w:themeFill="text1" w:themeFillTint="7F" w:val="clear"/>
      </w:tcPr>
    </w:tblStylePr>
    <w:tblStylePr w:type="nwCell">
      <w:tblPr/>
      <w:tcPr>
        <w:shd w:color="auto" w:fill="FFFFFF" w:themeFill="background1" w:val="clear"/>
      </w:tcPr>
    </w:tblStylePr>
  </w:style>
  <w:style w:styleId="MediumGrid2-Accent1" w:type="table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4F81BD" w:space="0" w:sz="8" w:themeColor="accent1" w:val="single"/>
        <w:left w:color="4F81BD" w:space="0" w:sz="8" w:themeColor="accent1" w:val="single"/>
        <w:bottom w:color="4F81BD" w:space="0" w:sz="8" w:themeColor="accent1" w:val="single"/>
        <w:right w:color="4F81BD" w:space="0" w:sz="8" w:themeColor="accent1" w:val="single"/>
        <w:insideH w:color="4F81BD" w:space="0" w:sz="8" w:themeColor="accent1" w:val="single"/>
        <w:insideV w:color="4F81BD" w:space="0" w:sz="8" w:themeColor="accent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D3DFEE" w:themeFill="accent1" w:themeFillTint="3F" w:val="clear"/>
    </w:tcPr>
    <w:tblStylePr w:type="firstRow">
      <w:rPr>
        <w:b/>
        <w:bCs/>
        <w:color w:themeColor="text1" w:val="000000"/>
      </w:rPr>
      <w:tblPr/>
      <w:tcPr>
        <w:shd w:color="auto" w:fill="EDF2F8" w:themeFill="accent1" w:themeFillTint="19" w:val="clear"/>
      </w:tcPr>
    </w:tblStylePr>
    <w:tblStylePr w:type="lastRow">
      <w:rPr>
        <w:b/>
        <w:bCs/>
        <w:color w:themeColor="text1" w:val="000000"/>
      </w:rPr>
      <w:tblPr/>
      <w:tcPr>
        <w:tcBorders>
          <w:top w:color="000000" w:space="0" w:sz="12" w:themeColor="text1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Col">
      <w:rPr>
        <w:b w:val="0"/>
        <w:bCs w:val="0"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DBE5F1" w:themeFill="accent1" w:themeFillTint="33" w:val="clear"/>
      </w:tcPr>
    </w:tblStylePr>
    <w:tblStylePr w:type="band1Vert">
      <w:tblPr/>
      <w:tcPr>
        <w:shd w:color="auto" w:fill="A7BFDE" w:themeFill="accent1" w:themeFillTint="7F" w:val="clear"/>
      </w:tcPr>
    </w:tblStylePr>
    <w:tblStylePr w:type="band1Horz">
      <w:tblPr/>
      <w:tcPr>
        <w:tcBorders>
          <w:insideH w:color="4F81BD" w:space="0" w:sz="6" w:themeColor="accent1" w:val="single"/>
          <w:insideV w:color="4F81BD" w:space="0" w:sz="6" w:themeColor="accent1" w:val="single"/>
        </w:tcBorders>
        <w:shd w:color="auto" w:fill="A7BFDE" w:themeFill="accent1" w:themeFillTint="7F" w:val="clear"/>
      </w:tcPr>
    </w:tblStylePr>
    <w:tblStylePr w:type="nwCell">
      <w:tblPr/>
      <w:tcPr>
        <w:shd w:color="auto" w:fill="FFFFFF" w:themeFill="background1" w:val="clear"/>
      </w:tcPr>
    </w:tblStylePr>
  </w:style>
  <w:style w:styleId="MediumGrid2-Accent2" w:type="table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C0504D" w:space="0" w:sz="8" w:themeColor="accent2" w:val="single"/>
        <w:left w:color="C0504D" w:space="0" w:sz="8" w:themeColor="accent2" w:val="single"/>
        <w:bottom w:color="C0504D" w:space="0" w:sz="8" w:themeColor="accent2" w:val="single"/>
        <w:right w:color="C0504D" w:space="0" w:sz="8" w:themeColor="accent2" w:val="single"/>
        <w:insideH w:color="C0504D" w:space="0" w:sz="8" w:themeColor="accent2" w:val="single"/>
        <w:insideV w:color="C0504D" w:space="0" w:sz="8" w:themeColor="accent2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EFD3D2" w:themeFill="accent2" w:themeFillTint="3F" w:val="clear"/>
    </w:tcPr>
    <w:tblStylePr w:type="firstRow">
      <w:rPr>
        <w:b/>
        <w:bCs/>
        <w:color w:themeColor="text1" w:val="000000"/>
      </w:rPr>
      <w:tblPr/>
      <w:tcPr>
        <w:shd w:color="auto" w:fill="F8EDED" w:themeFill="accent2" w:themeFillTint="19" w:val="clear"/>
      </w:tcPr>
    </w:tblStylePr>
    <w:tblStylePr w:type="lastRow">
      <w:rPr>
        <w:b/>
        <w:bCs/>
        <w:color w:themeColor="text1" w:val="000000"/>
      </w:rPr>
      <w:tblPr/>
      <w:tcPr>
        <w:tcBorders>
          <w:top w:color="000000" w:space="0" w:sz="12" w:themeColor="text1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Col">
      <w:rPr>
        <w:b w:val="0"/>
        <w:bCs w:val="0"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F2DBDB" w:themeFill="accent2" w:themeFillTint="33" w:val="clear"/>
      </w:tcPr>
    </w:tblStylePr>
    <w:tblStylePr w:type="band1Vert">
      <w:tblPr/>
      <w:tcPr>
        <w:shd w:color="auto" w:fill="DFA7A6" w:themeFill="accent2" w:themeFillTint="7F" w:val="clear"/>
      </w:tcPr>
    </w:tblStylePr>
    <w:tblStylePr w:type="band1Horz">
      <w:tblPr/>
      <w:tcPr>
        <w:tcBorders>
          <w:insideH w:color="C0504D" w:space="0" w:sz="6" w:themeColor="accent2" w:val="single"/>
          <w:insideV w:color="C0504D" w:space="0" w:sz="6" w:themeColor="accent2" w:val="single"/>
        </w:tcBorders>
        <w:shd w:color="auto" w:fill="DFA7A6" w:themeFill="accent2" w:themeFillTint="7F" w:val="clear"/>
      </w:tcPr>
    </w:tblStylePr>
    <w:tblStylePr w:type="nwCell">
      <w:tblPr/>
      <w:tcPr>
        <w:shd w:color="auto" w:fill="FFFFFF" w:themeFill="background1" w:val="clear"/>
      </w:tcPr>
    </w:tblStylePr>
  </w:style>
  <w:style w:styleId="MediumGrid2-Accent3" w:type="table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9BBB59" w:space="0" w:sz="8" w:themeColor="accent3" w:val="single"/>
        <w:left w:color="9BBB59" w:space="0" w:sz="8" w:themeColor="accent3" w:val="single"/>
        <w:bottom w:color="9BBB59" w:space="0" w:sz="8" w:themeColor="accent3" w:val="single"/>
        <w:right w:color="9BBB59" w:space="0" w:sz="8" w:themeColor="accent3" w:val="single"/>
        <w:insideH w:color="9BBB59" w:space="0" w:sz="8" w:themeColor="accent3" w:val="single"/>
        <w:insideV w:color="9BBB59" w:space="0" w:sz="8" w:themeColor="accent3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E6EED5" w:themeFill="accent3" w:themeFillTint="3F" w:val="clear"/>
    </w:tcPr>
    <w:tblStylePr w:type="firstRow">
      <w:rPr>
        <w:b/>
        <w:bCs/>
        <w:color w:themeColor="text1" w:val="000000"/>
      </w:rPr>
      <w:tblPr/>
      <w:tcPr>
        <w:shd w:color="auto" w:fill="F5F8EE" w:themeFill="accent3" w:themeFillTint="19" w:val="clear"/>
      </w:tcPr>
    </w:tblStylePr>
    <w:tblStylePr w:type="lastRow">
      <w:rPr>
        <w:b/>
        <w:bCs/>
        <w:color w:themeColor="text1" w:val="000000"/>
      </w:rPr>
      <w:tblPr/>
      <w:tcPr>
        <w:tcBorders>
          <w:top w:color="000000" w:space="0" w:sz="12" w:themeColor="text1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Col">
      <w:rPr>
        <w:b w:val="0"/>
        <w:bCs w:val="0"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EAF1DD" w:themeFill="accent3" w:themeFillTint="33" w:val="clear"/>
      </w:tcPr>
    </w:tblStylePr>
    <w:tblStylePr w:type="band1Vert">
      <w:tblPr/>
      <w:tcPr>
        <w:shd w:color="auto" w:fill="CDDDAC" w:themeFill="accent3" w:themeFillTint="7F" w:val="clear"/>
      </w:tcPr>
    </w:tblStylePr>
    <w:tblStylePr w:type="band1Horz">
      <w:tblPr/>
      <w:tcPr>
        <w:tcBorders>
          <w:insideH w:color="9BBB59" w:space="0" w:sz="6" w:themeColor="accent3" w:val="single"/>
          <w:insideV w:color="9BBB59" w:space="0" w:sz="6" w:themeColor="accent3" w:val="single"/>
        </w:tcBorders>
        <w:shd w:color="auto" w:fill="CDDDAC" w:themeFill="accent3" w:themeFillTint="7F" w:val="clear"/>
      </w:tcPr>
    </w:tblStylePr>
    <w:tblStylePr w:type="nwCell">
      <w:tblPr/>
      <w:tcPr>
        <w:shd w:color="auto" w:fill="FFFFFF" w:themeFill="background1" w:val="clear"/>
      </w:tcPr>
    </w:tblStylePr>
  </w:style>
  <w:style w:styleId="MediumGrid2-Accent4" w:type="table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8064A2" w:space="0" w:sz="8" w:themeColor="accent4" w:val="single"/>
        <w:left w:color="8064A2" w:space="0" w:sz="8" w:themeColor="accent4" w:val="single"/>
        <w:bottom w:color="8064A2" w:space="0" w:sz="8" w:themeColor="accent4" w:val="single"/>
        <w:right w:color="8064A2" w:space="0" w:sz="8" w:themeColor="accent4" w:val="single"/>
        <w:insideH w:color="8064A2" w:space="0" w:sz="8" w:themeColor="accent4" w:val="single"/>
        <w:insideV w:color="8064A2" w:space="0" w:sz="8" w:themeColor="accent4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DFD8E8" w:themeFill="accent4" w:themeFillTint="3F" w:val="clear"/>
    </w:tcPr>
    <w:tblStylePr w:type="firstRow">
      <w:rPr>
        <w:b/>
        <w:bCs/>
        <w:color w:themeColor="text1" w:val="000000"/>
      </w:rPr>
      <w:tblPr/>
      <w:tcPr>
        <w:shd w:color="auto" w:fill="F2EFF6" w:themeFill="accent4" w:themeFillTint="19" w:val="clear"/>
      </w:tcPr>
    </w:tblStylePr>
    <w:tblStylePr w:type="lastRow">
      <w:rPr>
        <w:b/>
        <w:bCs/>
        <w:color w:themeColor="text1" w:val="000000"/>
      </w:rPr>
      <w:tblPr/>
      <w:tcPr>
        <w:tcBorders>
          <w:top w:color="000000" w:space="0" w:sz="12" w:themeColor="text1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Col">
      <w:rPr>
        <w:b w:val="0"/>
        <w:bCs w:val="0"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E5DFEC" w:themeFill="accent4" w:themeFillTint="33" w:val="clear"/>
      </w:tcPr>
    </w:tblStylePr>
    <w:tblStylePr w:type="band1Vert">
      <w:tblPr/>
      <w:tcPr>
        <w:shd w:color="auto" w:fill="BFB1D0" w:themeFill="accent4" w:themeFillTint="7F" w:val="clear"/>
      </w:tcPr>
    </w:tblStylePr>
    <w:tblStylePr w:type="band1Horz">
      <w:tblPr/>
      <w:tcPr>
        <w:tcBorders>
          <w:insideH w:color="8064A2" w:space="0" w:sz="6" w:themeColor="accent4" w:val="single"/>
          <w:insideV w:color="8064A2" w:space="0" w:sz="6" w:themeColor="accent4" w:val="single"/>
        </w:tcBorders>
        <w:shd w:color="auto" w:fill="BFB1D0" w:themeFill="accent4" w:themeFillTint="7F" w:val="clear"/>
      </w:tcPr>
    </w:tblStylePr>
    <w:tblStylePr w:type="nwCell">
      <w:tblPr/>
      <w:tcPr>
        <w:shd w:color="auto" w:fill="FFFFFF" w:themeFill="background1" w:val="clear"/>
      </w:tcPr>
    </w:tblStylePr>
  </w:style>
  <w:style w:styleId="MediumGrid2-Accent5" w:type="table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4BACC6" w:space="0" w:sz="8" w:themeColor="accent5" w:val="single"/>
        <w:left w:color="4BACC6" w:space="0" w:sz="8" w:themeColor="accent5" w:val="single"/>
        <w:bottom w:color="4BACC6" w:space="0" w:sz="8" w:themeColor="accent5" w:val="single"/>
        <w:right w:color="4BACC6" w:space="0" w:sz="8" w:themeColor="accent5" w:val="single"/>
        <w:insideH w:color="4BACC6" w:space="0" w:sz="8" w:themeColor="accent5" w:val="single"/>
        <w:insideV w:color="4BACC6" w:space="0" w:sz="8" w:themeColor="accent5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D2EAF1" w:themeFill="accent5" w:themeFillTint="3F" w:val="clear"/>
    </w:tcPr>
    <w:tblStylePr w:type="firstRow">
      <w:rPr>
        <w:b/>
        <w:bCs/>
        <w:color w:themeColor="text1" w:val="000000"/>
      </w:rPr>
      <w:tblPr/>
      <w:tcPr>
        <w:shd w:color="auto" w:fill="EDF6F9" w:themeFill="accent5" w:themeFillTint="19" w:val="clear"/>
      </w:tcPr>
    </w:tblStylePr>
    <w:tblStylePr w:type="lastRow">
      <w:rPr>
        <w:b/>
        <w:bCs/>
        <w:color w:themeColor="text1" w:val="000000"/>
      </w:rPr>
      <w:tblPr/>
      <w:tcPr>
        <w:tcBorders>
          <w:top w:color="000000" w:space="0" w:sz="12" w:themeColor="text1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Col">
      <w:rPr>
        <w:b w:val="0"/>
        <w:bCs w:val="0"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DAEEF3" w:themeFill="accent5" w:themeFillTint="33" w:val="clear"/>
      </w:tcPr>
    </w:tblStylePr>
    <w:tblStylePr w:type="band1Vert">
      <w:tblPr/>
      <w:tcPr>
        <w:shd w:color="auto" w:fill="A5D5E2" w:themeFill="accent5" w:themeFillTint="7F" w:val="clear"/>
      </w:tcPr>
    </w:tblStylePr>
    <w:tblStylePr w:type="band1Horz">
      <w:tblPr/>
      <w:tcPr>
        <w:tcBorders>
          <w:insideH w:color="4BACC6" w:space="0" w:sz="6" w:themeColor="accent5" w:val="single"/>
          <w:insideV w:color="4BACC6" w:space="0" w:sz="6" w:themeColor="accent5" w:val="single"/>
        </w:tcBorders>
        <w:shd w:color="auto" w:fill="A5D5E2" w:themeFill="accent5" w:themeFillTint="7F" w:val="clear"/>
      </w:tcPr>
    </w:tblStylePr>
    <w:tblStylePr w:type="nwCell">
      <w:tblPr/>
      <w:tcPr>
        <w:shd w:color="auto" w:fill="FFFFFF" w:themeFill="background1" w:val="clear"/>
      </w:tcPr>
    </w:tblStylePr>
  </w:style>
  <w:style w:styleId="MediumGrid2-Accent6" w:type="table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F79646" w:space="0" w:sz="8" w:themeColor="accent6" w:val="single"/>
        <w:left w:color="F79646" w:space="0" w:sz="8" w:themeColor="accent6" w:val="single"/>
        <w:bottom w:color="F79646" w:space="0" w:sz="8" w:themeColor="accent6" w:val="single"/>
        <w:right w:color="F79646" w:space="0" w:sz="8" w:themeColor="accent6" w:val="single"/>
        <w:insideH w:color="F79646" w:space="0" w:sz="8" w:themeColor="accent6" w:val="single"/>
        <w:insideV w:color="F79646" w:space="0" w:sz="8" w:themeColor="accent6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FDE4D0" w:themeFill="accent6" w:themeFillTint="3F" w:val="clear"/>
    </w:tcPr>
    <w:tblStylePr w:type="firstRow">
      <w:rPr>
        <w:b/>
        <w:bCs/>
        <w:color w:themeColor="text1" w:val="000000"/>
      </w:rPr>
      <w:tblPr/>
      <w:tcPr>
        <w:shd w:color="auto" w:fill="FEF4EC" w:themeFill="accent6" w:themeFillTint="19" w:val="clear"/>
      </w:tcPr>
    </w:tblStylePr>
    <w:tblStylePr w:type="lastRow">
      <w:rPr>
        <w:b/>
        <w:bCs/>
        <w:color w:themeColor="text1" w:val="000000"/>
      </w:rPr>
      <w:tblPr/>
      <w:tcPr>
        <w:tcBorders>
          <w:top w:color="000000" w:space="0" w:sz="12" w:themeColor="text1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Col">
      <w:rPr>
        <w:b w:val="0"/>
        <w:bCs w:val="0"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FDE9D9" w:themeFill="accent6" w:themeFillTint="33" w:val="clear"/>
      </w:tcPr>
    </w:tblStylePr>
    <w:tblStylePr w:type="band1Vert">
      <w:tblPr/>
      <w:tcPr>
        <w:shd w:color="auto" w:fill="FBCAA2" w:themeFill="accent6" w:themeFillTint="7F" w:val="clear"/>
      </w:tcPr>
    </w:tblStylePr>
    <w:tblStylePr w:type="band1Horz">
      <w:tblPr/>
      <w:tcPr>
        <w:tcBorders>
          <w:insideH w:color="F79646" w:space="0" w:sz="6" w:themeColor="accent6" w:val="single"/>
          <w:insideV w:color="F79646" w:space="0" w:sz="6" w:themeColor="accent6" w:val="single"/>
        </w:tcBorders>
        <w:shd w:color="auto" w:fill="FBCAA2" w:themeFill="accent6" w:themeFillTint="7F" w:val="clear"/>
      </w:tcPr>
    </w:tblStylePr>
    <w:tblStylePr w:type="nwCell">
      <w:tblPr/>
      <w:tcPr>
        <w:shd w:color="auto" w:fill="FFFFFF" w:themeFill="background1" w:val="clear"/>
      </w:tcPr>
    </w:tblStylePr>
  </w:style>
  <w:style w:styleId="MediumGrid3" w:type="table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FFFFFF" w:space="0" w:sz="8" w:themeColor="background1" w:val="single"/>
        <w:left w:color="FFFFFF" w:space="0" w:sz="8" w:themeColor="background1" w:val="single"/>
        <w:bottom w:color="FFFFFF" w:space="0" w:sz="8" w:themeColor="background1" w:val="single"/>
        <w:right w:color="FFFFFF" w:space="0" w:sz="8" w:themeColor="background1" w:val="single"/>
        <w:insideH w:color="FFFFFF" w:space="0" w:sz="6" w:themeColor="background1" w:val="single"/>
        <w:insideV w:color="FFFFFF" w:space="0" w:sz="6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C0C0C0" w:themeFill="text1" w:themeFillTint="3F" w:val="clear"/>
    </w:tcPr>
    <w:tblStylePr w:type="fir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24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000000" w:themeFill="text1" w:val="clear"/>
      </w:tcPr>
    </w:tblStylePr>
    <w:tblStylePr w:type="la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24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000000" w:themeFill="text1" w:val="clear"/>
      </w:tcPr>
    </w:tblStylePr>
    <w:tblStylePr w:type="firstCol">
      <w:rPr>
        <w:b/>
        <w:bCs/>
        <w:i w:val="0"/>
        <w:iCs w:val="0"/>
        <w:color w:themeColor="background1" w:val="FFFFFF"/>
      </w:rPr>
      <w:tblPr/>
      <w:tcPr>
        <w:tcBorders>
          <w:left w:color="FFFFFF" w:space="0" w:sz="8" w:themeColor="background1" w:val="single"/>
          <w:right w:color="FFFFFF" w:space="0" w:sz="24" w:themeColor="background1" w:val="single"/>
          <w:insideH w:val="nil"/>
          <w:insideV w:val="nil"/>
        </w:tcBorders>
        <w:shd w:color="auto" w:fill="000000" w:themeFill="text1" w:val="clear"/>
      </w:tcPr>
    </w:tblStylePr>
    <w:tblStylePr w:type="lastCol">
      <w:rPr>
        <w:b/>
        <w:bCs/>
        <w:i w:val="0"/>
        <w:iCs w:val="0"/>
        <w:color w:themeColor="background1" w:val="FFFFFF"/>
      </w:rPr>
      <w:tblPr/>
      <w:tcPr>
        <w:tcBorders>
          <w:top w:val="nil"/>
          <w:left w:color="FFFFFF" w:space="0" w:sz="24" w:themeColor="background1" w:val="single"/>
          <w:bottom w:val="nil"/>
          <w:right w:val="nil"/>
          <w:insideH w:val="nil"/>
          <w:insideV w:val="nil"/>
        </w:tcBorders>
        <w:shd w:color="auto" w:fill="000000" w:themeFill="text1" w:val="clear"/>
      </w:tcPr>
    </w:tblStylePr>
    <w:tblStylePr w:type="band1Vert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val="nil"/>
        </w:tcBorders>
        <w:shd w:color="auto" w:fill="808080" w:themeFill="text1" w:themeFillTint="7F" w:val="clear"/>
      </w:tcPr>
    </w:tblStylePr>
    <w:tblStylePr w:type="band1Horz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color="FFFFFF" w:space="0" w:sz="8" w:themeColor="background1" w:val="single"/>
          <w:insideV w:color="FFFFFF" w:space="0" w:sz="8" w:themeColor="background1" w:val="single"/>
        </w:tcBorders>
        <w:shd w:color="auto" w:fill="808080" w:themeFill="text1" w:themeFillTint="7F" w:val="clear"/>
      </w:tcPr>
    </w:tblStylePr>
  </w:style>
  <w:style w:styleId="MediumGrid3-Accent1" w:type="table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FFFFFF" w:space="0" w:sz="8" w:themeColor="background1" w:val="single"/>
        <w:left w:color="FFFFFF" w:space="0" w:sz="8" w:themeColor="background1" w:val="single"/>
        <w:bottom w:color="FFFFFF" w:space="0" w:sz="8" w:themeColor="background1" w:val="single"/>
        <w:right w:color="FFFFFF" w:space="0" w:sz="8" w:themeColor="background1" w:val="single"/>
        <w:insideH w:color="FFFFFF" w:space="0" w:sz="6" w:themeColor="background1" w:val="single"/>
        <w:insideV w:color="FFFFFF" w:space="0" w:sz="6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D3DFEE" w:themeFill="accent1" w:themeFillTint="3F" w:val="clear"/>
    </w:tcPr>
    <w:tblStylePr w:type="fir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24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4F81BD" w:themeFill="accent1" w:val="clear"/>
      </w:tcPr>
    </w:tblStylePr>
    <w:tblStylePr w:type="la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24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4F81BD" w:themeFill="accent1" w:val="clear"/>
      </w:tcPr>
    </w:tblStylePr>
    <w:tblStylePr w:type="firstCol">
      <w:rPr>
        <w:b/>
        <w:bCs/>
        <w:i w:val="0"/>
        <w:iCs w:val="0"/>
        <w:color w:themeColor="background1" w:val="FFFFFF"/>
      </w:rPr>
      <w:tblPr/>
      <w:tcPr>
        <w:tcBorders>
          <w:left w:color="FFFFFF" w:space="0" w:sz="8" w:themeColor="background1" w:val="single"/>
          <w:right w:color="FFFFFF" w:space="0" w:sz="24" w:themeColor="background1" w:val="single"/>
          <w:insideH w:val="nil"/>
          <w:insideV w:val="nil"/>
        </w:tcBorders>
        <w:shd w:color="auto" w:fill="4F81BD" w:themeFill="accent1" w:val="clear"/>
      </w:tcPr>
    </w:tblStylePr>
    <w:tblStylePr w:type="lastCol">
      <w:rPr>
        <w:b/>
        <w:bCs/>
        <w:i w:val="0"/>
        <w:iCs w:val="0"/>
        <w:color w:themeColor="background1" w:val="FFFFFF"/>
      </w:rPr>
      <w:tblPr/>
      <w:tcPr>
        <w:tcBorders>
          <w:top w:val="nil"/>
          <w:left w:color="FFFFFF" w:space="0" w:sz="24" w:themeColor="background1" w:val="single"/>
          <w:bottom w:val="nil"/>
          <w:right w:val="nil"/>
          <w:insideH w:val="nil"/>
          <w:insideV w:val="nil"/>
        </w:tcBorders>
        <w:shd w:color="auto" w:fill="4F81BD" w:themeFill="accent1" w:val="clear"/>
      </w:tcPr>
    </w:tblStylePr>
    <w:tblStylePr w:type="band1Vert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val="nil"/>
        </w:tcBorders>
        <w:shd w:color="auto" w:fill="A7BFDE" w:themeFill="accent1" w:themeFillTint="7F" w:val="clear"/>
      </w:tcPr>
    </w:tblStylePr>
    <w:tblStylePr w:type="band1Horz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color="FFFFFF" w:space="0" w:sz="8" w:themeColor="background1" w:val="single"/>
          <w:insideV w:color="FFFFFF" w:space="0" w:sz="8" w:themeColor="background1" w:val="single"/>
        </w:tcBorders>
        <w:shd w:color="auto" w:fill="A7BFDE" w:themeFill="accent1" w:themeFillTint="7F" w:val="clear"/>
      </w:tcPr>
    </w:tblStylePr>
  </w:style>
  <w:style w:styleId="MediumGrid3-Accent2" w:type="table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FFFFFF" w:space="0" w:sz="8" w:themeColor="background1" w:val="single"/>
        <w:left w:color="FFFFFF" w:space="0" w:sz="8" w:themeColor="background1" w:val="single"/>
        <w:bottom w:color="FFFFFF" w:space="0" w:sz="8" w:themeColor="background1" w:val="single"/>
        <w:right w:color="FFFFFF" w:space="0" w:sz="8" w:themeColor="background1" w:val="single"/>
        <w:insideH w:color="FFFFFF" w:space="0" w:sz="6" w:themeColor="background1" w:val="single"/>
        <w:insideV w:color="FFFFFF" w:space="0" w:sz="6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EFD3D2" w:themeFill="accent2" w:themeFillTint="3F" w:val="clear"/>
    </w:tcPr>
    <w:tblStylePr w:type="fir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24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C0504D" w:themeFill="accent2" w:val="clear"/>
      </w:tcPr>
    </w:tblStylePr>
    <w:tblStylePr w:type="la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24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C0504D" w:themeFill="accent2" w:val="clear"/>
      </w:tcPr>
    </w:tblStylePr>
    <w:tblStylePr w:type="firstCol">
      <w:rPr>
        <w:b/>
        <w:bCs/>
        <w:i w:val="0"/>
        <w:iCs w:val="0"/>
        <w:color w:themeColor="background1" w:val="FFFFFF"/>
      </w:rPr>
      <w:tblPr/>
      <w:tcPr>
        <w:tcBorders>
          <w:left w:color="FFFFFF" w:space="0" w:sz="8" w:themeColor="background1" w:val="single"/>
          <w:right w:color="FFFFFF" w:space="0" w:sz="24" w:themeColor="background1" w:val="single"/>
          <w:insideH w:val="nil"/>
          <w:insideV w:val="nil"/>
        </w:tcBorders>
        <w:shd w:color="auto" w:fill="C0504D" w:themeFill="accent2" w:val="clear"/>
      </w:tcPr>
    </w:tblStylePr>
    <w:tblStylePr w:type="lastCol">
      <w:rPr>
        <w:b/>
        <w:bCs/>
        <w:i w:val="0"/>
        <w:iCs w:val="0"/>
        <w:color w:themeColor="background1" w:val="FFFFFF"/>
      </w:rPr>
      <w:tblPr/>
      <w:tcPr>
        <w:tcBorders>
          <w:top w:val="nil"/>
          <w:left w:color="FFFFFF" w:space="0" w:sz="24" w:themeColor="background1" w:val="single"/>
          <w:bottom w:val="nil"/>
          <w:right w:val="nil"/>
          <w:insideH w:val="nil"/>
          <w:insideV w:val="nil"/>
        </w:tcBorders>
        <w:shd w:color="auto" w:fill="C0504D" w:themeFill="accent2" w:val="clear"/>
      </w:tcPr>
    </w:tblStylePr>
    <w:tblStylePr w:type="band1Vert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val="nil"/>
        </w:tcBorders>
        <w:shd w:color="auto" w:fill="DFA7A6" w:themeFill="accent2" w:themeFillTint="7F" w:val="clear"/>
      </w:tcPr>
    </w:tblStylePr>
    <w:tblStylePr w:type="band1Horz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color="FFFFFF" w:space="0" w:sz="8" w:themeColor="background1" w:val="single"/>
          <w:insideV w:color="FFFFFF" w:space="0" w:sz="8" w:themeColor="background1" w:val="single"/>
        </w:tcBorders>
        <w:shd w:color="auto" w:fill="DFA7A6" w:themeFill="accent2" w:themeFillTint="7F" w:val="clear"/>
      </w:tcPr>
    </w:tblStylePr>
  </w:style>
  <w:style w:styleId="MediumGrid3-Accent3" w:type="table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FFFFFF" w:space="0" w:sz="8" w:themeColor="background1" w:val="single"/>
        <w:left w:color="FFFFFF" w:space="0" w:sz="8" w:themeColor="background1" w:val="single"/>
        <w:bottom w:color="FFFFFF" w:space="0" w:sz="8" w:themeColor="background1" w:val="single"/>
        <w:right w:color="FFFFFF" w:space="0" w:sz="8" w:themeColor="background1" w:val="single"/>
        <w:insideH w:color="FFFFFF" w:space="0" w:sz="6" w:themeColor="background1" w:val="single"/>
        <w:insideV w:color="FFFFFF" w:space="0" w:sz="6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E6EED5" w:themeFill="accent3" w:themeFillTint="3F" w:val="clear"/>
    </w:tcPr>
    <w:tblStylePr w:type="fir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24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9BBB59" w:themeFill="accent3" w:val="clear"/>
      </w:tcPr>
    </w:tblStylePr>
    <w:tblStylePr w:type="la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24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9BBB59" w:themeFill="accent3" w:val="clear"/>
      </w:tcPr>
    </w:tblStylePr>
    <w:tblStylePr w:type="firstCol">
      <w:rPr>
        <w:b/>
        <w:bCs/>
        <w:i w:val="0"/>
        <w:iCs w:val="0"/>
        <w:color w:themeColor="background1" w:val="FFFFFF"/>
      </w:rPr>
      <w:tblPr/>
      <w:tcPr>
        <w:tcBorders>
          <w:left w:color="FFFFFF" w:space="0" w:sz="8" w:themeColor="background1" w:val="single"/>
          <w:right w:color="FFFFFF" w:space="0" w:sz="24" w:themeColor="background1" w:val="single"/>
          <w:insideH w:val="nil"/>
          <w:insideV w:val="nil"/>
        </w:tcBorders>
        <w:shd w:color="auto" w:fill="9BBB59" w:themeFill="accent3" w:val="clear"/>
      </w:tcPr>
    </w:tblStylePr>
    <w:tblStylePr w:type="lastCol">
      <w:rPr>
        <w:b/>
        <w:bCs/>
        <w:i w:val="0"/>
        <w:iCs w:val="0"/>
        <w:color w:themeColor="background1" w:val="FFFFFF"/>
      </w:rPr>
      <w:tblPr/>
      <w:tcPr>
        <w:tcBorders>
          <w:top w:val="nil"/>
          <w:left w:color="FFFFFF" w:space="0" w:sz="24" w:themeColor="background1" w:val="single"/>
          <w:bottom w:val="nil"/>
          <w:right w:val="nil"/>
          <w:insideH w:val="nil"/>
          <w:insideV w:val="nil"/>
        </w:tcBorders>
        <w:shd w:color="auto" w:fill="9BBB59" w:themeFill="accent3" w:val="clear"/>
      </w:tcPr>
    </w:tblStylePr>
    <w:tblStylePr w:type="band1Vert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val="nil"/>
        </w:tcBorders>
        <w:shd w:color="auto" w:fill="CDDDAC" w:themeFill="accent3" w:themeFillTint="7F" w:val="clear"/>
      </w:tcPr>
    </w:tblStylePr>
    <w:tblStylePr w:type="band1Horz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color="FFFFFF" w:space="0" w:sz="8" w:themeColor="background1" w:val="single"/>
          <w:insideV w:color="FFFFFF" w:space="0" w:sz="8" w:themeColor="background1" w:val="single"/>
        </w:tcBorders>
        <w:shd w:color="auto" w:fill="CDDDAC" w:themeFill="accent3" w:themeFillTint="7F" w:val="clear"/>
      </w:tcPr>
    </w:tblStylePr>
  </w:style>
  <w:style w:styleId="MediumGrid3-Accent4" w:type="table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FFFFFF" w:space="0" w:sz="8" w:themeColor="background1" w:val="single"/>
        <w:left w:color="FFFFFF" w:space="0" w:sz="8" w:themeColor="background1" w:val="single"/>
        <w:bottom w:color="FFFFFF" w:space="0" w:sz="8" w:themeColor="background1" w:val="single"/>
        <w:right w:color="FFFFFF" w:space="0" w:sz="8" w:themeColor="background1" w:val="single"/>
        <w:insideH w:color="FFFFFF" w:space="0" w:sz="6" w:themeColor="background1" w:val="single"/>
        <w:insideV w:color="FFFFFF" w:space="0" w:sz="6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DFD8E8" w:themeFill="accent4" w:themeFillTint="3F" w:val="clear"/>
    </w:tcPr>
    <w:tblStylePr w:type="fir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24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8064A2" w:themeFill="accent4" w:val="clear"/>
      </w:tcPr>
    </w:tblStylePr>
    <w:tblStylePr w:type="la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24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8064A2" w:themeFill="accent4" w:val="clear"/>
      </w:tcPr>
    </w:tblStylePr>
    <w:tblStylePr w:type="firstCol">
      <w:rPr>
        <w:b/>
        <w:bCs/>
        <w:i w:val="0"/>
        <w:iCs w:val="0"/>
        <w:color w:themeColor="background1" w:val="FFFFFF"/>
      </w:rPr>
      <w:tblPr/>
      <w:tcPr>
        <w:tcBorders>
          <w:left w:color="FFFFFF" w:space="0" w:sz="8" w:themeColor="background1" w:val="single"/>
          <w:right w:color="FFFFFF" w:space="0" w:sz="24" w:themeColor="background1" w:val="single"/>
          <w:insideH w:val="nil"/>
          <w:insideV w:val="nil"/>
        </w:tcBorders>
        <w:shd w:color="auto" w:fill="8064A2" w:themeFill="accent4" w:val="clear"/>
      </w:tcPr>
    </w:tblStylePr>
    <w:tblStylePr w:type="lastCol">
      <w:rPr>
        <w:b/>
        <w:bCs/>
        <w:i w:val="0"/>
        <w:iCs w:val="0"/>
        <w:color w:themeColor="background1" w:val="FFFFFF"/>
      </w:rPr>
      <w:tblPr/>
      <w:tcPr>
        <w:tcBorders>
          <w:top w:val="nil"/>
          <w:left w:color="FFFFFF" w:space="0" w:sz="24" w:themeColor="background1" w:val="single"/>
          <w:bottom w:val="nil"/>
          <w:right w:val="nil"/>
          <w:insideH w:val="nil"/>
          <w:insideV w:val="nil"/>
        </w:tcBorders>
        <w:shd w:color="auto" w:fill="8064A2" w:themeFill="accent4" w:val="clear"/>
      </w:tcPr>
    </w:tblStylePr>
    <w:tblStylePr w:type="band1Vert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val="nil"/>
        </w:tcBorders>
        <w:shd w:color="auto" w:fill="BFB1D0" w:themeFill="accent4" w:themeFillTint="7F" w:val="clear"/>
      </w:tcPr>
    </w:tblStylePr>
    <w:tblStylePr w:type="band1Horz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color="FFFFFF" w:space="0" w:sz="8" w:themeColor="background1" w:val="single"/>
          <w:insideV w:color="FFFFFF" w:space="0" w:sz="8" w:themeColor="background1" w:val="single"/>
        </w:tcBorders>
        <w:shd w:color="auto" w:fill="BFB1D0" w:themeFill="accent4" w:themeFillTint="7F" w:val="clear"/>
      </w:tcPr>
    </w:tblStylePr>
  </w:style>
  <w:style w:styleId="MediumGrid3-Accent5" w:type="table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FFFFFF" w:space="0" w:sz="8" w:themeColor="background1" w:val="single"/>
        <w:left w:color="FFFFFF" w:space="0" w:sz="8" w:themeColor="background1" w:val="single"/>
        <w:bottom w:color="FFFFFF" w:space="0" w:sz="8" w:themeColor="background1" w:val="single"/>
        <w:right w:color="FFFFFF" w:space="0" w:sz="8" w:themeColor="background1" w:val="single"/>
        <w:insideH w:color="FFFFFF" w:space="0" w:sz="6" w:themeColor="background1" w:val="single"/>
        <w:insideV w:color="FFFFFF" w:space="0" w:sz="6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D2EAF1" w:themeFill="accent5" w:themeFillTint="3F" w:val="clear"/>
    </w:tcPr>
    <w:tblStylePr w:type="fir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24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4BACC6" w:themeFill="accent5" w:val="clear"/>
      </w:tcPr>
    </w:tblStylePr>
    <w:tblStylePr w:type="la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24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4BACC6" w:themeFill="accent5" w:val="clear"/>
      </w:tcPr>
    </w:tblStylePr>
    <w:tblStylePr w:type="firstCol">
      <w:rPr>
        <w:b/>
        <w:bCs/>
        <w:i w:val="0"/>
        <w:iCs w:val="0"/>
        <w:color w:themeColor="background1" w:val="FFFFFF"/>
      </w:rPr>
      <w:tblPr/>
      <w:tcPr>
        <w:tcBorders>
          <w:left w:color="FFFFFF" w:space="0" w:sz="8" w:themeColor="background1" w:val="single"/>
          <w:right w:color="FFFFFF" w:space="0" w:sz="24" w:themeColor="background1" w:val="single"/>
          <w:insideH w:val="nil"/>
          <w:insideV w:val="nil"/>
        </w:tcBorders>
        <w:shd w:color="auto" w:fill="4BACC6" w:themeFill="accent5" w:val="clear"/>
      </w:tcPr>
    </w:tblStylePr>
    <w:tblStylePr w:type="lastCol">
      <w:rPr>
        <w:b/>
        <w:bCs/>
        <w:i w:val="0"/>
        <w:iCs w:val="0"/>
        <w:color w:themeColor="background1" w:val="FFFFFF"/>
      </w:rPr>
      <w:tblPr/>
      <w:tcPr>
        <w:tcBorders>
          <w:top w:val="nil"/>
          <w:left w:color="FFFFFF" w:space="0" w:sz="24" w:themeColor="background1" w:val="single"/>
          <w:bottom w:val="nil"/>
          <w:right w:val="nil"/>
          <w:insideH w:val="nil"/>
          <w:insideV w:val="nil"/>
        </w:tcBorders>
        <w:shd w:color="auto" w:fill="4BACC6" w:themeFill="accent5" w:val="clear"/>
      </w:tcPr>
    </w:tblStylePr>
    <w:tblStylePr w:type="band1Vert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val="nil"/>
        </w:tcBorders>
        <w:shd w:color="auto" w:fill="A5D5E2" w:themeFill="accent5" w:themeFillTint="7F" w:val="clear"/>
      </w:tcPr>
    </w:tblStylePr>
    <w:tblStylePr w:type="band1Horz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color="FFFFFF" w:space="0" w:sz="8" w:themeColor="background1" w:val="single"/>
          <w:insideV w:color="FFFFFF" w:space="0" w:sz="8" w:themeColor="background1" w:val="single"/>
        </w:tcBorders>
        <w:shd w:color="auto" w:fill="A5D5E2" w:themeFill="accent5" w:themeFillTint="7F" w:val="clear"/>
      </w:tcPr>
    </w:tblStylePr>
  </w:style>
  <w:style w:styleId="MediumGrid3-Accent6" w:type="table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FFFFFF" w:space="0" w:sz="8" w:themeColor="background1" w:val="single"/>
        <w:left w:color="FFFFFF" w:space="0" w:sz="8" w:themeColor="background1" w:val="single"/>
        <w:bottom w:color="FFFFFF" w:space="0" w:sz="8" w:themeColor="background1" w:val="single"/>
        <w:right w:color="FFFFFF" w:space="0" w:sz="8" w:themeColor="background1" w:val="single"/>
        <w:insideH w:color="FFFFFF" w:space="0" w:sz="6" w:themeColor="background1" w:val="single"/>
        <w:insideV w:color="FFFFFF" w:space="0" w:sz="6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FDE4D0" w:themeFill="accent6" w:themeFillTint="3F" w:val="clear"/>
    </w:tcPr>
    <w:tblStylePr w:type="fir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24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F79646" w:themeFill="accent6" w:val="clear"/>
      </w:tcPr>
    </w:tblStylePr>
    <w:tblStylePr w:type="la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24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F79646" w:themeFill="accent6" w:val="clear"/>
      </w:tcPr>
    </w:tblStylePr>
    <w:tblStylePr w:type="firstCol">
      <w:rPr>
        <w:b/>
        <w:bCs/>
        <w:i w:val="0"/>
        <w:iCs w:val="0"/>
        <w:color w:themeColor="background1" w:val="FFFFFF"/>
      </w:rPr>
      <w:tblPr/>
      <w:tcPr>
        <w:tcBorders>
          <w:left w:color="FFFFFF" w:space="0" w:sz="8" w:themeColor="background1" w:val="single"/>
          <w:right w:color="FFFFFF" w:space="0" w:sz="24" w:themeColor="background1" w:val="single"/>
          <w:insideH w:val="nil"/>
          <w:insideV w:val="nil"/>
        </w:tcBorders>
        <w:shd w:color="auto" w:fill="F79646" w:themeFill="accent6" w:val="clear"/>
      </w:tcPr>
    </w:tblStylePr>
    <w:tblStylePr w:type="lastCol">
      <w:rPr>
        <w:b/>
        <w:bCs/>
        <w:i w:val="0"/>
        <w:iCs w:val="0"/>
        <w:color w:themeColor="background1" w:val="FFFFFF"/>
      </w:rPr>
      <w:tblPr/>
      <w:tcPr>
        <w:tcBorders>
          <w:top w:val="nil"/>
          <w:left w:color="FFFFFF" w:space="0" w:sz="24" w:themeColor="background1" w:val="single"/>
          <w:bottom w:val="nil"/>
          <w:right w:val="nil"/>
          <w:insideH w:val="nil"/>
          <w:insideV w:val="nil"/>
        </w:tcBorders>
        <w:shd w:color="auto" w:fill="F79646" w:themeFill="accent6" w:val="clear"/>
      </w:tcPr>
    </w:tblStylePr>
    <w:tblStylePr w:type="band1Vert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val="nil"/>
        </w:tcBorders>
        <w:shd w:color="auto" w:fill="FBCAA2" w:themeFill="accent6" w:themeFillTint="7F" w:val="clear"/>
      </w:tcPr>
    </w:tblStylePr>
    <w:tblStylePr w:type="band1Horz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color="FFFFFF" w:space="0" w:sz="8" w:themeColor="background1" w:val="single"/>
          <w:insideV w:color="FFFFFF" w:space="0" w:sz="8" w:themeColor="background1" w:val="single"/>
        </w:tcBorders>
        <w:shd w:color="auto" w:fill="FBCAA2" w:themeFill="accent6" w:themeFillTint="7F" w:val="clear"/>
      </w:tcPr>
    </w:tblStylePr>
  </w:style>
  <w:style w:styleId="DarkList" w:type="table">
    <w:name w:val="Dark List"/>
    <w:basedOn w:val="TableNormal"/>
    <w:uiPriority w:val="70"/>
    <w:rsid w:val="00CB0664"/>
    <w:pPr>
      <w:spacing w:after="0" w:line="240" w:lineRule="auto"/>
    </w:pPr>
    <w:rPr>
      <w:color w:themeColor="background1" w:val="FFFFFF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000000" w:themeFill="text1" w:val="clear"/>
    </w:tcPr>
    <w:tblStylePr w:type="firstRow">
      <w:rPr>
        <w:b/>
        <w:bCs/>
      </w:rPr>
      <w:tblPr/>
      <w:tcPr>
        <w:tcBorders>
          <w:top w:val="nil"/>
          <w:left w:val="nil"/>
          <w:bottom w:color="FFFFFF" w:space="0" w:sz="18" w:themeColor="background1" w:val="single"/>
          <w:right w:val="nil"/>
          <w:insideH w:val="nil"/>
          <w:insideV w:val="nil"/>
        </w:tcBorders>
        <w:shd w:color="auto" w:fill="000000" w:themeFill="text1" w:val="clear"/>
      </w:tcPr>
    </w:tblStylePr>
    <w:tblStylePr w:type="lastRow">
      <w:tblPr/>
      <w:tcPr>
        <w:tcBorders>
          <w:top w:color="FFFFFF" w:space="0" w:sz="18" w:themeColor="background1" w:val="single"/>
          <w:left w:val="nil"/>
          <w:bottom w:val="nil"/>
          <w:right w:val="nil"/>
          <w:insideH w:val="nil"/>
          <w:insideV w:val="nil"/>
        </w:tcBorders>
        <w:shd w:color="auto" w:fill="000000" w:themeFill="text1" w:themeFillShade="7F" w:val="clear"/>
      </w:tcPr>
    </w:tblStylePr>
    <w:tblStylePr w:type="firstCol">
      <w:tblPr/>
      <w:tcPr>
        <w:tcBorders>
          <w:top w:val="nil"/>
          <w:left w:val="nil"/>
          <w:bottom w:val="nil"/>
          <w:right w:color="FFFFFF" w:space="0" w:sz="18" w:themeColor="background1" w:val="single"/>
          <w:insideH w:val="nil"/>
          <w:insideV w:val="nil"/>
        </w:tcBorders>
        <w:shd w:color="auto" w:fill="000000" w:themeFill="text1" w:themeFillShade="BF" w:val="clear"/>
      </w:tcPr>
    </w:tblStylePr>
    <w:tblStylePr w:type="lastCol">
      <w:tblPr/>
      <w:tcPr>
        <w:tcBorders>
          <w:top w:val="nil"/>
          <w:left w:color="FFFFFF" w:space="0" w:sz="18" w:themeColor="background1" w:val="single"/>
          <w:bottom w:val="nil"/>
          <w:right w:val="nil"/>
          <w:insideH w:val="nil"/>
          <w:insideV w:val="nil"/>
        </w:tcBorders>
        <w:shd w:color="auto" w:fill="000000" w:themeFill="text1" w:themeFillShade="BF" w:val="clear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000000" w:themeFill="text1" w:themeFillShade="BF" w:val="clear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000000" w:themeFill="text1" w:themeFillShade="BF" w:val="clear"/>
      </w:tcPr>
    </w:tblStylePr>
  </w:style>
  <w:style w:styleId="DarkList-Accent1" w:type="table">
    <w:name w:val="Dark List Accent 1"/>
    <w:basedOn w:val="TableNormal"/>
    <w:uiPriority w:val="70"/>
    <w:rsid w:val="00CB0664"/>
    <w:pPr>
      <w:spacing w:after="0" w:line="240" w:lineRule="auto"/>
    </w:pPr>
    <w:rPr>
      <w:color w:themeColor="background1" w:val="FFFFFF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4F81BD" w:themeFill="accent1" w:val="clear"/>
    </w:tcPr>
    <w:tblStylePr w:type="firstRow">
      <w:rPr>
        <w:b/>
        <w:bCs/>
      </w:rPr>
      <w:tblPr/>
      <w:tcPr>
        <w:tcBorders>
          <w:top w:val="nil"/>
          <w:left w:val="nil"/>
          <w:bottom w:color="FFFFFF" w:space="0" w:sz="18" w:themeColor="background1" w:val="single"/>
          <w:right w:val="nil"/>
          <w:insideH w:val="nil"/>
          <w:insideV w:val="nil"/>
        </w:tcBorders>
        <w:shd w:color="auto" w:fill="000000" w:themeFill="text1" w:val="clear"/>
      </w:tcPr>
    </w:tblStylePr>
    <w:tblStylePr w:type="lastRow">
      <w:tblPr/>
      <w:tcPr>
        <w:tcBorders>
          <w:top w:color="FFFFFF" w:space="0" w:sz="18" w:themeColor="background1" w:val="single"/>
          <w:left w:val="nil"/>
          <w:bottom w:val="nil"/>
          <w:right w:val="nil"/>
          <w:insideH w:val="nil"/>
          <w:insideV w:val="nil"/>
        </w:tcBorders>
        <w:shd w:color="auto" w:fill="243F60" w:themeFill="accent1" w:themeFillShade="7F" w:val="clear"/>
      </w:tcPr>
    </w:tblStylePr>
    <w:tblStylePr w:type="firstCol">
      <w:tblPr/>
      <w:tcPr>
        <w:tcBorders>
          <w:top w:val="nil"/>
          <w:left w:val="nil"/>
          <w:bottom w:val="nil"/>
          <w:right w:color="FFFFFF" w:space="0" w:sz="18" w:themeColor="background1" w:val="single"/>
          <w:insideH w:val="nil"/>
          <w:insideV w:val="nil"/>
        </w:tcBorders>
        <w:shd w:color="auto" w:fill="365F91" w:themeFill="accent1" w:themeFillShade="BF" w:val="clear"/>
      </w:tcPr>
    </w:tblStylePr>
    <w:tblStylePr w:type="lastCol">
      <w:tblPr/>
      <w:tcPr>
        <w:tcBorders>
          <w:top w:val="nil"/>
          <w:left w:color="FFFFFF" w:space="0" w:sz="18" w:themeColor="background1" w:val="single"/>
          <w:bottom w:val="nil"/>
          <w:right w:val="nil"/>
          <w:insideH w:val="nil"/>
          <w:insideV w:val="nil"/>
        </w:tcBorders>
        <w:shd w:color="auto" w:fill="365F91" w:themeFill="accent1" w:themeFillShade="BF" w:val="clear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365F91" w:themeFill="accent1" w:themeFillShade="BF" w:val="clear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365F91" w:themeFill="accent1" w:themeFillShade="BF" w:val="clear"/>
      </w:tcPr>
    </w:tblStylePr>
  </w:style>
  <w:style w:styleId="DarkList-Accent2" w:type="table">
    <w:name w:val="Dark List Accent 2"/>
    <w:basedOn w:val="TableNormal"/>
    <w:uiPriority w:val="70"/>
    <w:rsid w:val="00CB0664"/>
    <w:pPr>
      <w:spacing w:after="0" w:line="240" w:lineRule="auto"/>
    </w:pPr>
    <w:rPr>
      <w:color w:themeColor="background1" w:val="FFFFFF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C0504D" w:themeFill="accent2" w:val="clear"/>
    </w:tcPr>
    <w:tblStylePr w:type="firstRow">
      <w:rPr>
        <w:b/>
        <w:bCs/>
      </w:rPr>
      <w:tblPr/>
      <w:tcPr>
        <w:tcBorders>
          <w:top w:val="nil"/>
          <w:left w:val="nil"/>
          <w:bottom w:color="FFFFFF" w:space="0" w:sz="18" w:themeColor="background1" w:val="single"/>
          <w:right w:val="nil"/>
          <w:insideH w:val="nil"/>
          <w:insideV w:val="nil"/>
        </w:tcBorders>
        <w:shd w:color="auto" w:fill="000000" w:themeFill="text1" w:val="clear"/>
      </w:tcPr>
    </w:tblStylePr>
    <w:tblStylePr w:type="lastRow">
      <w:tblPr/>
      <w:tcPr>
        <w:tcBorders>
          <w:top w:color="FFFFFF" w:space="0" w:sz="18" w:themeColor="background1" w:val="single"/>
          <w:left w:val="nil"/>
          <w:bottom w:val="nil"/>
          <w:right w:val="nil"/>
          <w:insideH w:val="nil"/>
          <w:insideV w:val="nil"/>
        </w:tcBorders>
        <w:shd w:color="auto" w:fill="622423" w:themeFill="accent2" w:themeFillShade="7F" w:val="clear"/>
      </w:tcPr>
    </w:tblStylePr>
    <w:tblStylePr w:type="firstCol">
      <w:tblPr/>
      <w:tcPr>
        <w:tcBorders>
          <w:top w:val="nil"/>
          <w:left w:val="nil"/>
          <w:bottom w:val="nil"/>
          <w:right w:color="FFFFFF" w:space="0" w:sz="18" w:themeColor="background1" w:val="single"/>
          <w:insideH w:val="nil"/>
          <w:insideV w:val="nil"/>
        </w:tcBorders>
        <w:shd w:color="auto" w:fill="943634" w:themeFill="accent2" w:themeFillShade="BF" w:val="clear"/>
      </w:tcPr>
    </w:tblStylePr>
    <w:tblStylePr w:type="lastCol">
      <w:tblPr/>
      <w:tcPr>
        <w:tcBorders>
          <w:top w:val="nil"/>
          <w:left w:color="FFFFFF" w:space="0" w:sz="18" w:themeColor="background1" w:val="single"/>
          <w:bottom w:val="nil"/>
          <w:right w:val="nil"/>
          <w:insideH w:val="nil"/>
          <w:insideV w:val="nil"/>
        </w:tcBorders>
        <w:shd w:color="auto" w:fill="943634" w:themeFill="accent2" w:themeFillShade="BF" w:val="clear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943634" w:themeFill="accent2" w:themeFillShade="BF" w:val="clear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943634" w:themeFill="accent2" w:themeFillShade="BF" w:val="clear"/>
      </w:tcPr>
    </w:tblStylePr>
  </w:style>
  <w:style w:styleId="DarkList-Accent3" w:type="table">
    <w:name w:val="Dark List Accent 3"/>
    <w:basedOn w:val="TableNormal"/>
    <w:uiPriority w:val="70"/>
    <w:rsid w:val="00CB0664"/>
    <w:pPr>
      <w:spacing w:after="0" w:line="240" w:lineRule="auto"/>
    </w:pPr>
    <w:rPr>
      <w:color w:themeColor="background1" w:val="FFFFFF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9BBB59" w:themeFill="accent3" w:val="clear"/>
    </w:tcPr>
    <w:tblStylePr w:type="firstRow">
      <w:rPr>
        <w:b/>
        <w:bCs/>
      </w:rPr>
      <w:tblPr/>
      <w:tcPr>
        <w:tcBorders>
          <w:top w:val="nil"/>
          <w:left w:val="nil"/>
          <w:bottom w:color="FFFFFF" w:space="0" w:sz="18" w:themeColor="background1" w:val="single"/>
          <w:right w:val="nil"/>
          <w:insideH w:val="nil"/>
          <w:insideV w:val="nil"/>
        </w:tcBorders>
        <w:shd w:color="auto" w:fill="000000" w:themeFill="text1" w:val="clear"/>
      </w:tcPr>
    </w:tblStylePr>
    <w:tblStylePr w:type="lastRow">
      <w:tblPr/>
      <w:tcPr>
        <w:tcBorders>
          <w:top w:color="FFFFFF" w:space="0" w:sz="18" w:themeColor="background1" w:val="single"/>
          <w:left w:val="nil"/>
          <w:bottom w:val="nil"/>
          <w:right w:val="nil"/>
          <w:insideH w:val="nil"/>
          <w:insideV w:val="nil"/>
        </w:tcBorders>
        <w:shd w:color="auto" w:fill="4E6128" w:themeFill="accent3" w:themeFillShade="7F" w:val="clear"/>
      </w:tcPr>
    </w:tblStylePr>
    <w:tblStylePr w:type="firstCol">
      <w:tblPr/>
      <w:tcPr>
        <w:tcBorders>
          <w:top w:val="nil"/>
          <w:left w:val="nil"/>
          <w:bottom w:val="nil"/>
          <w:right w:color="FFFFFF" w:space="0" w:sz="18" w:themeColor="background1" w:val="single"/>
          <w:insideH w:val="nil"/>
          <w:insideV w:val="nil"/>
        </w:tcBorders>
        <w:shd w:color="auto" w:fill="76923C" w:themeFill="accent3" w:themeFillShade="BF" w:val="clear"/>
      </w:tcPr>
    </w:tblStylePr>
    <w:tblStylePr w:type="lastCol">
      <w:tblPr/>
      <w:tcPr>
        <w:tcBorders>
          <w:top w:val="nil"/>
          <w:left w:color="FFFFFF" w:space="0" w:sz="18" w:themeColor="background1" w:val="single"/>
          <w:bottom w:val="nil"/>
          <w:right w:val="nil"/>
          <w:insideH w:val="nil"/>
          <w:insideV w:val="nil"/>
        </w:tcBorders>
        <w:shd w:color="auto" w:fill="76923C" w:themeFill="accent3" w:themeFillShade="BF" w:val="clear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76923C" w:themeFill="accent3" w:themeFillShade="BF" w:val="clear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76923C" w:themeFill="accent3" w:themeFillShade="BF" w:val="clear"/>
      </w:tcPr>
    </w:tblStylePr>
  </w:style>
  <w:style w:styleId="DarkList-Accent4" w:type="table">
    <w:name w:val="Dark List Accent 4"/>
    <w:basedOn w:val="TableNormal"/>
    <w:uiPriority w:val="70"/>
    <w:rsid w:val="00CB0664"/>
    <w:pPr>
      <w:spacing w:after="0" w:line="240" w:lineRule="auto"/>
    </w:pPr>
    <w:rPr>
      <w:color w:themeColor="background1" w:val="FFFFFF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8064A2" w:themeFill="accent4" w:val="clear"/>
    </w:tcPr>
    <w:tblStylePr w:type="firstRow">
      <w:rPr>
        <w:b/>
        <w:bCs/>
      </w:rPr>
      <w:tblPr/>
      <w:tcPr>
        <w:tcBorders>
          <w:top w:val="nil"/>
          <w:left w:val="nil"/>
          <w:bottom w:color="FFFFFF" w:space="0" w:sz="18" w:themeColor="background1" w:val="single"/>
          <w:right w:val="nil"/>
          <w:insideH w:val="nil"/>
          <w:insideV w:val="nil"/>
        </w:tcBorders>
        <w:shd w:color="auto" w:fill="000000" w:themeFill="text1" w:val="clear"/>
      </w:tcPr>
    </w:tblStylePr>
    <w:tblStylePr w:type="lastRow">
      <w:tblPr/>
      <w:tcPr>
        <w:tcBorders>
          <w:top w:color="FFFFFF" w:space="0" w:sz="18" w:themeColor="background1" w:val="single"/>
          <w:left w:val="nil"/>
          <w:bottom w:val="nil"/>
          <w:right w:val="nil"/>
          <w:insideH w:val="nil"/>
          <w:insideV w:val="nil"/>
        </w:tcBorders>
        <w:shd w:color="auto" w:fill="3F3151" w:themeFill="accent4" w:themeFillShade="7F" w:val="clear"/>
      </w:tcPr>
    </w:tblStylePr>
    <w:tblStylePr w:type="firstCol">
      <w:tblPr/>
      <w:tcPr>
        <w:tcBorders>
          <w:top w:val="nil"/>
          <w:left w:val="nil"/>
          <w:bottom w:val="nil"/>
          <w:right w:color="FFFFFF" w:space="0" w:sz="18" w:themeColor="background1" w:val="single"/>
          <w:insideH w:val="nil"/>
          <w:insideV w:val="nil"/>
        </w:tcBorders>
        <w:shd w:color="auto" w:fill="5F497A" w:themeFill="accent4" w:themeFillShade="BF" w:val="clear"/>
      </w:tcPr>
    </w:tblStylePr>
    <w:tblStylePr w:type="lastCol">
      <w:tblPr/>
      <w:tcPr>
        <w:tcBorders>
          <w:top w:val="nil"/>
          <w:left w:color="FFFFFF" w:space="0" w:sz="18" w:themeColor="background1" w:val="single"/>
          <w:bottom w:val="nil"/>
          <w:right w:val="nil"/>
          <w:insideH w:val="nil"/>
          <w:insideV w:val="nil"/>
        </w:tcBorders>
        <w:shd w:color="auto" w:fill="5F497A" w:themeFill="accent4" w:themeFillShade="BF" w:val="clear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5F497A" w:themeFill="accent4" w:themeFillShade="BF" w:val="clear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5F497A" w:themeFill="accent4" w:themeFillShade="BF" w:val="clear"/>
      </w:tcPr>
    </w:tblStylePr>
  </w:style>
  <w:style w:styleId="DarkList-Accent5" w:type="table">
    <w:name w:val="Dark List Accent 5"/>
    <w:basedOn w:val="TableNormal"/>
    <w:uiPriority w:val="70"/>
    <w:rsid w:val="00CB0664"/>
    <w:pPr>
      <w:spacing w:after="0" w:line="240" w:lineRule="auto"/>
    </w:pPr>
    <w:rPr>
      <w:color w:themeColor="background1" w:val="FFFFFF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4BACC6" w:themeFill="accent5" w:val="clear"/>
    </w:tcPr>
    <w:tblStylePr w:type="firstRow">
      <w:rPr>
        <w:b/>
        <w:bCs/>
      </w:rPr>
      <w:tblPr/>
      <w:tcPr>
        <w:tcBorders>
          <w:top w:val="nil"/>
          <w:left w:val="nil"/>
          <w:bottom w:color="FFFFFF" w:space="0" w:sz="18" w:themeColor="background1" w:val="single"/>
          <w:right w:val="nil"/>
          <w:insideH w:val="nil"/>
          <w:insideV w:val="nil"/>
        </w:tcBorders>
        <w:shd w:color="auto" w:fill="000000" w:themeFill="text1" w:val="clear"/>
      </w:tcPr>
    </w:tblStylePr>
    <w:tblStylePr w:type="lastRow">
      <w:tblPr/>
      <w:tcPr>
        <w:tcBorders>
          <w:top w:color="FFFFFF" w:space="0" w:sz="18" w:themeColor="background1" w:val="single"/>
          <w:left w:val="nil"/>
          <w:bottom w:val="nil"/>
          <w:right w:val="nil"/>
          <w:insideH w:val="nil"/>
          <w:insideV w:val="nil"/>
        </w:tcBorders>
        <w:shd w:color="auto" w:fill="205867" w:themeFill="accent5" w:themeFillShade="7F" w:val="clear"/>
      </w:tcPr>
    </w:tblStylePr>
    <w:tblStylePr w:type="firstCol">
      <w:tblPr/>
      <w:tcPr>
        <w:tcBorders>
          <w:top w:val="nil"/>
          <w:left w:val="nil"/>
          <w:bottom w:val="nil"/>
          <w:right w:color="FFFFFF" w:space="0" w:sz="18" w:themeColor="background1" w:val="single"/>
          <w:insideH w:val="nil"/>
          <w:insideV w:val="nil"/>
        </w:tcBorders>
        <w:shd w:color="auto" w:fill="31849B" w:themeFill="accent5" w:themeFillShade="BF" w:val="clear"/>
      </w:tcPr>
    </w:tblStylePr>
    <w:tblStylePr w:type="lastCol">
      <w:tblPr/>
      <w:tcPr>
        <w:tcBorders>
          <w:top w:val="nil"/>
          <w:left w:color="FFFFFF" w:space="0" w:sz="18" w:themeColor="background1" w:val="single"/>
          <w:bottom w:val="nil"/>
          <w:right w:val="nil"/>
          <w:insideH w:val="nil"/>
          <w:insideV w:val="nil"/>
        </w:tcBorders>
        <w:shd w:color="auto" w:fill="31849B" w:themeFill="accent5" w:themeFillShade="BF" w:val="clear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31849B" w:themeFill="accent5" w:themeFillShade="BF" w:val="clear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31849B" w:themeFill="accent5" w:themeFillShade="BF" w:val="clear"/>
      </w:tcPr>
    </w:tblStylePr>
  </w:style>
  <w:style w:styleId="DarkList-Accent6" w:type="table">
    <w:name w:val="Dark List Accent 6"/>
    <w:basedOn w:val="TableNormal"/>
    <w:uiPriority w:val="70"/>
    <w:rsid w:val="00CB0664"/>
    <w:pPr>
      <w:spacing w:after="0" w:line="240" w:lineRule="auto"/>
    </w:pPr>
    <w:rPr>
      <w:color w:themeColor="background1" w:val="FFFFFF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F79646" w:themeFill="accent6" w:val="clear"/>
    </w:tcPr>
    <w:tblStylePr w:type="firstRow">
      <w:rPr>
        <w:b/>
        <w:bCs/>
      </w:rPr>
      <w:tblPr/>
      <w:tcPr>
        <w:tcBorders>
          <w:top w:val="nil"/>
          <w:left w:val="nil"/>
          <w:bottom w:color="FFFFFF" w:space="0" w:sz="18" w:themeColor="background1" w:val="single"/>
          <w:right w:val="nil"/>
          <w:insideH w:val="nil"/>
          <w:insideV w:val="nil"/>
        </w:tcBorders>
        <w:shd w:color="auto" w:fill="000000" w:themeFill="text1" w:val="clear"/>
      </w:tcPr>
    </w:tblStylePr>
    <w:tblStylePr w:type="lastRow">
      <w:tblPr/>
      <w:tcPr>
        <w:tcBorders>
          <w:top w:color="FFFFFF" w:space="0" w:sz="18" w:themeColor="background1" w:val="single"/>
          <w:left w:val="nil"/>
          <w:bottom w:val="nil"/>
          <w:right w:val="nil"/>
          <w:insideH w:val="nil"/>
          <w:insideV w:val="nil"/>
        </w:tcBorders>
        <w:shd w:color="auto" w:fill="974706" w:themeFill="accent6" w:themeFillShade="7F" w:val="clear"/>
      </w:tcPr>
    </w:tblStylePr>
    <w:tblStylePr w:type="firstCol">
      <w:tblPr/>
      <w:tcPr>
        <w:tcBorders>
          <w:top w:val="nil"/>
          <w:left w:val="nil"/>
          <w:bottom w:val="nil"/>
          <w:right w:color="FFFFFF" w:space="0" w:sz="18" w:themeColor="background1" w:val="single"/>
          <w:insideH w:val="nil"/>
          <w:insideV w:val="nil"/>
        </w:tcBorders>
        <w:shd w:color="auto" w:fill="E36C0A" w:themeFill="accent6" w:themeFillShade="BF" w:val="clear"/>
      </w:tcPr>
    </w:tblStylePr>
    <w:tblStylePr w:type="lastCol">
      <w:tblPr/>
      <w:tcPr>
        <w:tcBorders>
          <w:top w:val="nil"/>
          <w:left w:color="FFFFFF" w:space="0" w:sz="18" w:themeColor="background1" w:val="single"/>
          <w:bottom w:val="nil"/>
          <w:right w:val="nil"/>
          <w:insideH w:val="nil"/>
          <w:insideV w:val="nil"/>
        </w:tcBorders>
        <w:shd w:color="auto" w:fill="E36C0A" w:themeFill="accent6" w:themeFillShade="BF" w:val="clear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E36C0A" w:themeFill="accent6" w:themeFillShade="BF" w:val="clear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E36C0A" w:themeFill="accent6" w:themeFillShade="BF" w:val="clear"/>
      </w:tcPr>
    </w:tblStylePr>
  </w:style>
  <w:style w:styleId="ColorfulShading" w:type="table">
    <w:name w:val="Colorful Shading"/>
    <w:basedOn w:val="TableNormal"/>
    <w:uiPriority w:val="71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C0504D" w:space="0" w:sz="24" w:themeColor="accent2" w:val="single"/>
        <w:left w:color="000000" w:space="0" w:sz="4" w:themeColor="text1" w:val="single"/>
        <w:bottom w:color="000000" w:space="0" w:sz="4" w:themeColor="text1" w:val="single"/>
        <w:right w:color="000000" w:space="0" w:sz="4" w:themeColor="text1" w:val="single"/>
        <w:insideH w:color="FFFFFF" w:space="0" w:sz="4" w:themeColor="background1" w:val="single"/>
        <w:insideV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E6E6E6" w:themeFill="text1" w:themeFillTint="19" w:val="clear"/>
    </w:tcPr>
    <w:tblStylePr w:type="firstRow">
      <w:rPr>
        <w:b/>
        <w:bCs/>
      </w:rPr>
      <w:tblPr/>
      <w:tcPr>
        <w:tcBorders>
          <w:top w:val="nil"/>
          <w:left w:val="nil"/>
          <w:bottom w:color="C0504D" w:space="0" w:sz="24" w:themeColor="accent2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rPr>
        <w:b/>
        <w:bCs/>
        <w:color w:themeColor="background1" w:val="FFFFFF"/>
      </w:rPr>
      <w:tblPr/>
      <w:tcPr>
        <w:tcBorders>
          <w:top w:color="FFFFFF" w:space="0" w:sz="6" w:themeColor="background1" w:val="single"/>
        </w:tcBorders>
        <w:shd w:color="auto" w:fill="000000" w:themeFill="text1" w:themeFillShade="99" w:val="clear"/>
      </w:tcPr>
    </w:tblStylePr>
    <w:tblStylePr w:type="fir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color="000000" w:space="0" w:sz="4" w:themeColor="text1" w:themeShade="99" w:val="single"/>
          <w:insideV w:val="nil"/>
        </w:tcBorders>
        <w:shd w:color="auto" w:fill="000000" w:themeFill="text1" w:themeFillShade="99" w:val="clear"/>
      </w:tcPr>
    </w:tblStylePr>
    <w:tblStylePr w:type="la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000000" w:themeFill="text1" w:themeFillShade="BF" w:val="clear"/>
      </w:tcPr>
    </w:tblStylePr>
    <w:tblStylePr w:type="band1Vert">
      <w:tblPr/>
      <w:tcPr>
        <w:shd w:color="auto" w:fill="999999" w:themeFill="text1" w:themeFillTint="66" w:val="clear"/>
      </w:tcPr>
    </w:tblStylePr>
    <w:tblStylePr w:type="band1Horz">
      <w:tblPr/>
      <w:tcPr>
        <w:shd w:color="auto" w:fill="808080" w:themeFill="text1" w:themeFillTint="7F" w:val="clear"/>
      </w:tcPr>
    </w:tblStylePr>
    <w:tblStylePr w:type="neCell">
      <w:rPr>
        <w:color w:themeColor="text1" w:val="000000"/>
      </w:rPr>
    </w:tblStylePr>
    <w:tblStylePr w:type="nwCell">
      <w:rPr>
        <w:color w:themeColor="text1" w:val="000000"/>
      </w:rPr>
    </w:tblStylePr>
  </w:style>
  <w:style w:styleId="ColorfulShading-Accent1" w:type="table">
    <w:name w:val="Colorful Shading Accent 1"/>
    <w:basedOn w:val="TableNormal"/>
    <w:uiPriority w:val="71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C0504D" w:space="0" w:sz="24" w:themeColor="accent2" w:val="single"/>
        <w:left w:color="4F81BD" w:space="0" w:sz="4" w:themeColor="accent1" w:val="single"/>
        <w:bottom w:color="4F81BD" w:space="0" w:sz="4" w:themeColor="accent1" w:val="single"/>
        <w:right w:color="4F81BD" w:space="0" w:sz="4" w:themeColor="accent1" w:val="single"/>
        <w:insideH w:color="FFFFFF" w:space="0" w:sz="4" w:themeColor="background1" w:val="single"/>
        <w:insideV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EDF2F8" w:themeFill="accent1" w:themeFillTint="19" w:val="clear"/>
    </w:tcPr>
    <w:tblStylePr w:type="firstRow">
      <w:rPr>
        <w:b/>
        <w:bCs/>
      </w:rPr>
      <w:tblPr/>
      <w:tcPr>
        <w:tcBorders>
          <w:top w:val="nil"/>
          <w:left w:val="nil"/>
          <w:bottom w:color="C0504D" w:space="0" w:sz="24" w:themeColor="accent2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rPr>
        <w:b/>
        <w:bCs/>
        <w:color w:themeColor="background1" w:val="FFFFFF"/>
      </w:rPr>
      <w:tblPr/>
      <w:tcPr>
        <w:tcBorders>
          <w:top w:color="FFFFFF" w:space="0" w:sz="6" w:themeColor="background1" w:val="single"/>
        </w:tcBorders>
        <w:shd w:color="auto" w:fill="2C4C74" w:themeFill="accent1" w:themeFillShade="99" w:val="clear"/>
      </w:tcPr>
    </w:tblStylePr>
    <w:tblStylePr w:type="fir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color="2C4C74" w:space="0" w:sz="4" w:themeColor="accent1" w:themeShade="99" w:val="single"/>
          <w:insideV w:val="nil"/>
        </w:tcBorders>
        <w:shd w:color="auto" w:fill="2C4C74" w:themeFill="accent1" w:themeFillShade="99" w:val="clear"/>
      </w:tcPr>
    </w:tblStylePr>
    <w:tblStylePr w:type="la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2C4C74" w:themeFill="accent1" w:themeFillShade="99" w:val="clear"/>
      </w:tcPr>
    </w:tblStylePr>
    <w:tblStylePr w:type="band1Vert">
      <w:tblPr/>
      <w:tcPr>
        <w:shd w:color="auto" w:fill="B8CCE4" w:themeFill="accent1" w:themeFillTint="66" w:val="clear"/>
      </w:tcPr>
    </w:tblStylePr>
    <w:tblStylePr w:type="band1Horz">
      <w:tblPr/>
      <w:tcPr>
        <w:shd w:color="auto" w:fill="A7BFDE" w:themeFill="accent1" w:themeFillTint="7F" w:val="clear"/>
      </w:tcPr>
    </w:tblStylePr>
    <w:tblStylePr w:type="neCell">
      <w:rPr>
        <w:color w:themeColor="text1" w:val="000000"/>
      </w:rPr>
    </w:tblStylePr>
    <w:tblStylePr w:type="nwCell">
      <w:rPr>
        <w:color w:themeColor="text1" w:val="000000"/>
      </w:rPr>
    </w:tblStylePr>
  </w:style>
  <w:style w:styleId="ColorfulShading-Accent2" w:type="table">
    <w:name w:val="Colorful Shading Accent 2"/>
    <w:basedOn w:val="TableNormal"/>
    <w:uiPriority w:val="71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C0504D" w:space="0" w:sz="24" w:themeColor="accent2" w:val="single"/>
        <w:left w:color="C0504D" w:space="0" w:sz="4" w:themeColor="accent2" w:val="single"/>
        <w:bottom w:color="C0504D" w:space="0" w:sz="4" w:themeColor="accent2" w:val="single"/>
        <w:right w:color="C0504D" w:space="0" w:sz="4" w:themeColor="accent2" w:val="single"/>
        <w:insideH w:color="FFFFFF" w:space="0" w:sz="4" w:themeColor="background1" w:val="single"/>
        <w:insideV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F8EDED" w:themeFill="accent2" w:themeFillTint="19" w:val="clear"/>
    </w:tcPr>
    <w:tblStylePr w:type="firstRow">
      <w:rPr>
        <w:b/>
        <w:bCs/>
      </w:rPr>
      <w:tblPr/>
      <w:tcPr>
        <w:tcBorders>
          <w:top w:val="nil"/>
          <w:left w:val="nil"/>
          <w:bottom w:color="C0504D" w:space="0" w:sz="24" w:themeColor="accent2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rPr>
        <w:b/>
        <w:bCs/>
        <w:color w:themeColor="background1" w:val="FFFFFF"/>
      </w:rPr>
      <w:tblPr/>
      <w:tcPr>
        <w:tcBorders>
          <w:top w:color="FFFFFF" w:space="0" w:sz="6" w:themeColor="background1" w:val="single"/>
        </w:tcBorders>
        <w:shd w:color="auto" w:fill="772C2A" w:themeFill="accent2" w:themeFillShade="99" w:val="clear"/>
      </w:tcPr>
    </w:tblStylePr>
    <w:tblStylePr w:type="fir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color="772C2A" w:space="0" w:sz="4" w:themeColor="accent2" w:themeShade="99" w:val="single"/>
          <w:insideV w:val="nil"/>
        </w:tcBorders>
        <w:shd w:color="auto" w:fill="772C2A" w:themeFill="accent2" w:themeFillShade="99" w:val="clear"/>
      </w:tcPr>
    </w:tblStylePr>
    <w:tblStylePr w:type="la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772C2A" w:themeFill="accent2" w:themeFillShade="99" w:val="clear"/>
      </w:tcPr>
    </w:tblStylePr>
    <w:tblStylePr w:type="band1Vert">
      <w:tblPr/>
      <w:tcPr>
        <w:shd w:color="auto" w:fill="E5B8B7" w:themeFill="accent2" w:themeFillTint="66" w:val="clear"/>
      </w:tcPr>
    </w:tblStylePr>
    <w:tblStylePr w:type="band1Horz">
      <w:tblPr/>
      <w:tcPr>
        <w:shd w:color="auto" w:fill="DFA7A6" w:themeFill="accent2" w:themeFillTint="7F" w:val="clear"/>
      </w:tcPr>
    </w:tblStylePr>
    <w:tblStylePr w:type="neCell">
      <w:rPr>
        <w:color w:themeColor="text1" w:val="000000"/>
      </w:rPr>
    </w:tblStylePr>
    <w:tblStylePr w:type="nwCell">
      <w:rPr>
        <w:color w:themeColor="text1" w:val="000000"/>
      </w:rPr>
    </w:tblStylePr>
  </w:style>
  <w:style w:styleId="ColorfulShading-Accent3" w:type="table">
    <w:name w:val="Colorful Shading Accent 3"/>
    <w:basedOn w:val="TableNormal"/>
    <w:uiPriority w:val="71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8064A2" w:space="0" w:sz="24" w:themeColor="accent4" w:val="single"/>
        <w:left w:color="9BBB59" w:space="0" w:sz="4" w:themeColor="accent3" w:val="single"/>
        <w:bottom w:color="9BBB59" w:space="0" w:sz="4" w:themeColor="accent3" w:val="single"/>
        <w:right w:color="9BBB59" w:space="0" w:sz="4" w:themeColor="accent3" w:val="single"/>
        <w:insideH w:color="FFFFFF" w:space="0" w:sz="4" w:themeColor="background1" w:val="single"/>
        <w:insideV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F5F8EE" w:themeFill="accent3" w:themeFillTint="19" w:val="clear"/>
    </w:tcPr>
    <w:tblStylePr w:type="firstRow">
      <w:rPr>
        <w:b/>
        <w:bCs/>
      </w:rPr>
      <w:tblPr/>
      <w:tcPr>
        <w:tcBorders>
          <w:top w:val="nil"/>
          <w:left w:val="nil"/>
          <w:bottom w:color="8064A2" w:space="0" w:sz="24" w:themeColor="accent4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rPr>
        <w:b/>
        <w:bCs/>
        <w:color w:themeColor="background1" w:val="FFFFFF"/>
      </w:rPr>
      <w:tblPr/>
      <w:tcPr>
        <w:tcBorders>
          <w:top w:color="FFFFFF" w:space="0" w:sz="6" w:themeColor="background1" w:val="single"/>
        </w:tcBorders>
        <w:shd w:color="auto" w:fill="5E7530" w:themeFill="accent3" w:themeFillShade="99" w:val="clear"/>
      </w:tcPr>
    </w:tblStylePr>
    <w:tblStylePr w:type="fir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color="5E7530" w:space="0" w:sz="4" w:themeColor="accent3" w:themeShade="99" w:val="single"/>
          <w:insideV w:val="nil"/>
        </w:tcBorders>
        <w:shd w:color="auto" w:fill="5E7530" w:themeFill="accent3" w:themeFillShade="99" w:val="clear"/>
      </w:tcPr>
    </w:tblStylePr>
    <w:tblStylePr w:type="la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5E7530" w:themeFill="accent3" w:themeFillShade="99" w:val="clear"/>
      </w:tcPr>
    </w:tblStylePr>
    <w:tblStylePr w:type="band1Vert">
      <w:tblPr/>
      <w:tcPr>
        <w:shd w:color="auto" w:fill="D6E3BC" w:themeFill="accent3" w:themeFillTint="66" w:val="clear"/>
      </w:tcPr>
    </w:tblStylePr>
    <w:tblStylePr w:type="band1Horz">
      <w:tblPr/>
      <w:tcPr>
        <w:shd w:color="auto" w:fill="CDDDAC" w:themeFill="accent3" w:themeFillTint="7F" w:val="clear"/>
      </w:tcPr>
    </w:tblStylePr>
  </w:style>
  <w:style w:styleId="ColorfulShading-Accent4" w:type="table">
    <w:name w:val="Colorful Shading Accent 4"/>
    <w:basedOn w:val="TableNormal"/>
    <w:uiPriority w:val="71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9BBB59" w:space="0" w:sz="24" w:themeColor="accent3" w:val="single"/>
        <w:left w:color="8064A2" w:space="0" w:sz="4" w:themeColor="accent4" w:val="single"/>
        <w:bottom w:color="8064A2" w:space="0" w:sz="4" w:themeColor="accent4" w:val="single"/>
        <w:right w:color="8064A2" w:space="0" w:sz="4" w:themeColor="accent4" w:val="single"/>
        <w:insideH w:color="FFFFFF" w:space="0" w:sz="4" w:themeColor="background1" w:val="single"/>
        <w:insideV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F2EFF6" w:themeFill="accent4" w:themeFillTint="19" w:val="clear"/>
    </w:tcPr>
    <w:tblStylePr w:type="firstRow">
      <w:rPr>
        <w:b/>
        <w:bCs/>
      </w:rPr>
      <w:tblPr/>
      <w:tcPr>
        <w:tcBorders>
          <w:top w:val="nil"/>
          <w:left w:val="nil"/>
          <w:bottom w:color="9BBB59" w:space="0" w:sz="24" w:themeColor="accent3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rPr>
        <w:b/>
        <w:bCs/>
        <w:color w:themeColor="background1" w:val="FFFFFF"/>
      </w:rPr>
      <w:tblPr/>
      <w:tcPr>
        <w:tcBorders>
          <w:top w:color="FFFFFF" w:space="0" w:sz="6" w:themeColor="background1" w:val="single"/>
        </w:tcBorders>
        <w:shd w:color="auto" w:fill="4C3B62" w:themeFill="accent4" w:themeFillShade="99" w:val="clear"/>
      </w:tcPr>
    </w:tblStylePr>
    <w:tblStylePr w:type="fir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color="4C3B62" w:space="0" w:sz="4" w:themeColor="accent4" w:themeShade="99" w:val="single"/>
          <w:insideV w:val="nil"/>
        </w:tcBorders>
        <w:shd w:color="auto" w:fill="4C3B62" w:themeFill="accent4" w:themeFillShade="99" w:val="clear"/>
      </w:tcPr>
    </w:tblStylePr>
    <w:tblStylePr w:type="la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4C3B62" w:themeFill="accent4" w:themeFillShade="99" w:val="clear"/>
      </w:tcPr>
    </w:tblStylePr>
    <w:tblStylePr w:type="band1Vert">
      <w:tblPr/>
      <w:tcPr>
        <w:shd w:color="auto" w:fill="CCC0D9" w:themeFill="accent4" w:themeFillTint="66" w:val="clear"/>
      </w:tcPr>
    </w:tblStylePr>
    <w:tblStylePr w:type="band1Horz">
      <w:tblPr/>
      <w:tcPr>
        <w:shd w:color="auto" w:fill="BFB1D0" w:themeFill="accent4" w:themeFillTint="7F" w:val="clear"/>
      </w:tcPr>
    </w:tblStylePr>
    <w:tblStylePr w:type="neCell">
      <w:rPr>
        <w:color w:themeColor="text1" w:val="000000"/>
      </w:rPr>
    </w:tblStylePr>
    <w:tblStylePr w:type="nwCell">
      <w:rPr>
        <w:color w:themeColor="text1" w:val="000000"/>
      </w:rPr>
    </w:tblStylePr>
  </w:style>
  <w:style w:styleId="ColorfulShading-Accent5" w:type="table">
    <w:name w:val="Colorful Shading Accent 5"/>
    <w:basedOn w:val="TableNormal"/>
    <w:uiPriority w:val="71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F79646" w:space="0" w:sz="24" w:themeColor="accent6" w:val="single"/>
        <w:left w:color="4BACC6" w:space="0" w:sz="4" w:themeColor="accent5" w:val="single"/>
        <w:bottom w:color="4BACC6" w:space="0" w:sz="4" w:themeColor="accent5" w:val="single"/>
        <w:right w:color="4BACC6" w:space="0" w:sz="4" w:themeColor="accent5" w:val="single"/>
        <w:insideH w:color="FFFFFF" w:space="0" w:sz="4" w:themeColor="background1" w:val="single"/>
        <w:insideV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EDF6F9" w:themeFill="accent5" w:themeFillTint="19" w:val="clear"/>
    </w:tcPr>
    <w:tblStylePr w:type="firstRow">
      <w:rPr>
        <w:b/>
        <w:bCs/>
      </w:rPr>
      <w:tblPr/>
      <w:tcPr>
        <w:tcBorders>
          <w:top w:val="nil"/>
          <w:left w:val="nil"/>
          <w:bottom w:color="F79646" w:space="0" w:sz="24" w:themeColor="accent6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rPr>
        <w:b/>
        <w:bCs/>
        <w:color w:themeColor="background1" w:val="FFFFFF"/>
      </w:rPr>
      <w:tblPr/>
      <w:tcPr>
        <w:tcBorders>
          <w:top w:color="FFFFFF" w:space="0" w:sz="6" w:themeColor="background1" w:val="single"/>
        </w:tcBorders>
        <w:shd w:color="auto" w:fill="276A7C" w:themeFill="accent5" w:themeFillShade="99" w:val="clear"/>
      </w:tcPr>
    </w:tblStylePr>
    <w:tblStylePr w:type="fir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color="276A7C" w:space="0" w:sz="4" w:themeColor="accent5" w:themeShade="99" w:val="single"/>
          <w:insideV w:val="nil"/>
        </w:tcBorders>
        <w:shd w:color="auto" w:fill="276A7C" w:themeFill="accent5" w:themeFillShade="99" w:val="clear"/>
      </w:tcPr>
    </w:tblStylePr>
    <w:tblStylePr w:type="la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276A7C" w:themeFill="accent5" w:themeFillShade="99" w:val="clear"/>
      </w:tcPr>
    </w:tblStylePr>
    <w:tblStylePr w:type="band1Vert">
      <w:tblPr/>
      <w:tcPr>
        <w:shd w:color="auto" w:fill="B6DDE8" w:themeFill="accent5" w:themeFillTint="66" w:val="clear"/>
      </w:tcPr>
    </w:tblStylePr>
    <w:tblStylePr w:type="band1Horz">
      <w:tblPr/>
      <w:tcPr>
        <w:shd w:color="auto" w:fill="A5D5E2" w:themeFill="accent5" w:themeFillTint="7F" w:val="clear"/>
      </w:tcPr>
    </w:tblStylePr>
    <w:tblStylePr w:type="neCell">
      <w:rPr>
        <w:color w:themeColor="text1" w:val="000000"/>
      </w:rPr>
    </w:tblStylePr>
    <w:tblStylePr w:type="nwCell">
      <w:rPr>
        <w:color w:themeColor="text1" w:val="000000"/>
      </w:rPr>
    </w:tblStylePr>
  </w:style>
  <w:style w:styleId="ColorfulShading-Accent6" w:type="table">
    <w:name w:val="Colorful Shading Accent 6"/>
    <w:basedOn w:val="TableNormal"/>
    <w:uiPriority w:val="71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4BACC6" w:space="0" w:sz="24" w:themeColor="accent5" w:val="single"/>
        <w:left w:color="F79646" w:space="0" w:sz="4" w:themeColor="accent6" w:val="single"/>
        <w:bottom w:color="F79646" w:space="0" w:sz="4" w:themeColor="accent6" w:val="single"/>
        <w:right w:color="F79646" w:space="0" w:sz="4" w:themeColor="accent6" w:val="single"/>
        <w:insideH w:color="FFFFFF" w:space="0" w:sz="4" w:themeColor="background1" w:val="single"/>
        <w:insideV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FEF4EC" w:themeFill="accent6" w:themeFillTint="19" w:val="clear"/>
    </w:tcPr>
    <w:tblStylePr w:type="firstRow">
      <w:rPr>
        <w:b/>
        <w:bCs/>
      </w:rPr>
      <w:tblPr/>
      <w:tcPr>
        <w:tcBorders>
          <w:top w:val="nil"/>
          <w:left w:val="nil"/>
          <w:bottom w:color="4BACC6" w:space="0" w:sz="24" w:themeColor="accent5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rPr>
        <w:b/>
        <w:bCs/>
        <w:color w:themeColor="background1" w:val="FFFFFF"/>
      </w:rPr>
      <w:tblPr/>
      <w:tcPr>
        <w:tcBorders>
          <w:top w:color="FFFFFF" w:space="0" w:sz="6" w:themeColor="background1" w:val="single"/>
        </w:tcBorders>
        <w:shd w:color="auto" w:fill="B65608" w:themeFill="accent6" w:themeFillShade="99" w:val="clear"/>
      </w:tcPr>
    </w:tblStylePr>
    <w:tblStylePr w:type="fir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color="B65608" w:space="0" w:sz="4" w:themeColor="accent6" w:themeShade="99" w:val="single"/>
          <w:insideV w:val="nil"/>
        </w:tcBorders>
        <w:shd w:color="auto" w:fill="B65608" w:themeFill="accent6" w:themeFillShade="99" w:val="clear"/>
      </w:tcPr>
    </w:tblStylePr>
    <w:tblStylePr w:type="la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B65608" w:themeFill="accent6" w:themeFillShade="99" w:val="clear"/>
      </w:tcPr>
    </w:tblStylePr>
    <w:tblStylePr w:type="band1Vert">
      <w:tblPr/>
      <w:tcPr>
        <w:shd w:color="auto" w:fill="FBD4B4" w:themeFill="accent6" w:themeFillTint="66" w:val="clear"/>
      </w:tcPr>
    </w:tblStylePr>
    <w:tblStylePr w:type="band1Horz">
      <w:tblPr/>
      <w:tcPr>
        <w:shd w:color="auto" w:fill="FBCAA2" w:themeFill="accent6" w:themeFillTint="7F" w:val="clear"/>
      </w:tcPr>
    </w:tblStylePr>
    <w:tblStylePr w:type="neCell">
      <w:rPr>
        <w:color w:themeColor="text1" w:val="000000"/>
      </w:rPr>
    </w:tblStylePr>
    <w:tblStylePr w:type="nwCell">
      <w:rPr>
        <w:color w:themeColor="text1" w:val="000000"/>
      </w:rPr>
    </w:tblStylePr>
  </w:style>
  <w:style w:styleId="ColorfulList" w:type="table">
    <w:name w:val="Colorful List"/>
    <w:basedOn w:val="TableNormal"/>
    <w:uiPriority w:val="72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E6E6E6" w:themeFill="text1" w:themeFillTint="19" w:val="clear"/>
    </w:tcPr>
    <w:tblStylePr w:type="firstRow">
      <w:rPr>
        <w:b/>
        <w:bCs/>
        <w:color w:themeColor="background1" w:val="FFFFFF"/>
      </w:rPr>
      <w:tblPr/>
      <w:tcPr>
        <w:tcBorders>
          <w:bottom w:color="FFFFFF" w:space="0" w:sz="12" w:themeColor="background1" w:val="single"/>
        </w:tcBorders>
        <w:shd w:color="auto" w:fill="9E3A38" w:themeFill="accent2" w:themeFillShade="CC" w:val="clear"/>
      </w:tcPr>
    </w:tblStylePr>
    <w:tblStylePr w:type="lastRow">
      <w:rPr>
        <w:b/>
        <w:bCs/>
        <w:color w:themeColor="accent2" w:themeShade="CC" w:val="9E3A38"/>
      </w:rPr>
      <w:tblPr/>
      <w:tcPr>
        <w:tcBorders>
          <w:top w:color="000000" w:space="0" w:sz="12" w:themeColor="text1" w:val="single"/>
        </w:tcBorders>
        <w:shd w:color="auto" w:fill="FFFFFF" w:themeFill="background1" w:val="clear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C0C0C0" w:themeFill="text1" w:themeFillTint="3F" w:val="clear"/>
      </w:tcPr>
    </w:tblStylePr>
    <w:tblStylePr w:type="band1Horz">
      <w:tblPr/>
      <w:tcPr>
        <w:shd w:color="auto" w:fill="CCCCCC" w:themeFill="text1" w:themeFillTint="33" w:val="clear"/>
      </w:tcPr>
    </w:tblStylePr>
  </w:style>
  <w:style w:styleId="ColorfulList-Accent1" w:type="table">
    <w:name w:val="Colorful List Accent 1"/>
    <w:basedOn w:val="TableNormal"/>
    <w:uiPriority w:val="72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EDF2F8" w:themeFill="accent1" w:themeFillTint="19" w:val="clear"/>
    </w:tcPr>
    <w:tblStylePr w:type="firstRow">
      <w:rPr>
        <w:b/>
        <w:bCs/>
        <w:color w:themeColor="background1" w:val="FFFFFF"/>
      </w:rPr>
      <w:tblPr/>
      <w:tcPr>
        <w:tcBorders>
          <w:bottom w:color="FFFFFF" w:space="0" w:sz="12" w:themeColor="background1" w:val="single"/>
        </w:tcBorders>
        <w:shd w:color="auto" w:fill="9E3A38" w:themeFill="accent2" w:themeFillShade="CC" w:val="clear"/>
      </w:tcPr>
    </w:tblStylePr>
    <w:tblStylePr w:type="lastRow">
      <w:rPr>
        <w:b/>
        <w:bCs/>
        <w:color w:themeColor="accent2" w:themeShade="CC" w:val="9E3A38"/>
      </w:rPr>
      <w:tblPr/>
      <w:tcPr>
        <w:tcBorders>
          <w:top w:color="000000" w:space="0" w:sz="12" w:themeColor="text1" w:val="single"/>
        </w:tcBorders>
        <w:shd w:color="auto" w:fill="FFFFFF" w:themeFill="background1" w:val="clear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D3DFEE" w:themeFill="accent1" w:themeFillTint="3F" w:val="clear"/>
      </w:tcPr>
    </w:tblStylePr>
    <w:tblStylePr w:type="band1Horz">
      <w:tblPr/>
      <w:tcPr>
        <w:shd w:color="auto" w:fill="DBE5F1" w:themeFill="accent1" w:themeFillTint="33" w:val="clear"/>
      </w:tcPr>
    </w:tblStylePr>
  </w:style>
  <w:style w:styleId="ColorfulList-Accent2" w:type="table">
    <w:name w:val="Colorful List Accent 2"/>
    <w:basedOn w:val="TableNormal"/>
    <w:uiPriority w:val="72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F8EDED" w:themeFill="accent2" w:themeFillTint="19" w:val="clear"/>
    </w:tcPr>
    <w:tblStylePr w:type="firstRow">
      <w:rPr>
        <w:b/>
        <w:bCs/>
        <w:color w:themeColor="background1" w:val="FFFFFF"/>
      </w:rPr>
      <w:tblPr/>
      <w:tcPr>
        <w:tcBorders>
          <w:bottom w:color="FFFFFF" w:space="0" w:sz="12" w:themeColor="background1" w:val="single"/>
        </w:tcBorders>
        <w:shd w:color="auto" w:fill="9E3A38" w:themeFill="accent2" w:themeFillShade="CC" w:val="clear"/>
      </w:tcPr>
    </w:tblStylePr>
    <w:tblStylePr w:type="lastRow">
      <w:rPr>
        <w:b/>
        <w:bCs/>
        <w:color w:themeColor="accent2" w:themeShade="CC" w:val="9E3A38"/>
      </w:rPr>
      <w:tblPr/>
      <w:tcPr>
        <w:tcBorders>
          <w:top w:color="000000" w:space="0" w:sz="12" w:themeColor="text1" w:val="single"/>
        </w:tcBorders>
        <w:shd w:color="auto" w:fill="FFFFFF" w:themeFill="background1" w:val="clear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EFD3D2" w:themeFill="accent2" w:themeFillTint="3F" w:val="clear"/>
      </w:tcPr>
    </w:tblStylePr>
    <w:tblStylePr w:type="band1Horz">
      <w:tblPr/>
      <w:tcPr>
        <w:shd w:color="auto" w:fill="F2DBDB" w:themeFill="accent2" w:themeFillTint="33" w:val="clear"/>
      </w:tcPr>
    </w:tblStylePr>
  </w:style>
  <w:style w:styleId="ColorfulList-Accent3" w:type="table">
    <w:name w:val="Colorful List Accent 3"/>
    <w:basedOn w:val="TableNormal"/>
    <w:uiPriority w:val="72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F5F8EE" w:themeFill="accent3" w:themeFillTint="19" w:val="clear"/>
    </w:tcPr>
    <w:tblStylePr w:type="firstRow">
      <w:rPr>
        <w:b/>
        <w:bCs/>
        <w:color w:themeColor="background1" w:val="FFFFFF"/>
      </w:rPr>
      <w:tblPr/>
      <w:tcPr>
        <w:tcBorders>
          <w:bottom w:color="FFFFFF" w:space="0" w:sz="12" w:themeColor="background1" w:val="single"/>
        </w:tcBorders>
        <w:shd w:color="auto" w:fill="664E82" w:themeFill="accent4" w:themeFillShade="CC" w:val="clear"/>
      </w:tcPr>
    </w:tblStylePr>
    <w:tblStylePr w:type="lastRow">
      <w:rPr>
        <w:b/>
        <w:bCs/>
        <w:color w:themeColor="accent4" w:themeShade="CC" w:val="664E82"/>
      </w:rPr>
      <w:tblPr/>
      <w:tcPr>
        <w:tcBorders>
          <w:top w:color="000000" w:space="0" w:sz="12" w:themeColor="text1" w:val="single"/>
        </w:tcBorders>
        <w:shd w:color="auto" w:fill="FFFFFF" w:themeFill="background1" w:val="clear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E6EED5" w:themeFill="accent3" w:themeFillTint="3F" w:val="clear"/>
      </w:tcPr>
    </w:tblStylePr>
    <w:tblStylePr w:type="band1Horz">
      <w:tblPr/>
      <w:tcPr>
        <w:shd w:color="auto" w:fill="EAF1DD" w:themeFill="accent3" w:themeFillTint="33" w:val="clear"/>
      </w:tcPr>
    </w:tblStylePr>
  </w:style>
  <w:style w:styleId="ColorfulList-Accent4" w:type="table">
    <w:name w:val="Colorful List Accent 4"/>
    <w:basedOn w:val="TableNormal"/>
    <w:uiPriority w:val="72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F2EFF6" w:themeFill="accent4" w:themeFillTint="19" w:val="clear"/>
    </w:tcPr>
    <w:tblStylePr w:type="firstRow">
      <w:rPr>
        <w:b/>
        <w:bCs/>
        <w:color w:themeColor="background1" w:val="FFFFFF"/>
      </w:rPr>
      <w:tblPr/>
      <w:tcPr>
        <w:tcBorders>
          <w:bottom w:color="FFFFFF" w:space="0" w:sz="12" w:themeColor="background1" w:val="single"/>
        </w:tcBorders>
        <w:shd w:color="auto" w:fill="7E9C40" w:themeFill="accent3" w:themeFillShade="CC" w:val="clear"/>
      </w:tcPr>
    </w:tblStylePr>
    <w:tblStylePr w:type="lastRow">
      <w:rPr>
        <w:b/>
        <w:bCs/>
        <w:color w:themeColor="accent3" w:themeShade="CC" w:val="7E9C40"/>
      </w:rPr>
      <w:tblPr/>
      <w:tcPr>
        <w:tcBorders>
          <w:top w:color="000000" w:space="0" w:sz="12" w:themeColor="text1" w:val="single"/>
        </w:tcBorders>
        <w:shd w:color="auto" w:fill="FFFFFF" w:themeFill="background1" w:val="clear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DFD8E8" w:themeFill="accent4" w:themeFillTint="3F" w:val="clear"/>
      </w:tcPr>
    </w:tblStylePr>
    <w:tblStylePr w:type="band1Horz">
      <w:tblPr/>
      <w:tcPr>
        <w:shd w:color="auto" w:fill="E5DFEC" w:themeFill="accent4" w:themeFillTint="33" w:val="clear"/>
      </w:tcPr>
    </w:tblStylePr>
  </w:style>
  <w:style w:styleId="ColorfulList-Accent5" w:type="table">
    <w:name w:val="Colorful List Accent 5"/>
    <w:basedOn w:val="TableNormal"/>
    <w:uiPriority w:val="72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EDF6F9" w:themeFill="accent5" w:themeFillTint="19" w:val="clear"/>
    </w:tcPr>
    <w:tblStylePr w:type="firstRow">
      <w:rPr>
        <w:b/>
        <w:bCs/>
        <w:color w:themeColor="background1" w:val="FFFFFF"/>
      </w:rPr>
      <w:tblPr/>
      <w:tcPr>
        <w:tcBorders>
          <w:bottom w:color="FFFFFF" w:space="0" w:sz="12" w:themeColor="background1" w:val="single"/>
        </w:tcBorders>
        <w:shd w:color="auto" w:fill="F2730A" w:themeFill="accent6" w:themeFillShade="CC" w:val="clear"/>
      </w:tcPr>
    </w:tblStylePr>
    <w:tblStylePr w:type="lastRow">
      <w:rPr>
        <w:b/>
        <w:bCs/>
        <w:color w:themeColor="accent6" w:themeShade="CC" w:val="F2730A"/>
      </w:rPr>
      <w:tblPr/>
      <w:tcPr>
        <w:tcBorders>
          <w:top w:color="000000" w:space="0" w:sz="12" w:themeColor="text1" w:val="single"/>
        </w:tcBorders>
        <w:shd w:color="auto" w:fill="FFFFFF" w:themeFill="background1" w:val="clear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D2EAF1" w:themeFill="accent5" w:themeFillTint="3F" w:val="clear"/>
      </w:tcPr>
    </w:tblStylePr>
    <w:tblStylePr w:type="band1Horz">
      <w:tblPr/>
      <w:tcPr>
        <w:shd w:color="auto" w:fill="DAEEF3" w:themeFill="accent5" w:themeFillTint="33" w:val="clear"/>
      </w:tcPr>
    </w:tblStylePr>
  </w:style>
  <w:style w:styleId="ColorfulList-Accent6" w:type="table">
    <w:name w:val="Colorful List Accent 6"/>
    <w:basedOn w:val="TableNormal"/>
    <w:uiPriority w:val="72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FEF4EC" w:themeFill="accent6" w:themeFillTint="19" w:val="clear"/>
    </w:tcPr>
    <w:tblStylePr w:type="firstRow">
      <w:rPr>
        <w:b/>
        <w:bCs/>
        <w:color w:themeColor="background1" w:val="FFFFFF"/>
      </w:rPr>
      <w:tblPr/>
      <w:tcPr>
        <w:tcBorders>
          <w:bottom w:color="FFFFFF" w:space="0" w:sz="12" w:themeColor="background1" w:val="single"/>
        </w:tcBorders>
        <w:shd w:color="auto" w:fill="348DA5" w:themeFill="accent5" w:themeFillShade="CC" w:val="clear"/>
      </w:tcPr>
    </w:tblStylePr>
    <w:tblStylePr w:type="lastRow">
      <w:rPr>
        <w:b/>
        <w:bCs/>
        <w:color w:themeColor="accent5" w:themeShade="CC" w:val="348DA5"/>
      </w:rPr>
      <w:tblPr/>
      <w:tcPr>
        <w:tcBorders>
          <w:top w:color="000000" w:space="0" w:sz="12" w:themeColor="text1" w:val="single"/>
        </w:tcBorders>
        <w:shd w:color="auto" w:fill="FFFFFF" w:themeFill="background1" w:val="clear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FDE4D0" w:themeFill="accent6" w:themeFillTint="3F" w:val="clear"/>
      </w:tcPr>
    </w:tblStylePr>
    <w:tblStylePr w:type="band1Horz">
      <w:tblPr/>
      <w:tcPr>
        <w:shd w:color="auto" w:fill="FDE9D9" w:themeFill="accent6" w:themeFillTint="33" w:val="clear"/>
      </w:tcPr>
    </w:tblStylePr>
  </w:style>
  <w:style w:styleId="ColorfulGrid" w:type="table">
    <w:name w:val="Colorful Grid"/>
    <w:basedOn w:val="TableNormal"/>
    <w:uiPriority w:val="73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insideH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CCCCCC" w:themeFill="text1" w:themeFillTint="33" w:val="clear"/>
    </w:tcPr>
    <w:tblStylePr w:type="firstRow">
      <w:rPr>
        <w:b/>
        <w:bCs/>
      </w:rPr>
      <w:tblPr/>
      <w:tcPr>
        <w:shd w:color="auto" w:fill="999999" w:themeFill="text1" w:themeFillTint="66" w:val="clear"/>
      </w:tcPr>
    </w:tblStylePr>
    <w:tblStylePr w:type="lastRow">
      <w:rPr>
        <w:b/>
        <w:bCs/>
        <w:color w:themeColor="text1" w:val="000000"/>
      </w:rPr>
      <w:tblPr/>
      <w:tcPr>
        <w:shd w:color="auto" w:fill="999999" w:themeFill="text1" w:themeFillTint="66" w:val="clear"/>
      </w:tcPr>
    </w:tblStylePr>
    <w:tblStylePr w:type="firstCol">
      <w:rPr>
        <w:color w:themeColor="background1" w:val="FFFFFF"/>
      </w:rPr>
      <w:tblPr/>
      <w:tcPr>
        <w:shd w:color="auto" w:fill="000000" w:themeFill="text1" w:themeFillShade="BF" w:val="clear"/>
      </w:tcPr>
    </w:tblStylePr>
    <w:tblStylePr w:type="lastCol">
      <w:rPr>
        <w:color w:themeColor="background1" w:val="FFFFFF"/>
      </w:rPr>
      <w:tblPr/>
      <w:tcPr>
        <w:shd w:color="auto" w:fill="000000" w:themeFill="text1" w:themeFillShade="BF" w:val="clear"/>
      </w:tcPr>
    </w:tblStylePr>
    <w:tblStylePr w:type="band1Vert">
      <w:tblPr/>
      <w:tcPr>
        <w:shd w:color="auto" w:fill="808080" w:themeFill="text1" w:themeFillTint="7F" w:val="clear"/>
      </w:tcPr>
    </w:tblStylePr>
    <w:tblStylePr w:type="band1Horz">
      <w:tblPr/>
      <w:tcPr>
        <w:shd w:color="auto" w:fill="808080" w:themeFill="text1" w:themeFillTint="7F" w:val="clear"/>
      </w:tcPr>
    </w:tblStylePr>
  </w:style>
  <w:style w:styleId="ColorfulGrid-Accent1" w:type="table">
    <w:name w:val="Colorful Grid Accent 1"/>
    <w:basedOn w:val="TableNormal"/>
    <w:uiPriority w:val="73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insideH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DBE5F1" w:themeFill="accent1" w:themeFillTint="33" w:val="clear"/>
    </w:tcPr>
    <w:tblStylePr w:type="firstRow">
      <w:rPr>
        <w:b/>
        <w:bCs/>
      </w:rPr>
      <w:tblPr/>
      <w:tcPr>
        <w:shd w:color="auto" w:fill="B8CCE4" w:themeFill="accent1" w:themeFillTint="66" w:val="clear"/>
      </w:tcPr>
    </w:tblStylePr>
    <w:tblStylePr w:type="lastRow">
      <w:rPr>
        <w:b/>
        <w:bCs/>
        <w:color w:themeColor="text1" w:val="000000"/>
      </w:rPr>
      <w:tblPr/>
      <w:tcPr>
        <w:shd w:color="auto" w:fill="B8CCE4" w:themeFill="accent1" w:themeFillTint="66" w:val="clear"/>
      </w:tcPr>
    </w:tblStylePr>
    <w:tblStylePr w:type="firstCol">
      <w:rPr>
        <w:color w:themeColor="background1" w:val="FFFFFF"/>
      </w:rPr>
      <w:tblPr/>
      <w:tcPr>
        <w:shd w:color="auto" w:fill="365F91" w:themeFill="accent1" w:themeFillShade="BF" w:val="clear"/>
      </w:tcPr>
    </w:tblStylePr>
    <w:tblStylePr w:type="lastCol">
      <w:rPr>
        <w:color w:themeColor="background1" w:val="FFFFFF"/>
      </w:rPr>
      <w:tblPr/>
      <w:tcPr>
        <w:shd w:color="auto" w:fill="365F91" w:themeFill="accent1" w:themeFillShade="BF" w:val="clear"/>
      </w:tcPr>
    </w:tblStylePr>
    <w:tblStylePr w:type="band1Vert">
      <w:tblPr/>
      <w:tcPr>
        <w:shd w:color="auto" w:fill="A7BFDE" w:themeFill="accent1" w:themeFillTint="7F" w:val="clear"/>
      </w:tcPr>
    </w:tblStylePr>
    <w:tblStylePr w:type="band1Horz">
      <w:tblPr/>
      <w:tcPr>
        <w:shd w:color="auto" w:fill="A7BFDE" w:themeFill="accent1" w:themeFillTint="7F" w:val="clear"/>
      </w:tcPr>
    </w:tblStylePr>
  </w:style>
  <w:style w:styleId="ColorfulGrid-Accent2" w:type="table">
    <w:name w:val="Colorful Grid Accent 2"/>
    <w:basedOn w:val="TableNormal"/>
    <w:uiPriority w:val="73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insideH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F2DBDB" w:themeFill="accent2" w:themeFillTint="33" w:val="clear"/>
    </w:tcPr>
    <w:tblStylePr w:type="firstRow">
      <w:rPr>
        <w:b/>
        <w:bCs/>
      </w:rPr>
      <w:tblPr/>
      <w:tcPr>
        <w:shd w:color="auto" w:fill="E5B8B7" w:themeFill="accent2" w:themeFillTint="66" w:val="clear"/>
      </w:tcPr>
    </w:tblStylePr>
    <w:tblStylePr w:type="lastRow">
      <w:rPr>
        <w:b/>
        <w:bCs/>
        <w:color w:themeColor="text1" w:val="000000"/>
      </w:rPr>
      <w:tblPr/>
      <w:tcPr>
        <w:shd w:color="auto" w:fill="E5B8B7" w:themeFill="accent2" w:themeFillTint="66" w:val="clear"/>
      </w:tcPr>
    </w:tblStylePr>
    <w:tblStylePr w:type="firstCol">
      <w:rPr>
        <w:color w:themeColor="background1" w:val="FFFFFF"/>
      </w:rPr>
      <w:tblPr/>
      <w:tcPr>
        <w:shd w:color="auto" w:fill="943634" w:themeFill="accent2" w:themeFillShade="BF" w:val="clear"/>
      </w:tcPr>
    </w:tblStylePr>
    <w:tblStylePr w:type="lastCol">
      <w:rPr>
        <w:color w:themeColor="background1" w:val="FFFFFF"/>
      </w:rPr>
      <w:tblPr/>
      <w:tcPr>
        <w:shd w:color="auto" w:fill="943634" w:themeFill="accent2" w:themeFillShade="BF" w:val="clear"/>
      </w:tcPr>
    </w:tblStylePr>
    <w:tblStylePr w:type="band1Vert">
      <w:tblPr/>
      <w:tcPr>
        <w:shd w:color="auto" w:fill="DFA7A6" w:themeFill="accent2" w:themeFillTint="7F" w:val="clear"/>
      </w:tcPr>
    </w:tblStylePr>
    <w:tblStylePr w:type="band1Horz">
      <w:tblPr/>
      <w:tcPr>
        <w:shd w:color="auto" w:fill="DFA7A6" w:themeFill="accent2" w:themeFillTint="7F" w:val="clear"/>
      </w:tcPr>
    </w:tblStylePr>
  </w:style>
  <w:style w:styleId="ColorfulGrid-Accent3" w:type="table">
    <w:name w:val="Colorful Grid Accent 3"/>
    <w:basedOn w:val="TableNormal"/>
    <w:uiPriority w:val="73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insideH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EAF1DD" w:themeFill="accent3" w:themeFillTint="33" w:val="clear"/>
    </w:tcPr>
    <w:tblStylePr w:type="firstRow">
      <w:rPr>
        <w:b/>
        <w:bCs/>
      </w:rPr>
      <w:tblPr/>
      <w:tcPr>
        <w:shd w:color="auto" w:fill="D6E3BC" w:themeFill="accent3" w:themeFillTint="66" w:val="clear"/>
      </w:tcPr>
    </w:tblStylePr>
    <w:tblStylePr w:type="lastRow">
      <w:rPr>
        <w:b/>
        <w:bCs/>
        <w:color w:themeColor="text1" w:val="000000"/>
      </w:rPr>
      <w:tblPr/>
      <w:tcPr>
        <w:shd w:color="auto" w:fill="D6E3BC" w:themeFill="accent3" w:themeFillTint="66" w:val="clear"/>
      </w:tcPr>
    </w:tblStylePr>
    <w:tblStylePr w:type="firstCol">
      <w:rPr>
        <w:color w:themeColor="background1" w:val="FFFFFF"/>
      </w:rPr>
      <w:tblPr/>
      <w:tcPr>
        <w:shd w:color="auto" w:fill="76923C" w:themeFill="accent3" w:themeFillShade="BF" w:val="clear"/>
      </w:tcPr>
    </w:tblStylePr>
    <w:tblStylePr w:type="lastCol">
      <w:rPr>
        <w:color w:themeColor="background1" w:val="FFFFFF"/>
      </w:rPr>
      <w:tblPr/>
      <w:tcPr>
        <w:shd w:color="auto" w:fill="76923C" w:themeFill="accent3" w:themeFillShade="BF" w:val="clear"/>
      </w:tcPr>
    </w:tblStylePr>
    <w:tblStylePr w:type="band1Vert">
      <w:tblPr/>
      <w:tcPr>
        <w:shd w:color="auto" w:fill="CDDDAC" w:themeFill="accent3" w:themeFillTint="7F" w:val="clear"/>
      </w:tcPr>
    </w:tblStylePr>
    <w:tblStylePr w:type="band1Horz">
      <w:tblPr/>
      <w:tcPr>
        <w:shd w:color="auto" w:fill="CDDDAC" w:themeFill="accent3" w:themeFillTint="7F" w:val="clear"/>
      </w:tcPr>
    </w:tblStylePr>
  </w:style>
  <w:style w:styleId="ColorfulGrid-Accent4" w:type="table">
    <w:name w:val="Colorful Grid Accent 4"/>
    <w:basedOn w:val="TableNormal"/>
    <w:uiPriority w:val="73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insideH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E5DFEC" w:themeFill="accent4" w:themeFillTint="33" w:val="clear"/>
    </w:tcPr>
    <w:tblStylePr w:type="firstRow">
      <w:rPr>
        <w:b/>
        <w:bCs/>
      </w:rPr>
      <w:tblPr/>
      <w:tcPr>
        <w:shd w:color="auto" w:fill="CCC0D9" w:themeFill="accent4" w:themeFillTint="66" w:val="clear"/>
      </w:tcPr>
    </w:tblStylePr>
    <w:tblStylePr w:type="lastRow">
      <w:rPr>
        <w:b/>
        <w:bCs/>
        <w:color w:themeColor="text1" w:val="000000"/>
      </w:rPr>
      <w:tblPr/>
      <w:tcPr>
        <w:shd w:color="auto" w:fill="CCC0D9" w:themeFill="accent4" w:themeFillTint="66" w:val="clear"/>
      </w:tcPr>
    </w:tblStylePr>
    <w:tblStylePr w:type="firstCol">
      <w:rPr>
        <w:color w:themeColor="background1" w:val="FFFFFF"/>
      </w:rPr>
      <w:tblPr/>
      <w:tcPr>
        <w:shd w:color="auto" w:fill="5F497A" w:themeFill="accent4" w:themeFillShade="BF" w:val="clear"/>
      </w:tcPr>
    </w:tblStylePr>
    <w:tblStylePr w:type="lastCol">
      <w:rPr>
        <w:color w:themeColor="background1" w:val="FFFFFF"/>
      </w:rPr>
      <w:tblPr/>
      <w:tcPr>
        <w:shd w:color="auto" w:fill="5F497A" w:themeFill="accent4" w:themeFillShade="BF" w:val="clear"/>
      </w:tcPr>
    </w:tblStylePr>
    <w:tblStylePr w:type="band1Vert">
      <w:tblPr/>
      <w:tcPr>
        <w:shd w:color="auto" w:fill="BFB1D0" w:themeFill="accent4" w:themeFillTint="7F" w:val="clear"/>
      </w:tcPr>
    </w:tblStylePr>
    <w:tblStylePr w:type="band1Horz">
      <w:tblPr/>
      <w:tcPr>
        <w:shd w:color="auto" w:fill="BFB1D0" w:themeFill="accent4" w:themeFillTint="7F" w:val="clear"/>
      </w:tcPr>
    </w:tblStylePr>
  </w:style>
  <w:style w:styleId="ColorfulGrid-Accent5" w:type="table">
    <w:name w:val="Colorful Grid Accent 5"/>
    <w:basedOn w:val="TableNormal"/>
    <w:uiPriority w:val="73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insideH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DAEEF3" w:themeFill="accent5" w:themeFillTint="33" w:val="clear"/>
    </w:tcPr>
    <w:tblStylePr w:type="firstRow">
      <w:rPr>
        <w:b/>
        <w:bCs/>
      </w:rPr>
      <w:tblPr/>
      <w:tcPr>
        <w:shd w:color="auto" w:fill="B6DDE8" w:themeFill="accent5" w:themeFillTint="66" w:val="clear"/>
      </w:tcPr>
    </w:tblStylePr>
    <w:tblStylePr w:type="lastRow">
      <w:rPr>
        <w:b/>
        <w:bCs/>
        <w:color w:themeColor="text1" w:val="000000"/>
      </w:rPr>
      <w:tblPr/>
      <w:tcPr>
        <w:shd w:color="auto" w:fill="B6DDE8" w:themeFill="accent5" w:themeFillTint="66" w:val="clear"/>
      </w:tcPr>
    </w:tblStylePr>
    <w:tblStylePr w:type="firstCol">
      <w:rPr>
        <w:color w:themeColor="background1" w:val="FFFFFF"/>
      </w:rPr>
      <w:tblPr/>
      <w:tcPr>
        <w:shd w:color="auto" w:fill="31849B" w:themeFill="accent5" w:themeFillShade="BF" w:val="clear"/>
      </w:tcPr>
    </w:tblStylePr>
    <w:tblStylePr w:type="lastCol">
      <w:rPr>
        <w:color w:themeColor="background1" w:val="FFFFFF"/>
      </w:rPr>
      <w:tblPr/>
      <w:tcPr>
        <w:shd w:color="auto" w:fill="31849B" w:themeFill="accent5" w:themeFillShade="BF" w:val="clear"/>
      </w:tcPr>
    </w:tblStylePr>
    <w:tblStylePr w:type="band1Vert">
      <w:tblPr/>
      <w:tcPr>
        <w:shd w:color="auto" w:fill="A5D5E2" w:themeFill="accent5" w:themeFillTint="7F" w:val="clear"/>
      </w:tcPr>
    </w:tblStylePr>
    <w:tblStylePr w:type="band1Horz">
      <w:tblPr/>
      <w:tcPr>
        <w:shd w:color="auto" w:fill="A5D5E2" w:themeFill="accent5" w:themeFillTint="7F" w:val="clear"/>
      </w:tcPr>
    </w:tblStylePr>
  </w:style>
  <w:style w:styleId="ColorfulGrid-Accent6" w:type="table">
    <w:name w:val="Colorful Grid Accent 6"/>
    <w:basedOn w:val="TableNormal"/>
    <w:uiPriority w:val="73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insideH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FDE9D9" w:themeFill="accent6" w:themeFillTint="33" w:val="clear"/>
    </w:tcPr>
    <w:tblStylePr w:type="firstRow">
      <w:rPr>
        <w:b/>
        <w:bCs/>
      </w:rPr>
      <w:tblPr/>
      <w:tcPr>
        <w:shd w:color="auto" w:fill="FBD4B4" w:themeFill="accent6" w:themeFillTint="66" w:val="clear"/>
      </w:tcPr>
    </w:tblStylePr>
    <w:tblStylePr w:type="lastRow">
      <w:rPr>
        <w:b/>
        <w:bCs/>
        <w:color w:themeColor="text1" w:val="000000"/>
      </w:rPr>
      <w:tblPr/>
      <w:tcPr>
        <w:shd w:color="auto" w:fill="FBD4B4" w:themeFill="accent6" w:themeFillTint="66" w:val="clear"/>
      </w:tcPr>
    </w:tblStylePr>
    <w:tblStylePr w:type="firstCol">
      <w:rPr>
        <w:color w:themeColor="background1" w:val="FFFFFF"/>
      </w:rPr>
      <w:tblPr/>
      <w:tcPr>
        <w:shd w:color="auto" w:fill="E36C0A" w:themeFill="accent6" w:themeFillShade="BF" w:val="clear"/>
      </w:tcPr>
    </w:tblStylePr>
    <w:tblStylePr w:type="lastCol">
      <w:rPr>
        <w:color w:themeColor="background1" w:val="FFFFFF"/>
      </w:rPr>
      <w:tblPr/>
      <w:tcPr>
        <w:shd w:color="auto" w:fill="E36C0A" w:themeFill="accent6" w:themeFillShade="BF" w:val="clear"/>
      </w:tcPr>
    </w:tblStylePr>
    <w:tblStylePr w:type="band1Vert">
      <w:tblPr/>
      <w:tcPr>
        <w:shd w:color="auto" w:fill="FBCAA2" w:themeFill="accent6" w:themeFillTint="7F" w:val="clear"/>
      </w:tcPr>
    </w:tblStylePr>
    <w:tblStylePr w:type="band1Horz">
      <w:tblPr/>
      <w:tcPr>
        <w:shd w:color="auto" w:fill="FBCAA2" w:themeFill="accent6" w:themeFillTint="7F" w:val="clear"/>
      </w:tcPr>
    </w:tblStyle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2026-07-31T14:31:53Z</dcterms:created>
  <dcterms:modified xsi:type="dcterms:W3CDTF">2026-07-31T14:31:53Z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