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5f4265e2908f23833f965b8f9ebdacaef8f716e"/>
    <w:p>
      <w:pPr>
        <w:pStyle w:val="Heading1"/>
      </w:pPr>
      <w:r>
        <w:rPr>
          <w:b/>
          <w:bCs/>
        </w:rPr>
        <w:t xml:space="preserve">The Tempest</w:t>
      </w:r>
      <w:r>
        <w:br/>
      </w:r>
      <w:r>
        <w:rPr>
          <w:i/>
          <w:iCs/>
        </w:rPr>
        <w:t xml:space="preserve">William Shakespeare</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SCENE: The sea, with a Ship; afterwards an Island THE TEMPEST ACT 1 SCENE 1 [On a ship at sea; a</w:t>
      </w:r>
      <w:r>
        <w:rPr>
          <w:b/>
          <w:bCs/>
        </w:rPr>
        <w:t xml:space="preserve"> </w:t>
      </w:r>
      <w:r>
        <w:rPr>
          <w:b/>
          <w:bCs/>
          <w:u w:val="single"/>
        </w:rPr>
        <w:t xml:space="preserve">tempestuous</w:t>
      </w:r>
      <w:r>
        <w:rPr>
          <w:b/>
          <w:bCs/>
        </w:rPr>
        <w:t xml:space="preserve"> </w:t>
      </w:r>
      <w:r>
        <w:rPr>
          <w:b/>
          <w:bCs/>
        </w:rPr>
        <w:t xml:space="preserve">noise of thunder and lightning heard] [Enter a SHIPMASTER and a BOATSWAIN severally] MASTER.</w:t>
      </w:r>
      <w:r>
        <w:br/>
      </w:r>
      <w:r>
        <w:t xml:space="preserve">    (a) the state or degree of being pessimistic or disagreeable</w:t>
      </w:r>
      <w:r>
        <w:br/>
      </w:r>
      <w:r>
        <w:t xml:space="preserve">    (b) strongly turbulent -- as of a storm or unstable emotions</w:t>
      </w:r>
      <w:r>
        <w:br/>
      </w:r>
      <w:r>
        <w:t xml:space="preserve">    (c) relating to logical examination to improve understanding</w:t>
      </w:r>
    </w:p>
    <w:p>
      <w:pPr>
        <w:pStyle w:val="Compact"/>
        <w:numPr>
          <w:ilvl w:val="0"/>
          <w:numId w:val="1001"/>
        </w:numPr>
      </w:pPr>
      <w:r>
        <w:rPr>
          <w:b/>
          <w:bCs/>
        </w:rPr>
        <w:t xml:space="preserve">The direful spectacle of the wrack, which touch'd</w:t>
      </w:r>
      <w:r>
        <w:br/>
      </w:r>
      <w:r>
        <w:rPr>
          <w:b/>
          <w:bCs/>
        </w:rPr>
        <w:t xml:space="preserve">The very virtue of compassion in thee,</w:t>
      </w:r>
      <w:r>
        <w:br/>
      </w:r>
      <w:r>
        <w:rPr>
          <w:b/>
          <w:bCs/>
        </w:rPr>
        <w:t xml:space="preserve">I have with such provision in mine art</w:t>
      </w:r>
      <w:r>
        <w:br/>
      </w:r>
      <w:r>
        <w:rPr>
          <w:b/>
          <w:bCs/>
        </w:rPr>
        <w:t xml:space="preserve">So safely ordered that there is no soul—</w:t>
      </w:r>
      <w:r>
        <w:br/>
      </w:r>
      <w:r>
        <w:rPr>
          <w:b/>
          <w:bCs/>
        </w:rPr>
        <w:t xml:space="preserve">No, not so much</w:t>
      </w:r>
      <w:r>
        <w:rPr>
          <w:b/>
          <w:bCs/>
        </w:rPr>
        <w:t xml:space="preserve"> </w:t>
      </w:r>
      <w:r>
        <w:rPr>
          <w:b/>
          <w:bCs/>
          <w:u w:val="single"/>
        </w:rPr>
        <w:t xml:space="preserve">perdition</w:t>
      </w:r>
      <w:r>
        <w:rPr>
          <w:b/>
          <w:bCs/>
        </w:rPr>
        <w:t xml:space="preserve"> </w:t>
      </w:r>
      <w:r>
        <w:rPr>
          <w:b/>
          <w:bCs/>
        </w:rPr>
        <w:t xml:space="preserve">as an hair</w:t>
      </w:r>
      <w:r>
        <w:br/>
      </w:r>
      <w:r>
        <w:rPr>
          <w:b/>
          <w:bCs/>
        </w:rPr>
        <w:t xml:space="preserve">Betid to any creature in the vessel</w:t>
      </w:r>
      <w:r>
        <w:br/>
      </w:r>
      <w:r>
        <w:rPr>
          <w:b/>
          <w:bCs/>
        </w:rPr>
        <w:t xml:space="preserve">Which thou heard'st cry, which thou saw'st sink.</w:t>
      </w:r>
      <w:r>
        <w:br/>
      </w:r>
      <w:r>
        <w:t xml:space="preserve">    (a) destruction</w:t>
      </w:r>
      <w:r>
        <w:br/>
      </w:r>
      <w:r>
        <w:t xml:space="preserve">    (b) Nathaniel Hawthorne's famous novel of hidden guilt and societal condemnation (1850)</w:t>
      </w:r>
      <w:r>
        <w:br/>
      </w:r>
      <w:r>
        <w:t xml:space="preserve">    (c) Rome from the founding of the city until the formation of the Republic (753-509 BC)</w:t>
      </w:r>
    </w:p>
    <w:p>
      <w:pPr>
        <w:pStyle w:val="Compact"/>
        <w:numPr>
          <w:ilvl w:val="0"/>
          <w:numId w:val="1001"/>
        </w:numPr>
      </w:pPr>
      <w:r>
        <w:rPr>
          <w:b/>
          <w:bCs/>
        </w:rPr>
        <w:t xml:space="preserve">This King of Naples, being an enemy</w:t>
      </w:r>
      <w:r>
        <w:br/>
      </w:r>
      <w:r>
        <w:rPr>
          <w:b/>
          <w:bCs/>
        </w:rPr>
        <w:t xml:space="preserve">To me inveterate, hearkens my brother's suit;</w:t>
      </w:r>
      <w:r>
        <w:br/>
      </w:r>
      <w:r>
        <w:rPr>
          <w:b/>
          <w:bCs/>
        </w:rPr>
        <w:t xml:space="preserve">Which was, that he, in lieu o' the premises</w:t>
      </w:r>
      <w:r>
        <w:br/>
      </w:r>
      <w:r>
        <w:rPr>
          <w:b/>
          <w:bCs/>
        </w:rPr>
        <w:t xml:space="preserve">Of homage and I know not how much tribute,</w:t>
      </w:r>
      <w:r>
        <w:br/>
      </w:r>
      <w:r>
        <w:rPr>
          <w:b/>
          <w:bCs/>
        </w:rPr>
        <w:t xml:space="preserve">Should presently</w:t>
      </w:r>
      <w:r>
        <w:rPr>
          <w:b/>
          <w:bCs/>
        </w:rPr>
        <w:t xml:space="preserve"> </w:t>
      </w:r>
      <w:r>
        <w:rPr>
          <w:b/>
          <w:bCs/>
          <w:u w:val="single"/>
        </w:rPr>
        <w:t xml:space="preserve">extirpate</w:t>
      </w:r>
      <w:r>
        <w:rPr>
          <w:b/>
          <w:bCs/>
        </w:rPr>
        <w:t xml:space="preserve"> </w:t>
      </w:r>
      <w:r>
        <w:rPr>
          <w:b/>
          <w:bCs/>
        </w:rPr>
        <w:t xml:space="preserve">me and mine</w:t>
      </w:r>
      <w:r>
        <w:br/>
      </w:r>
      <w:r>
        <w:rPr>
          <w:b/>
          <w:bCs/>
        </w:rPr>
        <w:t xml:space="preserve">Out of the dukedom, and...</w:t>
      </w:r>
      <w:r>
        <w:br/>
      </w:r>
      <w:r>
        <w:t xml:space="preserve">    (a) completely remove</w:t>
      </w:r>
      <w:r>
        <w:br/>
      </w:r>
      <w:r>
        <w:t xml:space="preserve">    (b) keep busy thinking about or doing something</w:t>
      </w:r>
      <w:r>
        <w:br/>
      </w:r>
      <w:r>
        <w:t xml:space="preserve">    (c) cancel or annul a formal ruling or contract</w:t>
      </w:r>
    </w:p>
    <w:p>
      <w:pPr>
        <w:pStyle w:val="Compact"/>
        <w:numPr>
          <w:ilvl w:val="0"/>
          <w:numId w:val="1001"/>
        </w:numPr>
      </w:pPr>
      <w:r>
        <w:rPr>
          <w:b/>
          <w:bCs/>
        </w:rPr>
        <w:t xml:space="preserve">By accident most strange,</w:t>
      </w:r>
      <w:r>
        <w:rPr>
          <w:b/>
          <w:bCs/>
        </w:rPr>
        <w:t xml:space="preserve"> </w:t>
      </w:r>
      <w:r>
        <w:rPr>
          <w:b/>
          <w:bCs/>
          <w:u w:val="single"/>
        </w:rPr>
        <w:t xml:space="preserve">bountiful</w:t>
      </w:r>
      <w:r>
        <w:rPr>
          <w:b/>
          <w:bCs/>
        </w:rPr>
        <w:t xml:space="preserve"> </w:t>
      </w:r>
      <w:r>
        <w:rPr>
          <w:b/>
          <w:bCs/>
        </w:rPr>
        <w:t xml:space="preserve">Fortune, Now my dear lady, hath mine enemies Brought to this shore; and by my prescience I find my zenith doth depend upon A most auspicious star, whose influence If now I court not but omit, my fortunes Will ever after droop.</w:t>
      </w:r>
      <w:r>
        <w:br/>
      </w:r>
      <w:r>
        <w:t xml:space="preserve">    (a) not having the characteristic of bouncing back light/heat/sound...</w:t>
      </w:r>
      <w:r>
        <w:br/>
      </w:r>
      <w:r>
        <w:t xml:space="preserve">    (b) the quality or degree of the involvement of other people or things</w:t>
      </w:r>
      <w:r>
        <w:br/>
      </w:r>
      <w:r>
        <w:t xml:space="preserve">    (c) given in abundance (a large amount); or an abundant (large) amount</w:t>
      </w:r>
    </w:p>
    <w:p>
      <w:pPr>
        <w:pStyle w:val="Compact"/>
        <w:numPr>
          <w:ilvl w:val="0"/>
          <w:numId w:val="1001"/>
        </w:numPr>
      </w:pPr>
      <w:r>
        <w:rPr>
          <w:b/>
          <w:bCs/>
        </w:rPr>
        <w:t xml:space="preserve">You are gentlemen of brave</w:t>
      </w:r>
      <w:r>
        <w:rPr>
          <w:b/>
          <w:bCs/>
        </w:rPr>
        <w:t xml:space="preserve"> </w:t>
      </w:r>
      <w:r>
        <w:rPr>
          <w:b/>
          <w:bCs/>
          <w:u w:val="single"/>
        </w:rPr>
        <w:t xml:space="preserve">mettle</w:t>
      </w:r>
      <w:r>
        <w:rPr>
          <w:b/>
          <w:bCs/>
        </w:rPr>
        <w:t xml:space="preserve">: you would lift the moon out of her sphere, if she would continue in it five weeks without changing.</w:t>
      </w:r>
      <w:r>
        <w:br/>
      </w:r>
      <w:r>
        <w:t xml:space="preserve">    (a) courage or strength of character</w:t>
      </w:r>
      <w:r>
        <w:br/>
      </w:r>
      <w:r>
        <w:t xml:space="preserve">    (b) opposed to people who are Jewish</w:t>
      </w:r>
      <w:r>
        <w:br/>
      </w:r>
      <w:r>
        <w:t xml:space="preserve">    (c) lacking things most people enjoy</w:t>
      </w:r>
    </w:p>
    <w:p>
      <w:pPr>
        <w:pStyle w:val="Compact"/>
        <w:numPr>
          <w:ilvl w:val="0"/>
          <w:numId w:val="1001"/>
        </w:numPr>
      </w:pPr>
      <w:r>
        <w:rPr>
          <w:b/>
          <w:bCs/>
        </w:rPr>
        <w:t xml:space="preserve">...Ebbing men indeed,</w:t>
      </w:r>
      <w:r>
        <w:br/>
      </w:r>
      <w:r>
        <w:rPr>
          <w:b/>
          <w:bCs/>
        </w:rPr>
        <w:t xml:space="preserve">Most often, do so near the bottom run</w:t>
      </w:r>
      <w:r>
        <w:br/>
      </w:r>
      <w:r>
        <w:rPr>
          <w:b/>
          <w:bCs/>
        </w:rPr>
        <w:t xml:space="preserve">By their own fear or</w:t>
      </w:r>
      <w:r>
        <w:rPr>
          <w:b/>
          <w:bCs/>
        </w:rPr>
        <w:t xml:space="preserve"> </w:t>
      </w:r>
      <w:r>
        <w:rPr>
          <w:b/>
          <w:bCs/>
          <w:u w:val="single"/>
        </w:rPr>
        <w:t xml:space="preserve">sloth</w:t>
      </w:r>
      <w:r>
        <w:rPr>
          <w:b/>
          <w:bCs/>
        </w:rPr>
        <w:t xml:space="preserve">.</w:t>
      </w:r>
      <w:r>
        <w:br/>
      </w:r>
      <w:r>
        <w:t xml:space="preserve">    (a) not real</w:t>
      </w:r>
      <w:r>
        <w:br/>
      </w:r>
      <w:r>
        <w:t xml:space="preserve">    (b) allowing</w:t>
      </w:r>
      <w:r>
        <w:br/>
      </w:r>
      <w:r>
        <w:t xml:space="preserve">    (c) an unwillingness to work or exert oneself</w:t>
      </w:r>
    </w:p>
    <w:p>
      <w:pPr>
        <w:pStyle w:val="Compact"/>
        <w:numPr>
          <w:ilvl w:val="0"/>
          <w:numId w:val="1001"/>
        </w:numPr>
      </w:pPr>
      <w:r>
        <w:rPr>
          <w:b/>
          <w:bCs/>
        </w:rPr>
        <w:t xml:space="preserve">His forward voice now is to speak well of his friend; his backward voice is to utter foul speeches, and to</w:t>
      </w:r>
      <w:r>
        <w:rPr>
          <w:b/>
          <w:bCs/>
        </w:rPr>
        <w:t xml:space="preserve"> </w:t>
      </w:r>
      <w:r>
        <w:rPr>
          <w:b/>
          <w:bCs/>
          <w:u w:val="single"/>
        </w:rPr>
        <w:t xml:space="preserve">detract</w:t>
      </w:r>
      <w:r>
        <w:rPr>
          <w:b/>
          <w:bCs/>
        </w:rPr>
        <w:t xml:space="preserve">.</w:t>
      </w:r>
      <w:r>
        <w:br/>
      </w:r>
      <w:r>
        <w:t xml:space="preserve">    (a) hold together (connect or unite) or wrap</w:t>
      </w:r>
      <w:r>
        <w:br/>
      </w:r>
      <w:r>
        <w:t xml:space="preserve">    (b) diminish (reduce the value of something)</w:t>
      </w:r>
      <w:r>
        <w:br/>
      </w:r>
      <w:r>
        <w:t xml:space="preserve">    (c) the difference between tones of an image</w:t>
      </w:r>
    </w:p>
    <w:p>
      <w:pPr>
        <w:pStyle w:val="Compact"/>
        <w:numPr>
          <w:ilvl w:val="0"/>
          <w:numId w:val="1001"/>
        </w:numPr>
      </w:pPr>
      <w:r>
        <w:rPr>
          <w:b/>
          <w:bCs/>
        </w:rPr>
        <w:t xml:space="preserve">But I prattle Something too wildly, and my father's</w:t>
      </w:r>
      <w:r>
        <w:rPr>
          <w:b/>
          <w:bCs/>
        </w:rPr>
        <w:t xml:space="preserve"> </w:t>
      </w:r>
      <w:r>
        <w:rPr>
          <w:b/>
          <w:bCs/>
          <w:u w:val="single"/>
        </w:rPr>
        <w:t xml:space="preserve">precepts</w:t>
      </w:r>
      <w:r>
        <w:rPr>
          <w:b/>
          <w:bCs/>
        </w:rPr>
        <w:t xml:space="preserve"> </w:t>
      </w:r>
      <w:r>
        <w:rPr>
          <w:b/>
          <w:bCs/>
        </w:rPr>
        <w:t xml:space="preserve">I therein do forget.</w:t>
      </w:r>
      <w:r>
        <w:br/>
      </w:r>
      <w:r>
        <w:t xml:space="preserve">    (a) unties or releases</w:t>
      </w:r>
      <w:r>
        <w:br/>
      </w:r>
      <w:r>
        <w:t xml:space="preserve">    (b) sharp hooked claws</w:t>
      </w:r>
      <w:r>
        <w:br/>
      </w:r>
      <w:r>
        <w:t xml:space="preserve">    (c) rules for behavior</w:t>
      </w:r>
    </w:p>
    <w:p>
      <w:pPr>
        <w:pStyle w:val="Compact"/>
        <w:numPr>
          <w:ilvl w:val="0"/>
          <w:numId w:val="1001"/>
        </w:numPr>
      </w:pPr>
      <w:r>
        <w:rPr>
          <w:b/>
          <w:bCs/>
        </w:rPr>
        <w:t xml:space="preserve">[Sings]</w:t>
      </w:r>
      <w:r>
        <w:rPr>
          <w:b/>
          <w:bCs/>
        </w:rPr>
        <w:t xml:space="preserve"> </w:t>
      </w:r>
      <w:r>
        <w:rPr>
          <w:b/>
          <w:bCs/>
          <w:u w:val="single"/>
        </w:rPr>
        <w:t xml:space="preserve">Flout</w:t>
      </w:r>
      <w:r>
        <w:rPr>
          <w:b/>
          <w:bCs/>
        </w:rPr>
        <w:t xml:space="preserve"> </w:t>
      </w:r>
      <w:r>
        <w:rPr>
          <w:b/>
          <w:bCs/>
        </w:rPr>
        <w:t xml:space="preserve">'em and scout 'em; and scout 'em and flout 'em: Thought is free</w:t>
      </w:r>
      <w:r>
        <w:br/>
      </w:r>
      <w:r>
        <w:t xml:space="preserve">    (a) take on or adopt</w:t>
      </w:r>
      <w:r>
        <w:br/>
      </w:r>
      <w:r>
        <w:t xml:space="preserve">    (b) openly disregard</w:t>
      </w:r>
      <w:r>
        <w:br/>
      </w:r>
      <w:r>
        <w:t xml:space="preserve">    (c) make more varied</w:t>
      </w:r>
    </w:p>
    <w:p>
      <w:pPr>
        <w:pStyle w:val="Compact"/>
        <w:numPr>
          <w:ilvl w:val="0"/>
          <w:numId w:val="1001"/>
        </w:numPr>
      </w:pPr>
      <w:r>
        <w:rPr>
          <w:b/>
          <w:bCs/>
        </w:rPr>
        <w:t xml:space="preserve">they dance about it with gentle actions of</w:t>
      </w:r>
      <w:r>
        <w:rPr>
          <w:b/>
          <w:bCs/>
        </w:rPr>
        <w:t xml:space="preserve"> </w:t>
      </w:r>
      <w:r>
        <w:rPr>
          <w:b/>
          <w:bCs/>
          <w:u w:val="single"/>
        </w:rPr>
        <w:t xml:space="preserve">salutation</w:t>
      </w:r>
      <w:r>
        <w:rPr>
          <w:b/>
          <w:bCs/>
        </w:rPr>
        <w:t xml:space="preserve">;</w:t>
      </w:r>
      <w:r>
        <w:br/>
      </w:r>
      <w:r>
        <w:t xml:space="preserve">    (a) greeting or welcome</w:t>
      </w:r>
      <w:r>
        <w:br/>
      </w:r>
      <w:r>
        <w:t xml:space="preserve">    (b) a small hole or a series of small holes such as are used to make it easy to tear a piece of paper along a specific line</w:t>
      </w:r>
      <w:r>
        <w:br/>
      </w:r>
      <w:r>
        <w:t xml:space="preserve">    (c) a highly educated person interested in learning and exploring ideas -- sometimes while ignoring practical considerations</w:t>
      </w:r>
    </w:p>
    <w:p>
      <w:pPr>
        <w:pStyle w:val="Compact"/>
        <w:numPr>
          <w:ilvl w:val="0"/>
          <w:numId w:val="1001"/>
        </w:numPr>
      </w:pPr>
      <w:r>
        <w:rPr>
          <w:b/>
          <w:bCs/>
        </w:rPr>
        <w:t xml:space="preserve">You are three men of sin, whom Destiny, That hath to instrument this lower world And what is in't,—the never-</w:t>
      </w:r>
      <w:r>
        <w:rPr>
          <w:b/>
          <w:bCs/>
          <w:u w:val="single"/>
        </w:rPr>
        <w:t xml:space="preserve">surfeited</w:t>
      </w:r>
      <w:r>
        <w:rPr>
          <w:b/>
          <w:bCs/>
        </w:rPr>
        <w:t xml:space="preserve"> </w:t>
      </w:r>
      <w:r>
        <w:rPr>
          <w:b/>
          <w:bCs/>
        </w:rPr>
        <w:t xml:space="preserve">sea Hath caused to belch up you; and on this island Where man doth not inhabit; you 'mongst men Being most unfit to live.</w:t>
      </w:r>
      <w:r>
        <w:br/>
      </w:r>
      <w:r>
        <w:t xml:space="preserve">    (a) adjusted a lens to make an image clear</w:t>
      </w:r>
      <w:r>
        <w:br/>
      </w:r>
      <w:r>
        <w:t xml:space="preserve">    (b) an excessive amount; or to overindulge</w:t>
      </w:r>
      <w:r>
        <w:br/>
      </w:r>
      <w:r>
        <w:t xml:space="preserve">    (c) differed notably in brightness or tone</w:t>
      </w:r>
    </w:p>
    <w:p>
      <w:pPr>
        <w:pStyle w:val="Compact"/>
        <w:numPr>
          <w:ilvl w:val="0"/>
          <w:numId w:val="1001"/>
        </w:numPr>
      </w:pPr>
      <w:r>
        <w:rPr>
          <w:b/>
          <w:bCs/>
        </w:rPr>
        <w:t xml:space="preserve">I and my fellows Are ministers of fate: the elements Of whom your swords are temper'd may as well Wound the loud winds, or with bemock'd-at stabs Kill the still-closing waters, as diminish One dowle that's in my plume; my fellow-ministers Are like</w:t>
      </w:r>
      <w:r>
        <w:rPr>
          <w:b/>
          <w:bCs/>
        </w:rPr>
        <w:t xml:space="preserve"> </w:t>
      </w:r>
      <w:r>
        <w:rPr>
          <w:b/>
          <w:bCs/>
          <w:u w:val="single"/>
        </w:rPr>
        <w:t xml:space="preserve">invulnerable</w:t>
      </w:r>
      <w:r>
        <w:rPr>
          <w:b/>
          <w:bCs/>
        </w:rPr>
        <w:t xml:space="preserve">.</w:t>
      </w:r>
      <w:r>
        <w:br/>
      </w:r>
      <w:r>
        <w:t xml:space="preserve">    (a) good or beneficial</w:t>
      </w:r>
      <w:r>
        <w:br/>
      </w:r>
      <w:r>
        <w:t xml:space="preserve">    (b) impossible to harm</w:t>
      </w:r>
      <w:r>
        <w:br/>
      </w:r>
      <w:r>
        <w:t xml:space="preserve">    (c) not representative</w:t>
      </w:r>
    </w:p>
    <w:p>
      <w:pPr>
        <w:pStyle w:val="Compact"/>
        <w:numPr>
          <w:ilvl w:val="0"/>
          <w:numId w:val="1001"/>
        </w:numPr>
      </w:pPr>
      <w:r>
        <w:rPr>
          <w:b/>
          <w:bCs/>
        </w:rPr>
        <w:t xml:space="preserve">But, remember—For that's my business to you,—that you three From Milan did supplant good Prospero;</w:t>
      </w:r>
      <w:r>
        <w:rPr>
          <w:b/>
          <w:bCs/>
        </w:rPr>
        <w:t xml:space="preserve"> </w:t>
      </w:r>
      <w:r>
        <w:rPr>
          <w:b/>
          <w:bCs/>
          <w:u w:val="single"/>
        </w:rPr>
        <w:t xml:space="preserve">Expos</w:t>
      </w:r>
      <w:r>
        <w:rPr>
          <w:b/>
          <w:bCs/>
        </w:rPr>
        <w:t xml:space="preserve">'d unto the sea, which hath requit it, Him, and his innocent child: for which foul deed The powers, delaying, not forgetting, have Incens'd the seas and shores, yea, all the creatures, Against your peace.</w:t>
      </w:r>
      <w:r>
        <w:br/>
      </w:r>
      <w:r>
        <w:t xml:space="preserve">    (a) collections of things on public display</w:t>
      </w:r>
      <w:r>
        <w:br/>
      </w:r>
      <w:r>
        <w:t xml:space="preserve">    (b) ways of seeing or thinking about things</w:t>
      </w:r>
      <w:r>
        <w:br/>
      </w:r>
      <w:r>
        <w:t xml:space="preserve">    (c) things accepted as true (without proof)</w:t>
      </w:r>
    </w:p>
    <w:p>
      <w:pPr>
        <w:pStyle w:val="Compact"/>
        <w:numPr>
          <w:ilvl w:val="0"/>
          <w:numId w:val="1001"/>
        </w:numPr>
      </w:pPr>
      <w:r>
        <w:rPr>
          <w:b/>
          <w:bCs/>
        </w:rPr>
        <w:t xml:space="preserve">Thee of thy son, Alonso, They have</w:t>
      </w:r>
      <w:r>
        <w:rPr>
          <w:b/>
          <w:bCs/>
        </w:rPr>
        <w:t xml:space="preserve"> </w:t>
      </w:r>
      <w:r>
        <w:rPr>
          <w:b/>
          <w:bCs/>
          <w:u w:val="single"/>
        </w:rPr>
        <w:t xml:space="preserve">bereft</w:t>
      </w:r>
      <w:r>
        <w:rPr>
          <w:b/>
          <w:bCs/>
        </w:rPr>
        <w:t xml:space="preserve">; and do pronounce, by me Lingering perdition,—worse than any death Can be at once,—shall step by step attend You and your ways; whose wraths to guard you from—Which here, in this most desolate isle, else falls Upon your heads,—is nothing but heart-sorrow, And a clear life ensuing.</w:t>
      </w:r>
      <w:r>
        <w:br/>
      </w:r>
      <w:r>
        <w:t xml:space="preserve">    (a) not appropriate or not properly related in size, amount, or degree</w:t>
      </w:r>
      <w:r>
        <w:br/>
      </w:r>
      <w:r>
        <w:t xml:space="preserve">    (b) in a manner that is not a careful, systematic, logical examination</w:t>
      </w:r>
      <w:r>
        <w:br/>
      </w:r>
      <w:r>
        <w:t xml:space="preserve">    (c) not having something, or greatly saddened by the loss of something</w:t>
      </w:r>
    </w:p>
    <w:p>
      <w:pPr>
        <w:pStyle w:val="Compact"/>
        <w:numPr>
          <w:ilvl w:val="0"/>
          <w:numId w:val="1001"/>
        </w:numPr>
      </w:pPr>
      <w:r>
        <w:rPr>
          <w:b/>
          <w:bCs/>
        </w:rPr>
        <w:t xml:space="preserve">If I have too austerely punish'd you, Your compensation makes amends: for Have given you here a third of mine own life, Or that for which I live; who once again I tender to thy hand: all thy vexations Were but my trials of thy love, and thou Hast strangely stood the test: here, afore Heaven, I</w:t>
      </w:r>
      <w:r>
        <w:rPr>
          <w:b/>
          <w:bCs/>
        </w:rPr>
        <w:t xml:space="preserve"> </w:t>
      </w:r>
      <w:r>
        <w:rPr>
          <w:b/>
          <w:bCs/>
          <w:u w:val="single"/>
        </w:rPr>
        <w:t xml:space="preserve">ratify</w:t>
      </w:r>
      <w:r>
        <w:rPr>
          <w:b/>
          <w:bCs/>
        </w:rPr>
        <w:t xml:space="preserve"> </w:t>
      </w:r>
      <w:r>
        <w:rPr>
          <w:b/>
          <w:bCs/>
        </w:rPr>
        <w:t xml:space="preserve">this my rich gift.</w:t>
      </w:r>
      <w:r>
        <w:br/>
      </w:r>
      <w:r>
        <w:t xml:space="preserve">    (a) approve</w:t>
      </w:r>
      <w:r>
        <w:br/>
      </w:r>
      <w:r>
        <w:t xml:space="preserve">    (b) restore</w:t>
      </w:r>
      <w:r>
        <w:br/>
      </w:r>
      <w:r>
        <w:t xml:space="preserve">    (c) examine</w:t>
      </w:r>
    </w:p>
    <w:p>
      <w:pPr>
        <w:pStyle w:val="Compact"/>
        <w:numPr>
          <w:ilvl w:val="0"/>
          <w:numId w:val="1001"/>
        </w:numPr>
      </w:pPr>
      <w:r>
        <w:rPr>
          <w:b/>
          <w:bCs/>
        </w:rPr>
        <w:t xml:space="preserve">As I hope For quiet days, fair issue, and long life, With such love as 'tis now, the murkiest den, The most</w:t>
      </w:r>
      <w:r>
        <w:rPr>
          <w:b/>
          <w:bCs/>
        </w:rPr>
        <w:t xml:space="preserve"> </w:t>
      </w:r>
      <w:r>
        <w:rPr>
          <w:b/>
          <w:bCs/>
          <w:u w:val="single"/>
        </w:rPr>
        <w:t xml:space="preserve">opportune</w:t>
      </w:r>
      <w:r>
        <w:rPr>
          <w:b/>
          <w:bCs/>
        </w:rPr>
        <w:t xml:space="preserve"> </w:t>
      </w:r>
      <w:r>
        <w:rPr>
          <w:b/>
          <w:bCs/>
        </w:rPr>
        <w:t xml:space="preserve">place, the strong'st suggestion Our worser genius can, shall never melt Mine honour into lust, to take away The edge of that day's celebration, When I shall think, or Phoebus' steeds are founder'd, Or Night kept chain'd below.</w:t>
      </w:r>
      <w:r>
        <w:br/>
      </w:r>
      <w:r>
        <w:t xml:space="preserve">    (a) not relating to practice or belief that is long-established or was previously long-established</w:t>
      </w:r>
      <w:r>
        <w:br/>
      </w:r>
      <w:r>
        <w:t xml:space="preserve">    (b) favorable circumstances for a particular purpose -- especially the circumstance of good timing</w:t>
      </w:r>
      <w:r>
        <w:br/>
      </w:r>
      <w:r>
        <w:t xml:space="preserve">    (c) relating to a residential area located near the outer edge of a city where it isn't as crowded</w:t>
      </w:r>
    </w:p>
    <w:p>
      <w:pPr>
        <w:pStyle w:val="Compact"/>
        <w:numPr>
          <w:ilvl w:val="0"/>
          <w:numId w:val="1001"/>
        </w:numPr>
      </w:pPr>
      <w:r>
        <w:rPr>
          <w:b/>
          <w:bCs/>
        </w:rPr>
        <w:t xml:space="preserve">they being</w:t>
      </w:r>
      <w:r>
        <w:rPr>
          <w:b/>
          <w:bCs/>
        </w:rPr>
        <w:t xml:space="preserve"> </w:t>
      </w:r>
      <w:r>
        <w:rPr>
          <w:b/>
          <w:bCs/>
          <w:u w:val="single"/>
        </w:rPr>
        <w:t xml:space="preserve">penitent</w:t>
      </w:r>
      <w:r>
        <w:rPr>
          <w:b/>
          <w:bCs/>
        </w:rPr>
        <w:t xml:space="preserve">,</w:t>
      </w:r>
      <w:r>
        <w:br/>
      </w:r>
      <w:r>
        <w:t xml:space="preserve">    (a) having the characteristic of or relating to bouncing back light/heat/sound...</w:t>
      </w:r>
      <w:r>
        <w:br/>
      </w:r>
      <w:r>
        <w:t xml:space="preserve">    (b) feeling or expressing remorse for misdeeds</w:t>
      </w:r>
      <w:r>
        <w:br/>
      </w:r>
      <w:r>
        <w:t xml:space="preserve">    (c) suffering from too few red blood cells</w:t>
      </w:r>
      <w:r>
        <w:br/>
      </w:r>
      <w:r>
        <w:br/>
      </w:r>
      <w:r>
        <w:t xml:space="preserve">or (less commonly):  lacking vitality</w:t>
      </w:r>
    </w:p>
    <w:p>
      <w:pPr>
        <w:pStyle w:val="Compact"/>
        <w:numPr>
          <w:ilvl w:val="0"/>
          <w:numId w:val="1001"/>
        </w:numPr>
      </w:pPr>
      <w:r>
        <w:rPr>
          <w:b/>
          <w:bCs/>
        </w:rPr>
        <w:t xml:space="preserve">But this rough magic I here</w:t>
      </w:r>
      <w:r>
        <w:rPr>
          <w:b/>
          <w:bCs/>
        </w:rPr>
        <w:t xml:space="preserve"> </w:t>
      </w:r>
      <w:r>
        <w:rPr>
          <w:b/>
          <w:bCs/>
          <w:u w:val="single"/>
        </w:rPr>
        <w:t xml:space="preserve">abjure</w:t>
      </w:r>
      <w:r>
        <w:rPr>
          <w:b/>
          <w:bCs/>
        </w:rPr>
        <w:t xml:space="preserve">; and, when I have requir'd Some heavenly music,—which even now I do,—To work mine end upon their senses that This airy charm is for, I'll break my staff, Bury it certain fathoms in the earth, And deeper than did ever plummet sound I'll drown my book.</w:t>
      </w:r>
      <w:r>
        <w:br/>
      </w:r>
      <w:r>
        <w:t xml:space="preserve">    (a) strongly desire</w:t>
      </w:r>
      <w:r>
        <w:br/>
      </w:r>
      <w:r>
        <w:t xml:space="preserve">    (b) help make clear</w:t>
      </w:r>
      <w:r>
        <w:br/>
      </w:r>
      <w:r>
        <w:t xml:space="preserve">    (c) formally reject</w:t>
      </w:r>
    </w:p>
    <w:p>
      <w:pPr>
        <w:pStyle w:val="Compact"/>
        <w:numPr>
          <w:ilvl w:val="0"/>
          <w:numId w:val="1001"/>
        </w:numPr>
      </w:pPr>
      <w:r>
        <w:rPr>
          <w:b/>
          <w:bCs/>
        </w:rPr>
        <w:t xml:space="preserve">My dukedom since you have given me again, I will</w:t>
      </w:r>
      <w:r>
        <w:rPr>
          <w:b/>
          <w:bCs/>
        </w:rPr>
        <w:t xml:space="preserve"> </w:t>
      </w:r>
      <w:r>
        <w:rPr>
          <w:b/>
          <w:bCs/>
          <w:u w:val="single"/>
        </w:rPr>
        <w:t xml:space="preserve">requite</w:t>
      </w:r>
      <w:r>
        <w:rPr>
          <w:b/>
          <w:bCs/>
        </w:rPr>
        <w:t xml:space="preserve"> </w:t>
      </w:r>
      <w:r>
        <w:rPr>
          <w:b/>
          <w:bCs/>
        </w:rPr>
        <w:t xml:space="preserve">you with as good a thing; At least bring forth a wonder, to content ye As much as me my dukedom.</w:t>
      </w:r>
      <w:r>
        <w:br/>
      </w:r>
      <w:r>
        <w:t xml:space="preserve">    (a) strongly desire</w:t>
      </w:r>
      <w:r>
        <w:br/>
      </w:r>
      <w:r>
        <w:t xml:space="preserve">    (b) repay or return</w:t>
      </w:r>
      <w:r>
        <w:br/>
      </w:r>
      <w:r>
        <w:t xml:space="preserve">    (c) think carefully</w:t>
      </w:r>
    </w:p>
    <w:p>
      <w:pPr>
        <w:pStyle w:val="Compact"/>
        <w:numPr>
          <w:ilvl w:val="0"/>
          <w:numId w:val="1001"/>
        </w:numPr>
      </w:pPr>
      <w:r>
        <w:rPr>
          <w:b/>
          <w:bCs/>
        </w:rPr>
        <w:t xml:space="preserve">This is as strange a maze as e'er men trod;</w:t>
      </w:r>
      <w:r>
        <w:br/>
      </w:r>
      <w:r>
        <w:rPr>
          <w:b/>
          <w:bCs/>
        </w:rPr>
        <w:t xml:space="preserve">And there is in this business more than nature</w:t>
      </w:r>
      <w:r>
        <w:br/>
      </w:r>
      <w:r>
        <w:rPr>
          <w:b/>
          <w:bCs/>
        </w:rPr>
        <w:t xml:space="preserve">Was ever conduct of: some oracle</w:t>
      </w:r>
      <w:r>
        <w:br/>
      </w:r>
      <w:r>
        <w:rPr>
          <w:b/>
          <w:bCs/>
        </w:rPr>
        <w:t xml:space="preserve">Must</w:t>
      </w:r>
      <w:r>
        <w:rPr>
          <w:b/>
          <w:bCs/>
        </w:rPr>
        <w:t xml:space="preserve"> </w:t>
      </w:r>
      <w:r>
        <w:rPr>
          <w:b/>
          <w:bCs/>
          <w:u w:val="single"/>
        </w:rPr>
        <w:t xml:space="preserve">rectify</w:t>
      </w:r>
      <w:r>
        <w:rPr>
          <w:b/>
          <w:bCs/>
        </w:rPr>
        <w:t xml:space="preserve"> </w:t>
      </w:r>
      <w:r>
        <w:rPr>
          <w:b/>
          <w:bCs/>
        </w:rPr>
        <w:t xml:space="preserve">our knowledge.</w:t>
      </w:r>
      <w:r>
        <w:br/>
      </w:r>
      <w:r>
        <w:t xml:space="preserve">    (a) correct</w:t>
      </w:r>
      <w:r>
        <w:br/>
      </w:r>
      <w:r>
        <w:t xml:space="preserve">    (b) develop or change gradually</w:t>
      </w:r>
      <w:r>
        <w:br/>
      </w:r>
      <w:r>
        <w:t xml:space="preserve">    (c) pessimistic or disagreeable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2026-07-31T14:31:53Z</dcterms:created>
  <dcterms:modified xsi:type="dcterms:W3CDTF">2026-07-31T14:31:53Z</dcterms:modified>
</cp:coreProperties>
</file>

<file path=docProps/custom.xml><?xml version="1.0" encoding="utf-8"?>
<Properties xmlns="http://schemas.openxmlformats.org/officeDocument/2006/custom-properties" xmlns:vt="http://schemas.openxmlformats.org/officeDocument/2006/docPropsVTypes"/>
</file>