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8aca0c16fb33ee3332b62c0ed6b01653aa4d18"/>
    <w:p>
      <w:pPr>
        <w:pStyle w:val="Heading1"/>
      </w:pPr>
      <w:r>
        <w:rPr>
          <w:b/>
          <w:bCs/>
        </w:rPr>
        <w:t xml:space="preserve">The Tell-Tale Heart</w:t>
      </w:r>
      <w:r>
        <w:br/>
      </w:r>
      <w:r>
        <w:rPr>
          <w:i/>
          <w:iCs/>
        </w:rPr>
        <w:t xml:space="preserve">Edgar Allan Poe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Above all was the sense of hearing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</w:t>
      </w:r>
      <w:r>
        <w:rPr>
          <w:b/>
          <w:bCs/>
        </w:rPr>
        <w:t xml:space="preserve">.</w:t>
      </w:r>
      <w:r>
        <w:br/>
      </w:r>
      <w:r>
        <w:t xml:space="preserve">    (a) highly perceptive (much better than normal)</w:t>
      </w:r>
      <w:r>
        <w:br/>
      </w:r>
      <w:r>
        <w:t xml:space="preserve">    (b) lacking a tendency to be full of thought</w:t>
      </w:r>
      <w:r>
        <w:br/>
      </w:r>
      <w:r>
        <w:t xml:space="preserve">    (c) without a tendency to be full of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then, when I had made an opening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sufficient</w:t>
      </w:r>
      <w:r>
        <w:rPr>
          <w:b/>
          <w:bCs/>
        </w:rPr>
        <w:t xml:space="preserve"> </w:t>
      </w:r>
      <w:r>
        <w:rPr>
          <w:b/>
          <w:bCs/>
        </w:rPr>
        <w:t xml:space="preserve">for my head, I put in a dark lantern, all closed, closed, that no light shone out, and then I thrust in my head.</w:t>
      </w:r>
      <w:r>
        <w:br/>
      </w:r>
      <w:r>
        <w:t xml:space="preserve">    (a) adequate (enough -- often without being more than is needed)</w:t>
      </w:r>
      <w:r>
        <w:br/>
      </w:r>
      <w:r>
        <w:t xml:space="preserve">    (b) in a manner of taking on or adopting power or responsibility</w:t>
      </w:r>
      <w:r>
        <w:br/>
      </w:r>
      <w:r>
        <w:t xml:space="preserve">    (c) producing a stream of atomic particles through nuclear decay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this I did for seven long nights—every night just at midnight—but I found the eye always closed; and so it was impossible to do the work; for it was not the old man who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vexed</w:t>
      </w:r>
      <w:r>
        <w:rPr>
          <w:b/>
          <w:bCs/>
        </w:rPr>
        <w:t xml:space="preserve"> </w:t>
      </w:r>
      <w:r>
        <w:rPr>
          <w:b/>
          <w:bCs/>
        </w:rPr>
        <w:t xml:space="preserve">me, but his Evil Eye.</w:t>
      </w:r>
      <w:r>
        <w:br/>
      </w:r>
      <w:r>
        <w:t xml:space="preserve">    (a) changed</w:t>
      </w:r>
      <w:r>
        <w:br/>
      </w:r>
      <w:r>
        <w:t xml:space="preserve">    (b) forgave</w:t>
      </w:r>
      <w:r>
        <w:br/>
      </w:r>
      <w:r>
        <w:t xml:space="preserve">    (c) annoyed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you see he would have been a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old man, indeed, to suspect...</w:t>
      </w:r>
      <w:r>
        <w:br/>
      </w:r>
      <w:r>
        <w:t xml:space="preserve">    (a) quick or efficient</w:t>
      </w:r>
      <w:r>
        <w:br/>
      </w:r>
      <w:r>
        <w:t xml:space="preserve">    (b) far-reaching in insight</w:t>
      </w:r>
      <w:r>
        <w:br/>
      </w:r>
      <w:r>
        <w:t xml:space="preserve">    (c) foolish or showing ignorance of important circumstances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Never before that night had I felt the extent of my own powers—of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sagacity</w:t>
      </w:r>
      <w:r>
        <w:rPr>
          <w:b/>
          <w:bCs/>
        </w:rPr>
        <w:t xml:space="preserve">.</w:t>
      </w:r>
      <w:r>
        <w:br/>
      </w:r>
      <w:r>
        <w:t xml:space="preserve">    (a) memory</w:t>
      </w:r>
      <w:r>
        <w:br/>
      </w:r>
      <w:r>
        <w:t xml:space="preserve">    (b) battle</w:t>
      </w:r>
      <w:r>
        <w:br/>
      </w:r>
      <w:r>
        <w:t xml:space="preserve">    (c) wisdom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increased my fury, as the beating of a drum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stimulates</w:t>
      </w:r>
      <w:r>
        <w:rPr>
          <w:b/>
          <w:bCs/>
        </w:rPr>
        <w:t xml:space="preserve"> </w:t>
      </w:r>
      <w:r>
        <w:rPr>
          <w:b/>
          <w:bCs/>
        </w:rPr>
        <w:t xml:space="preserve">the soldier into courage.</w:t>
      </w:r>
      <w:r>
        <w:br/>
      </w:r>
      <w:r>
        <w:t xml:space="preserve">    (a) points to differences between; or compares to show differences</w:t>
      </w:r>
      <w:r>
        <w:br/>
      </w:r>
      <w:r>
        <w:t xml:space="preserve">    (b) encourages growth or excitement, or causes something to happen</w:t>
      </w:r>
      <w:r>
        <w:br/>
      </w:r>
      <w:r>
        <w:t xml:space="preserve">    (c) manipulates voting district boundaries for political advantage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...for some minutes longer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refrained</w:t>
      </w:r>
      <w:r>
        <w:rPr>
          <w:b/>
          <w:bCs/>
        </w:rPr>
        <w:t xml:space="preserve"> </w:t>
      </w:r>
      <w:r>
        <w:rPr>
          <w:b/>
          <w:bCs/>
        </w:rPr>
        <w:t xml:space="preserve">and stood still.</w:t>
      </w:r>
      <w:r>
        <w:br/>
      </w:r>
      <w:r>
        <w:t xml:space="preserve">    (a) said (or make a sound) with the voice</w:t>
      </w:r>
      <w:r>
        <w:br/>
      </w:r>
      <w:r>
        <w:t xml:space="preserve">    (b) genetically changed through evolution</w:t>
      </w:r>
      <w:r>
        <w:br/>
      </w:r>
      <w:r>
        <w:t xml:space="preserve">    (c) resisted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now a new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anxiety</w:t>
      </w:r>
      <w:r>
        <w:rPr>
          <w:b/>
          <w:bCs/>
        </w:rPr>
        <w:t xml:space="preserve"> </w:t>
      </w:r>
      <w:r>
        <w:rPr>
          <w:b/>
          <w:bCs/>
        </w:rPr>
        <w:t xml:space="preserve">seized me—the sound would be heard by a neighbour!</w:t>
      </w:r>
      <w:r>
        <w:br/>
      </w:r>
      <w:r>
        <w:t xml:space="preserve">    (a) basic rule or belief</w:t>
      </w:r>
      <w:r>
        <w:br/>
      </w:r>
      <w:r>
        <w:t xml:space="preserve">    (b) narrow water passage</w:t>
      </w:r>
      <w:r>
        <w:br/>
      </w:r>
      <w:r>
        <w:t xml:space="preserve">    (c) nervousness or worry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length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ceased</w:t>
      </w:r>
      <w:r>
        <w:rPr>
          <w:b/>
          <w:bCs/>
        </w:rPr>
        <w:t xml:space="preserve">.</w:t>
      </w:r>
      <w:r>
        <w:br/>
      </w:r>
      <w:r>
        <w:t xml:space="preserve">    (a) not taken on or adopted</w:t>
      </w:r>
      <w:r>
        <w:br/>
      </w:r>
      <w:r>
        <w:t xml:space="preserve">    (b) did in a particular way</w:t>
      </w:r>
      <w:r>
        <w:br/>
      </w:r>
      <w:r>
        <w:t xml:space="preserve">    (c) stopped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night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waned</w:t>
      </w:r>
      <w:r>
        <w:rPr>
          <w:b/>
          <w:bCs/>
        </w:rPr>
        <w:t xml:space="preserve">, and I worked hastily, but in silence.</w:t>
      </w:r>
      <w:r>
        <w:br/>
      </w:r>
      <w:r>
        <w:t xml:space="preserve">    (a) not happening at the same time or in a coordinated sequence; or (of watches/clocks) not set to show the same time</w:t>
      </w:r>
      <w:r>
        <w:br/>
      </w:r>
      <w:r>
        <w:t xml:space="preserve">    (b) pulled out of a trance-like state where awareness of other surrounding things is lost or too much trust is granted</w:t>
      </w:r>
      <w:r>
        <w:br/>
      </w:r>
      <w:r>
        <w:t xml:space="preserve">    (c) gradually decrease in strength, intensity, size, or importance -- especially the part of the moon that is visible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then replaced the boards so cleverly,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cunningly</w:t>
      </w:r>
      <w:r>
        <w:rPr>
          <w:b/>
          <w:bCs/>
        </w:rPr>
        <w:t xml:space="preserve">, that no human eye—not even his—could have detected any thing wrong.</w:t>
      </w:r>
      <w:r>
        <w:br/>
      </w:r>
      <w:r>
        <w:t xml:space="preserve">    (a) in a manner that impacts the natural world (life, air, water, land...)</w:t>
      </w:r>
      <w:r>
        <w:br/>
      </w:r>
      <w:r>
        <w:t xml:space="preserve">    (b) in a manner that is clever and typically that includes tricking others</w:t>
      </w:r>
      <w:r>
        <w:br/>
      </w:r>
      <w:r>
        <w:t xml:space="preserve">    (c) aka analytically -- in a manner that relates to a theory of psychiatry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been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wary</w:t>
      </w:r>
      <w:r>
        <w:rPr>
          <w:b/>
          <w:bCs/>
        </w:rPr>
        <w:t xml:space="preserve"> </w:t>
      </w:r>
      <w:r>
        <w:rPr>
          <w:b/>
          <w:bCs/>
        </w:rPr>
        <w:t xml:space="preserve">for that.</w:t>
      </w:r>
      <w:r>
        <w:br/>
      </w:r>
      <w:r>
        <w:t xml:space="preserve">    (a) careful, nervous, or distrustful</w:t>
      </w:r>
      <w:r>
        <w:br/>
      </w:r>
      <w:r>
        <w:t xml:space="preserve">    (b) indicating approval or agreement</w:t>
      </w:r>
      <w:r>
        <w:br/>
      </w:r>
      <w:r>
        <w:t xml:space="preserve">    (c) able to be taken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entered three men, who introduced themselves, with perfect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suavity</w:t>
      </w:r>
      <w:r>
        <w:rPr>
          <w:b/>
          <w:bCs/>
        </w:rPr>
        <w:t xml:space="preserve">, as officers of the police.</w:t>
      </w:r>
      <w:r>
        <w:br/>
      </w:r>
      <w:r>
        <w:t xml:space="preserve">    (a) reason (for doing something)</w:t>
      </w:r>
      <w:r>
        <w:br/>
      </w:r>
      <w:r>
        <w:t xml:space="preserve">    (b) small quantity or indication</w:t>
      </w:r>
      <w:r>
        <w:br/>
      </w:r>
      <w:r>
        <w:t xml:space="preserve">    (c) sophisticated manners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enthusiasm of my confidence, I brought chairs into the room, and desired them here to rest from their fatigues, while I myself, in the wild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audacity</w:t>
      </w:r>
      <w:r>
        <w:rPr>
          <w:b/>
          <w:bCs/>
        </w:rPr>
        <w:t xml:space="preserve"> </w:t>
      </w:r>
      <w:r>
        <w:rPr>
          <w:b/>
          <w:bCs/>
        </w:rPr>
        <w:t xml:space="preserve">of my perfect triumph, placed my own seat upon the very spot beneath which reposed the corpse of the victim.</w:t>
      </w:r>
      <w:r>
        <w:br/>
      </w:r>
      <w:r>
        <w:t xml:space="preserve">    (a) wrong understanding</w:t>
      </w:r>
      <w:r>
        <w:br/>
      </w:r>
      <w:r>
        <w:t xml:space="preserve">    (b) boldness and daring</w:t>
      </w:r>
      <w:r>
        <w:br/>
      </w:r>
      <w:r>
        <w:t xml:space="preserve">    (c) act of hiring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ringing became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distinct</w:t>
      </w:r>
      <w:r>
        <w:rPr>
          <w:b/>
          <w:bCs/>
        </w:rPr>
        <w:t xml:space="preserve">:—It continued and became more distinct: I talked more freely to get rid of the feeling: but it continued and gained definiteness—until, at length, I found that the noise was not within my ears.</w:t>
      </w:r>
      <w:r>
        <w:br/>
      </w:r>
      <w:r>
        <w:t xml:space="preserve">    (a) not capable of being better understood through detailed examination</w:t>
      </w:r>
      <w:r>
        <w:br/>
      </w:r>
      <w:r>
        <w:t xml:space="preserve">    (b) unbelieving; or having difficulty accepting something so unexpected</w:t>
      </w:r>
      <w:r>
        <w:br/>
      </w:r>
      <w:r>
        <w:t xml:space="preserve">    (c) clear, easily noticed, and/or identifiable as different or separate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talked more quickly—more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vehemently</w:t>
      </w:r>
      <w:r>
        <w:rPr>
          <w:b/>
          <w:bCs/>
        </w:rPr>
        <w:t xml:space="preserve">; but the noise steadily increased.</w:t>
      </w:r>
      <w:r>
        <w:br/>
      </w:r>
      <w:r>
        <w:t xml:space="preserve">    (a) the manner in which things have generally been done in the past</w:t>
      </w:r>
      <w:r>
        <w:br/>
      </w:r>
      <w:r>
        <w:t xml:space="preserve">    (b) marked by extreme intensity -- especially emotion such as anger</w:t>
      </w:r>
      <w:r>
        <w:br/>
      </w:r>
      <w:r>
        <w:t xml:space="preserve">    (c) in a manner that shows a lack of integrity and money motivation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argued about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trifles</w:t>
      </w:r>
      <w:r>
        <w:br/>
      </w:r>
      <w:r>
        <w:t xml:space="preserve">    (a) struggles or disagreements</w:t>
      </w:r>
      <w:r>
        <w:br/>
      </w:r>
      <w:r>
        <w:t xml:space="preserve">    (b) is attractive or desirable</w:t>
      </w:r>
      <w:r>
        <w:br/>
      </w:r>
      <w:r>
        <w:t xml:space="preserve">    (c) unimportant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arose and argued about trifles, in a high key and with violent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gesticulations</w:t>
      </w:r>
      <w:r>
        <w:rPr>
          <w:b/>
          <w:bCs/>
        </w:rPr>
        <w:t xml:space="preserve">; but the noise steadily increased.</w:t>
      </w:r>
      <w:r>
        <w:br/>
      </w:r>
      <w:r>
        <w:t xml:space="preserve">    (a) members of the Society of Jesus (known for their schools and missionary work)</w:t>
      </w:r>
      <w:r>
        <w:br/>
      </w:r>
      <w:r>
        <w:t xml:space="preserve">    (b) gestures (hand or body movements) made while speaking or to express something</w:t>
      </w:r>
      <w:r>
        <w:br/>
      </w:r>
      <w:r>
        <w:t xml:space="preserve">    (c) descriptions of unfavorable opinions; or acts of sharing unfavorable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Anything was more tolerable than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derision</w:t>
      </w:r>
      <w:r>
        <w:rPr>
          <w:b/>
          <w:bCs/>
        </w:rPr>
        <w:t xml:space="preserve">!</w:t>
      </w:r>
      <w:r>
        <w:br/>
      </w:r>
      <w:r>
        <w:t xml:space="preserve">    (a) critical disrespect -- typically while laughing at or making fun of</w:t>
      </w:r>
      <w:r>
        <w:br/>
      </w:r>
      <w:r>
        <w:t xml:space="preserve">    (b) a series of regularly spaced columns -- typically covered by a roof</w:t>
      </w:r>
      <w:r>
        <w:br/>
      </w:r>
      <w:r>
        <w:t xml:space="preserve">    (c) related to or causing dramatic change; of a supporter of the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—It is the beating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hideous</w:t>
      </w:r>
      <w:r>
        <w:rPr>
          <w:b/>
          <w:bCs/>
        </w:rPr>
        <w:t xml:space="preserve"> </w:t>
      </w:r>
      <w:r>
        <w:rPr>
          <w:b/>
          <w:bCs/>
        </w:rPr>
        <w:t xml:space="preserve">heart!</w:t>
      </w:r>
      <w:r>
        <w:br/>
      </w:r>
      <w:r>
        <w:t xml:space="preserve">    (a) the characteristic of demonstrating something</w:t>
      </w:r>
      <w:r>
        <w:br/>
      </w:r>
      <w:r>
        <w:t xml:space="preserve">    (b) extremely ugly, offensive, and/or frightening</w:t>
      </w:r>
      <w:r>
        <w:br/>
      </w:r>
      <w:r>
        <w:t xml:space="preserve">    (c) the quality of not being sensible and careful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2026-07-31T17:12:48Z</dcterms:created>
  <dcterms:modified xsi:type="dcterms:W3CDTF">2026-07-31T17:12:48Z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