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580aac8a55d0401180e61ba187b4d3f9752faf"/>
    <w:p>
      <w:pPr>
        <w:pStyle w:val="Heading1"/>
      </w:pPr>
      <w:r>
        <w:rPr>
          <w:b/>
          <w:bCs/>
        </w:rPr>
        <w:t xml:space="preserve">The Tattooist of Auschwitz</w:t>
      </w:r>
      <w:r>
        <w:br/>
      </w:r>
      <w:r>
        <w:rPr>
          <w:i/>
          <w:iCs/>
        </w:rPr>
        <w:t xml:space="preserve">Heather Morris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Slowly rising, he looks around at the hundreds of startled men who are trying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comprehend</w:t>
      </w:r>
      <w:r>
        <w:rPr>
          <w:b/>
          <w:bCs/>
        </w:rPr>
        <w:t xml:space="preserve"> </w:t>
      </w:r>
      <w:r>
        <w:rPr>
          <w:b/>
          <w:bCs/>
        </w:rPr>
        <w:t xml:space="preserve">the scene in front of them.</w:t>
      </w:r>
      <w:r>
        <w:br/>
      </w:r>
      <w:r>
        <w:t xml:space="preserve">    (a) to concentrate, look at; or the act of concentration</w:t>
      </w:r>
      <w:r>
        <w:br/>
      </w:r>
      <w:r>
        <w:t xml:space="preserve">    (b) understand -- especially to understand it completely</w:t>
      </w:r>
      <w:r>
        <w:br/>
      </w:r>
      <w:r>
        <w:t xml:space="preserve">    (c) rug-like artwork -- often hung on a wall for display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ceases</w:t>
      </w:r>
      <w:r>
        <w:rPr>
          <w:b/>
          <w:bCs/>
        </w:rPr>
        <w:t xml:space="preserve">, the doors to the changing room reopen, and without command they walk back to see what has replaced their clothes—old Russian army uniforms and boots.</w:t>
      </w:r>
      <w:r>
        <w:br/>
      </w:r>
      <w:r>
        <w:t xml:space="preserve">    (a) stops or discontinues</w:t>
      </w:r>
      <w:r>
        <w:br/>
      </w:r>
      <w:r>
        <w:t xml:space="preserve">    (b) recognizes difference</w:t>
      </w:r>
      <w:r>
        <w:br/>
      </w:r>
      <w:r>
        <w:t xml:space="preserve">    (c) takes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Lale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determined</w:t>
      </w:r>
      <w:r>
        <w:rPr>
          <w:b/>
          <w:bCs/>
        </w:rPr>
        <w:t xml:space="preserve"> </w:t>
      </w:r>
      <w:r>
        <w:rPr>
          <w:b/>
          <w:bCs/>
        </w:rPr>
        <w:t xml:space="preserve">to find out who these men are.</w:t>
      </w:r>
      <w:r>
        <w:br/>
      </w:r>
      <w:r>
        <w:t xml:space="preserve">    (a) careful thought</w:t>
      </w:r>
      <w:r>
        <w:br/>
      </w:r>
      <w:r>
        <w:t xml:space="preserve">    (b) firm in purpose</w:t>
      </w:r>
      <w:r>
        <w:br/>
      </w:r>
      <w:r>
        <w:t xml:space="preserve">    (c) starts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of the actors are the same, most are new, their lines unwritten, their role not yet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determined</w:t>
      </w:r>
      <w:r>
        <w:rPr>
          <w:b/>
          <w:bCs/>
        </w:rPr>
        <w:t xml:space="preserve">.</w:t>
      </w:r>
      <w:r>
        <w:br/>
      </w:r>
      <w:r>
        <w:t xml:space="preserve">    (a) decided</w:t>
      </w:r>
      <w:r>
        <w:br/>
      </w:r>
      <w:r>
        <w:t xml:space="preserve">    (b) took up or received into heaven</w:t>
      </w:r>
      <w:r>
        <w:br/>
      </w:r>
      <w:r>
        <w:t xml:space="preserve">    (c) selected (on a computer screen)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being a teacher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economics</w:t>
      </w:r>
      <w:r>
        <w:rPr>
          <w:b/>
          <w:bCs/>
        </w:rPr>
        <w:t xml:space="preserve"> </w:t>
      </w:r>
      <w:r>
        <w:rPr>
          <w:b/>
          <w:bCs/>
        </w:rPr>
        <w:t xml:space="preserve">got you here?</w:t>
      </w:r>
      <w:r>
        <w:br/>
      </w:r>
      <w:r>
        <w:t xml:space="preserve">    (a) baseball:  pitches thrown with little spin (so that they move in an unpredictable manner)</w:t>
      </w:r>
      <w:r>
        <w:br/>
      </w:r>
      <w:r>
        <w:t xml:space="preserve">    (b) the quality of accepting what happens without trying to take control or reacting strongly</w:t>
      </w:r>
      <w:r>
        <w:br/>
      </w:r>
      <w:r>
        <w:t xml:space="preserve">    (c) the study of how limited resources are allocated in an attempt to satisfy unlimited wants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you want them to know you can get extra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rations</w:t>
      </w:r>
      <w:r>
        <w:rPr>
          <w:b/>
          <w:bCs/>
        </w:rPr>
        <w:t xml:space="preserve">?</w:t>
      </w:r>
      <w:r>
        <w:br/>
      </w:r>
      <w:r>
        <w:t xml:space="preserve">    (a) removes or suppress anything considered obscene, immoral, or politically unacceptable  OR  people who does such suppression</w:t>
      </w:r>
      <w:r>
        <w:br/>
      </w:r>
      <w:r>
        <w:t xml:space="preserve">    (b) portions of food</w:t>
      </w:r>
      <w:r>
        <w:br/>
      </w:r>
      <w:r>
        <w:t xml:space="preserve">    (c) atones (demonstrates sorrow for a wrong either by doing something good in return for the wrong, or by accepting punishment)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sure that as he left his block and walked past the bunks of beaten men, he heard someone mutter the word "</w:t>
      </w:r>
      <w:r>
        <w:rPr>
          <w:b/>
          <w:bCs/>
          <w:u w:val="single"/>
        </w:rPr>
        <w:t xml:space="preserve">collaborator</w:t>
      </w:r>
      <w:r>
        <w:rPr>
          <w:b/>
          <w:bCs/>
        </w:rPr>
        <w:t xml:space="preserve">."</w:t>
      </w:r>
      <w:r>
        <w:br/>
      </w:r>
      <w:r>
        <w:t xml:space="preserve">    (a) relating to the 20th century movement of artists and writers who used impossible or unlikely images to represent unconscious thoughts and dreams</w:t>
      </w:r>
      <w:r>
        <w:br/>
      </w:r>
      <w:r>
        <w:t xml:space="preserve">    (b) work together on a common enterprise or project</w:t>
      </w:r>
      <w:r>
        <w:br/>
      </w:r>
      <w:r>
        <w:br/>
      </w:r>
      <w:r>
        <w:t xml:space="preserve">or more rarely and especially in the form</w:t>
      </w:r>
      <w:r>
        <w:t xml:space="preserve"> </w:t>
      </w:r>
      <w:r>
        <w:rPr>
          <w:i/>
          <w:iCs/>
        </w:rPr>
        <w:t xml:space="preserve">collaborator</w:t>
      </w:r>
      <w:r>
        <w:t xml:space="preserve">:  cooperate with the enemy as a traitor</w:t>
      </w:r>
      <w:r>
        <w:br/>
      </w:r>
      <w:r>
        <w:t xml:space="preserve">    (c) a person who wants an economic system based on government ownership or control of all important companies -- with the ideal of equal benefits to all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takes clear delight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swaggering</w:t>
      </w:r>
      <w:r>
        <w:rPr>
          <w:b/>
          <w:bCs/>
        </w:rPr>
        <w:t xml:space="preserve"> </w:t>
      </w:r>
      <w:r>
        <w:rPr>
          <w:b/>
          <w:bCs/>
        </w:rPr>
        <w:t xml:space="preserve">up and down the rows of men.</w:t>
      </w:r>
      <w:r>
        <w:br/>
      </w:r>
      <w:r>
        <w:t xml:space="preserve">    (a) giving an opinion of what is wrong with something</w:t>
      </w:r>
      <w:r>
        <w:br/>
      </w:r>
      <w:r>
        <w:t xml:space="preserve">    (b) walking in a highly confident manner</w:t>
      </w:r>
      <w:r>
        <w:br/>
      </w:r>
      <w:r>
        <w:t xml:space="preserve">    (c) expressing regret for having done something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 officer speaks to a more senior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colleague</w:t>
      </w:r>
      <w:r>
        <w:rPr>
          <w:b/>
          <w:bCs/>
        </w:rPr>
        <w:t xml:space="preserve">, Gita looks around the large room.</w:t>
      </w:r>
      <w:r>
        <w:br/>
      </w:r>
      <w:r>
        <w:t xml:space="preserve">    (a) fellow worker</w:t>
      </w:r>
      <w:r>
        <w:br/>
      </w:r>
      <w:r>
        <w:t xml:space="preserve">    (b) older person</w:t>
      </w:r>
      <w:r>
        <w:br/>
      </w:r>
      <w:r>
        <w:t xml:space="preserve">    (c) supervisor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discover that they can communicate in a bastardized form of Hungarian,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albeit</w:t>
      </w:r>
      <w:r>
        <w:rPr>
          <w:b/>
          <w:bCs/>
        </w:rPr>
        <w:t xml:space="preserve"> </w:t>
      </w:r>
      <w:r>
        <w:rPr>
          <w:b/>
          <w:bCs/>
        </w:rPr>
        <w:t xml:space="preserve">not always accurately.</w:t>
      </w:r>
      <w:r>
        <w:br/>
      </w:r>
      <w:r>
        <w:t xml:space="preserve">    (a) therefore (for that reason)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although (used to introduce a phrase that reduces or modifies the effect of what preceded it)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two young nephews,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oblivious</w:t>
      </w:r>
      <w:r>
        <w:rPr>
          <w:b/>
          <w:bCs/>
        </w:rPr>
        <w:t xml:space="preserve"> </w:t>
      </w:r>
      <w:r>
        <w:rPr>
          <w:b/>
          <w:bCs/>
        </w:rPr>
        <w:t xml:space="preserve">to their changing world, ran innocently along the platform, chasing the train.</w:t>
      </w:r>
      <w:r>
        <w:br/>
      </w:r>
      <w:r>
        <w:t xml:space="preserve">    (a) unaware of</w:t>
      </w:r>
      <w:r>
        <w:br/>
      </w:r>
      <w:r>
        <w:t xml:space="preserve">    (b) very large</w:t>
      </w:r>
      <w:r>
        <w:br/>
      </w:r>
      <w:r>
        <w:t xml:space="preserve">    (c) related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smile disappears when he notices Cilka sitting beside Gita, her head down, once again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acknowledging</w:t>
      </w:r>
      <w:r>
        <w:rPr>
          <w:b/>
          <w:bCs/>
        </w:rPr>
        <w:t xml:space="preserve"> </w:t>
      </w:r>
      <w:r>
        <w:rPr>
          <w:b/>
          <w:bCs/>
        </w:rPr>
        <w:t xml:space="preserve">him.</w:t>
      </w:r>
      <w:r>
        <w:br/>
      </w:r>
      <w:r>
        <w:t xml:space="preserve">    (a) disagreeing</w:t>
      </w:r>
      <w:r>
        <w:br/>
      </w:r>
      <w:r>
        <w:t xml:space="preserve">    (b) translating</w:t>
      </w:r>
      <w:r>
        <w:br/>
      </w:r>
      <w:r>
        <w:t xml:space="preserve">    (c) recognizing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He, too, has chosen to stay alive for as long as he can, by performing an act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defilement</w:t>
      </w:r>
      <w:r>
        <w:rPr>
          <w:b/>
          <w:bCs/>
        </w:rPr>
        <w:t xml:space="preserve"> </w:t>
      </w:r>
      <w:r>
        <w:rPr>
          <w:b/>
          <w:bCs/>
        </w:rPr>
        <w:t xml:space="preserve">on people of his own faith.</w:t>
      </w:r>
      <w:r>
        <w:br/>
      </w:r>
      <w:r>
        <w:t xml:space="preserve">    (a) someone who exposes wrongdoing within an organization</w:t>
      </w:r>
      <w:r>
        <w:br/>
      </w:r>
      <w:r>
        <w:t xml:space="preserve">    (b) an expert in the branch of geology that studies rocks</w:t>
      </w:r>
      <w:r>
        <w:br/>
      </w:r>
      <w:r>
        <w:t xml:space="preserve">    (c) the act of spoiling the beauty or purity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reflects</w:t>
      </w:r>
      <w:r>
        <w:rPr>
          <w:b/>
          <w:bCs/>
        </w:rPr>
        <w:t xml:space="preserve"> </w:t>
      </w:r>
      <w:r>
        <w:rPr>
          <w:b/>
          <w:bCs/>
        </w:rPr>
        <w:t xml:space="preserve">that this is how he will look tomorrow when the life has been strangled from him.</w:t>
      </w:r>
      <w:r>
        <w:br/>
      </w:r>
      <w:r>
        <w:t xml:space="preserve">    (a) helps make clear</w:t>
      </w:r>
      <w:r>
        <w:br/>
      </w:r>
      <w:r>
        <w:t xml:space="preserve">    (b) thinks</w:t>
      </w:r>
      <w:r>
        <w:br/>
      </w:r>
      <w:r>
        <w:t xml:space="preserve">    (c) strongly desires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 see your world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reflected</w:t>
      </w:r>
      <w:r>
        <w:rPr>
          <w:b/>
          <w:bCs/>
        </w:rPr>
        <w:t xml:space="preserve"> </w:t>
      </w:r>
      <w:r>
        <w:rPr>
          <w:b/>
          <w:bCs/>
        </w:rPr>
        <w:t xml:space="preserve">in a mirror, but I have another mirror," Lale says.</w:t>
      </w:r>
      <w:r>
        <w:br/>
      </w:r>
      <w:r>
        <w:t xml:space="preserve">    (a) shined back (a mirror image) (figuratively)</w:t>
      </w:r>
      <w:r>
        <w:br/>
      </w:r>
      <w:r>
        <w:t xml:space="preserve">    (b) took up the attention of</w:t>
      </w:r>
      <w:r>
        <w:br/>
      </w:r>
      <w:r>
        <w:t xml:space="preserve">    (c) quoted (to make a point)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Lale looks over at the towers surrounding the compound and notices the guards on full alert, training their rifles down into the compound where the men and women are making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commotion</w:t>
      </w:r>
      <w:r>
        <w:rPr>
          <w:b/>
          <w:bCs/>
        </w:rPr>
        <w:t xml:space="preserve">.</w:t>
      </w:r>
      <w:r>
        <w:br/>
      </w:r>
      <w:r>
        <w:t xml:space="preserve">    (a) size or dimension</w:t>
      </w:r>
      <w:r>
        <w:br/>
      </w:r>
      <w:r>
        <w:t xml:space="preserve">    (b) noisy disturbance</w:t>
      </w:r>
      <w:r>
        <w:br/>
      </w:r>
      <w:r>
        <w:t xml:space="preserve">    (c) circular movement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reported as instructed to the relevant government department and was told to find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accommodations</w:t>
      </w:r>
      <w:r>
        <w:rPr>
          <w:b/>
          <w:bCs/>
        </w:rPr>
        <w:t xml:space="preserve"> </w:t>
      </w:r>
      <w:r>
        <w:rPr>
          <w:b/>
          <w:bCs/>
        </w:rPr>
        <w:t xml:space="preserve">nearby and to report back weekly until his role was decided.</w:t>
      </w:r>
      <w:r>
        <w:br/>
      </w:r>
      <w:r>
        <w:t xml:space="preserve">    (a) relative amounts</w:t>
      </w:r>
      <w:r>
        <w:br/>
      </w:r>
      <w:r>
        <w:t xml:space="preserve">    (b) acts of betrayal</w:t>
      </w:r>
      <w:r>
        <w:br/>
      </w:r>
      <w:r>
        <w:t xml:space="preserve">    (c) lodging (a place to stay)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hates himself for having thoughts only of the pain it causes him, with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compassion</w:t>
      </w:r>
      <w:r>
        <w:rPr>
          <w:b/>
          <w:bCs/>
        </w:rPr>
        <w:t xml:space="preserve"> </w:t>
      </w:r>
      <w:r>
        <w:rPr>
          <w:b/>
          <w:bCs/>
        </w:rPr>
        <w:t xml:space="preserve">for the dead man.</w:t>
      </w:r>
      <w:r>
        <w:br/>
      </w:r>
      <w:r>
        <w:t xml:space="preserve">    (a) the process of controlling (how something turns out)</w:t>
      </w:r>
      <w:r>
        <w:br/>
      </w:r>
      <w:r>
        <w:t xml:space="preserve">    (b) the taking on or adoption of power or responsibility</w:t>
      </w:r>
      <w:r>
        <w:br/>
      </w:r>
      <w:r>
        <w:t xml:space="preserve">    (c) sympathy for another's suffering and wanting to help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 is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apprehensive</w:t>
      </w:r>
      <w:r>
        <w:rPr>
          <w:b/>
          <w:bCs/>
        </w:rPr>
        <w:t xml:space="preserve"> </w:t>
      </w:r>
      <w:r>
        <w:rPr>
          <w:b/>
          <w:bCs/>
        </w:rPr>
        <w:t xml:space="preserve">than he used to be.</w:t>
      </w:r>
      <w:r>
        <w:br/>
      </w:r>
      <w:r>
        <w:t xml:space="preserve">    (a) impossible to find</w:t>
      </w:r>
      <w:r>
        <w:br/>
      </w:r>
      <w:r>
        <w:t xml:space="preserve">    (b) nervous or worried</w:t>
      </w:r>
      <w:r>
        <w:br/>
      </w:r>
      <w:r>
        <w:t xml:space="preserve">    (c) not representative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Let's hope they will run off and let the Russians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liberate</w:t>
      </w:r>
      <w:r>
        <w:rPr>
          <w:b/>
          <w:bCs/>
        </w:rPr>
        <w:t xml:space="preserve"> </w:t>
      </w:r>
      <w:r>
        <w:rPr>
          <w:b/>
          <w:bCs/>
        </w:rPr>
        <w:t xml:space="preserve">the camp.</w:t>
      </w:r>
      <w:r>
        <w:br/>
      </w:r>
      <w:r>
        <w:t xml:space="preserve">    (a) set free</w:t>
      </w:r>
      <w:r>
        <w:br/>
      </w:r>
      <w:r>
        <w:t xml:space="preserve">    (b) disagree</w:t>
      </w:r>
      <w:r>
        <w:br/>
      </w:r>
      <w:r>
        <w:t xml:space="preserve">    (c) subtract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2026-07-31T20:24:50Z</dcterms:created>
  <dcterms:modified xsi:type="dcterms:W3CDTF">2026-07-31T20:24:50Z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