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5bc386879b0e92b484ef9575b5d1007f3f49cf"/>
    <w:p>
      <w:pPr>
        <w:pStyle w:val="Heading1"/>
      </w:pPr>
      <w:r>
        <w:rPr>
          <w:b/>
          <w:bCs/>
        </w:rPr>
        <w:t xml:space="preserve">The Taming of the Shrew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 </w:t>
      </w:r>
      <w:r>
        <w:rPr>
          <w:b/>
          <w:bCs/>
        </w:rPr>
        <w:t xml:space="preserve">to our friends at the train station.</w:t>
      </w:r>
      <w:r>
        <w:br/>
      </w:r>
      <w:r>
        <w:t xml:space="preserve">    (a) greetings</w:t>
      </w:r>
      <w:r>
        <w:br/>
      </w:r>
      <w:r>
        <w:t xml:space="preserve">    (b) hello</w:t>
      </w:r>
      <w:r>
        <w:br/>
      </w:r>
      <w:r>
        <w:t xml:space="preserve">    (c) goodbye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affable</w:t>
      </w:r>
      <w:r>
        <w:rPr>
          <w:b/>
          <w:bCs/>
        </w:rPr>
        <w:t xml:space="preserve"> </w:t>
      </w:r>
      <w:r>
        <w:rPr>
          <w:b/>
          <w:bCs/>
        </w:rPr>
        <w:t xml:space="preserve">guy with a good sense of humor.</w:t>
      </w:r>
      <w:r>
        <w:br/>
      </w:r>
      <w:r>
        <w:t xml:space="preserve">    (a) impulsive or unpredictable</w:t>
      </w:r>
      <w:r>
        <w:br/>
      </w:r>
      <w:r>
        <w:t xml:space="preserve">    (b) good natured and sociable</w:t>
      </w:r>
      <w:r>
        <w:br/>
      </w:r>
      <w:r>
        <w:t xml:space="preserve">    (c) incapable of being undone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doesn't think of him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amorous</w:t>
      </w:r>
      <w:r>
        <w:rPr>
          <w:b/>
          <w:bCs/>
        </w:rPr>
        <w:t xml:space="preserve"> </w:t>
      </w:r>
      <w:r>
        <w:rPr>
          <w:b/>
          <w:bCs/>
        </w:rPr>
        <w:t xml:space="preserve">way.</w:t>
      </w:r>
      <w:r>
        <w:br/>
      </w:r>
      <w:r>
        <w:t xml:space="preserve">    (a) logical or analytical</w:t>
      </w:r>
      <w:r>
        <w:br/>
      </w:r>
      <w:r>
        <w:t xml:space="preserve">    (b) romantic or sexual</w:t>
      </w:r>
      <w:r>
        <w:br/>
      </w:r>
      <w:r>
        <w:t xml:space="preserve">    (c) light-hearted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wined, dined,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beguiled</w:t>
      </w:r>
      <w:r>
        <w:rPr>
          <w:b/>
          <w:bCs/>
        </w:rPr>
        <w:t xml:space="preserve"> </w:t>
      </w:r>
      <w:r>
        <w:rPr>
          <w:b/>
          <w:bCs/>
        </w:rPr>
        <w:t xml:space="preserve">into signing the contract.</w:t>
      </w:r>
      <w:r>
        <w:br/>
      </w:r>
      <w:r>
        <w:t xml:space="preserve">    (a) tricked</w:t>
      </w:r>
      <w:r>
        <w:br/>
      </w:r>
      <w:r>
        <w:t xml:space="preserve">    (b) encouraged</w:t>
      </w:r>
      <w:r>
        <w:br/>
      </w:r>
      <w:r>
        <w:t xml:space="preserve">    (c) 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organization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bestows</w:t>
      </w:r>
      <w:r>
        <w:rPr>
          <w:b/>
          <w:bCs/>
        </w:rPr>
        <w:t xml:space="preserve"> </w:t>
      </w:r>
      <w:r>
        <w:rPr>
          <w:b/>
          <w:bCs/>
        </w:rPr>
        <w:t xml:space="preserve">honors, awards, and sometimes cash prizes to promising writers.</w:t>
      </w:r>
      <w:r>
        <w:br/>
      </w:r>
      <w:r>
        <w:t xml:space="preserve">    (a) recommends</w:t>
      </w:r>
      <w:r>
        <w:br/>
      </w:r>
      <w:r>
        <w:t xml:space="preserve">    (b) gives</w:t>
      </w:r>
      <w:r>
        <w:br/>
      </w:r>
      <w:r>
        <w:t xml:space="preserve">    (c) shows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 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carousing</w:t>
      </w:r>
      <w:r>
        <w:rPr>
          <w:b/>
          <w:bCs/>
        </w:rPr>
        <w:t xml:space="preserve"> </w:t>
      </w:r>
      <w:r>
        <w:rPr>
          <w:b/>
          <w:bCs/>
        </w:rPr>
        <w:t xml:space="preserve">last night.</w:t>
      </w:r>
      <w:r>
        <w:br/>
      </w:r>
      <w:r>
        <w:t xml:space="preserve">    (a) partying loudly</w:t>
      </w:r>
      <w:r>
        <w:br/>
      </w:r>
      <w:r>
        <w:t xml:space="preserve">    (b) eating dinner</w:t>
      </w:r>
      <w:r>
        <w:br/>
      </w:r>
      <w:r>
        <w:t xml:space="preserve">    (c) working late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gently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chides</w:t>
      </w:r>
      <w:r>
        <w:rPr>
          <w:b/>
          <w:bCs/>
        </w:rPr>
        <w:t xml:space="preserve"> </w:t>
      </w:r>
      <w:r>
        <w:rPr>
          <w:b/>
          <w:bCs/>
        </w:rPr>
        <w:t xml:space="preserve">her friends who run up credit card debt unnecessarily.</w:t>
      </w:r>
      <w:r>
        <w:br/>
      </w:r>
      <w:r>
        <w:t xml:space="preserve">    (a) celebrates with</w:t>
      </w:r>
      <w:r>
        <w:br/>
      </w:r>
      <w:r>
        <w:t xml:space="preserve">    (b) avoids</w:t>
      </w:r>
      <w:r>
        <w:br/>
      </w:r>
      <w:r>
        <w:t xml:space="preserve">    (c) criticizes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grew stern.</w:t>
      </w:r>
      <w:r>
        <w:br/>
      </w:r>
      <w:r>
        <w:t xml:space="preserve">    (a) a method of counting</w:t>
      </w:r>
      <w:r>
        <w:br/>
      </w:r>
      <w:r>
        <w:t xml:space="preserve">    (b) facial expression</w:t>
      </w:r>
      <w:r>
        <w:br/>
      </w:r>
      <w:r>
        <w:t xml:space="preserve">    (c)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terrorism.</w:t>
      </w:r>
      <w:r>
        <w:br/>
      </w:r>
      <w:r>
        <w:t xml:space="preserve">    (a) discourage</w:t>
      </w:r>
      <w:r>
        <w:br/>
      </w:r>
      <w:r>
        <w:t xml:space="preserve">    (b) provide funds for</w:t>
      </w:r>
      <w:r>
        <w:br/>
      </w:r>
      <w:r>
        <w:t xml:space="preserve">    (c) show favor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worst mix -- greedy,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, and without morals.</w:t>
      </w:r>
      <w:r>
        <w:br/>
      </w:r>
      <w:r>
        <w:t xml:space="preserve">    (a) strong and cruel</w:t>
      </w:r>
      <w:r>
        <w:br/>
      </w:r>
      <w:r>
        <w:t xml:space="preserve">    (b) stupid and impatient</w:t>
      </w:r>
      <w:r>
        <w:br/>
      </w:r>
      <w:r>
        <w:t xml:space="preserve">    (c) clever and deceitful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diligent</w:t>
      </w:r>
      <w:r>
        <w:rPr>
          <w:b/>
          <w:bCs/>
        </w:rPr>
        <w:t xml:space="preserve"> </w:t>
      </w:r>
      <w:r>
        <w:rPr>
          <w:b/>
          <w:bCs/>
        </w:rPr>
        <w:t xml:space="preserve">detective investigates all clues.</w:t>
      </w:r>
      <w:r>
        <w:br/>
      </w:r>
      <w:r>
        <w:t xml:space="preserve">    (a) lazy and careless</w:t>
      </w:r>
      <w:r>
        <w:br/>
      </w:r>
      <w:r>
        <w:t xml:space="preserve">    (b) rude and dishonest</w:t>
      </w:r>
      <w:r>
        <w:br/>
      </w:r>
      <w:r>
        <w:t xml:space="preserve">    (c) careful and hardworking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disdain</w:t>
      </w:r>
      <w:r>
        <w:rPr>
          <w:b/>
          <w:bCs/>
        </w:rPr>
        <w:t xml:space="preserve"> </w:t>
      </w:r>
      <w:r>
        <w:rPr>
          <w:b/>
          <w:bCs/>
        </w:rPr>
        <w:t xml:space="preserve">for the notion that common people can regulate their own lives better than she can.</w:t>
      </w:r>
      <w:r>
        <w:br/>
      </w:r>
      <w:r>
        <w:t xml:space="preserve">    (a) lack of respect</w:t>
      </w:r>
      <w:r>
        <w:br/>
      </w:r>
      <w:r>
        <w:t xml:space="preserve">    (b) intense anger</w:t>
      </w:r>
      <w:r>
        <w:br/>
      </w:r>
      <w:r>
        <w:t xml:space="preserve">    (c) humility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Dowries</w:t>
      </w:r>
      <w:r>
        <w:rPr>
          <w:b/>
          <w:bCs/>
        </w:rPr>
        <w:t xml:space="preserve"> </w:t>
      </w:r>
      <w:r>
        <w:rPr>
          <w:b/>
          <w:bCs/>
        </w:rPr>
        <w:t xml:space="preserve">are common in that culture.</w:t>
      </w:r>
      <w:r>
        <w:br/>
      </w:r>
      <w:r>
        <w:t xml:space="preserve">    (a) large families</w:t>
      </w:r>
      <w:r>
        <w:br/>
      </w:r>
      <w:r>
        <w:t xml:space="preserve">    (b) extended-families living together</w:t>
      </w:r>
      <w:r>
        <w:br/>
      </w:r>
      <w:r>
        <w:t xml:space="preserve">    (c) payment to a husband upon marriage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entreated</w:t>
      </w:r>
      <w:r>
        <w:rPr>
          <w:b/>
          <w:bCs/>
        </w:rPr>
        <w:t xml:space="preserve"> </w:t>
      </w:r>
      <w:r>
        <w:rPr>
          <w:b/>
          <w:bCs/>
        </w:rPr>
        <w:t xml:space="preserve">the Chinese troops not to use force against peaceful demonstrations.</w:t>
      </w:r>
      <w:r>
        <w:br/>
      </w:r>
      <w:r>
        <w:t xml:space="preserve">    (a) asked earnestly</w:t>
      </w:r>
      <w:r>
        <w:br/>
      </w:r>
      <w:r>
        <w:t xml:space="preserve">    (b) threatened</w:t>
      </w:r>
      <w:r>
        <w:br/>
      </w:r>
      <w:r>
        <w:t xml:space="preserve">    (c) bribed (with gifts)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forswear</w:t>
      </w:r>
      <w:r>
        <w:rPr>
          <w:b/>
          <w:bCs/>
        </w:rPr>
        <w:t xml:space="preserve"> </w:t>
      </w:r>
      <w:r>
        <w:rPr>
          <w:b/>
          <w:bCs/>
        </w:rPr>
        <w:t xml:space="preserve">contributions from special interest groups.</w:t>
      </w:r>
      <w:r>
        <w:br/>
      </w:r>
      <w:r>
        <w:t xml:space="preserve">    (a) stop (taking)</w:t>
      </w:r>
      <w:r>
        <w:br/>
      </w:r>
      <w:r>
        <w:t xml:space="preserve">    (b) take advantage of</w:t>
      </w:r>
      <w:r>
        <w:br/>
      </w:r>
      <w:r>
        <w:t xml:space="preserve">    (c) make public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</w:t>
      </w:r>
      <w:r>
        <w:rPr>
          <w:b/>
          <w:bCs/>
        </w:rPr>
        <w:t xml:space="preserve"> </w:t>
      </w:r>
      <w:r>
        <w:rPr>
          <w:b/>
          <w:bCs/>
        </w:rPr>
        <w:t xml:space="preserve">the storm warnings and got caught in the heavy rain.</w:t>
      </w:r>
      <w:r>
        <w:br/>
      </w:r>
      <w:r>
        <w:t xml:space="preserve">    (a) tell others of</w:t>
      </w:r>
      <w:r>
        <w:br/>
      </w:r>
      <w:r>
        <w:t xml:space="preserve">    (b) pay attention to</w:t>
      </w:r>
      <w:r>
        <w:br/>
      </w:r>
      <w:r>
        <w:t xml:space="preserve">    (c) pass through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essay was filled with creative ideas, but it was vulnerable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pedantic</w:t>
      </w:r>
      <w:r>
        <w:rPr>
          <w:b/>
          <w:bCs/>
        </w:rPr>
        <w:t xml:space="preserve"> </w:t>
      </w:r>
      <w:r>
        <w:rPr>
          <w:b/>
          <w:bCs/>
        </w:rPr>
        <w:t xml:space="preserve">nitpicking.</w:t>
      </w:r>
      <w:r>
        <w:br/>
      </w:r>
      <w:r>
        <w:t xml:space="preserve">    (a) of someone too concerned with book learning</w:t>
      </w:r>
      <w:r>
        <w:br/>
      </w:r>
      <w:r>
        <w:t xml:space="preserve">    (b) of someone too concerned with statistical studies</w:t>
      </w:r>
      <w:r>
        <w:br/>
      </w:r>
      <w:r>
        <w:t xml:space="preserve">    (c) of someone too concerned with regional style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work together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 </w:t>
      </w:r>
      <w:r>
        <w:rPr>
          <w:b/>
          <w:bCs/>
        </w:rPr>
        <w:t xml:space="preserve">separately.</w:t>
      </w:r>
      <w:r>
        <w:br/>
      </w:r>
      <w:r>
        <w:t xml:space="preserve">    (a) work</w:t>
      </w:r>
      <w:r>
        <w:br/>
      </w:r>
      <w:r>
        <w:t xml:space="preserve">    (b) fail</w:t>
      </w:r>
      <w:r>
        <w:br/>
      </w:r>
      <w:r>
        <w:t xml:space="preserve">    (c) die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disrespects</w:t>
      </w:r>
      <w:r>
        <w:br/>
      </w:r>
      <w:r>
        <w:t xml:space="preserve">    (b) trains</w:t>
      </w:r>
      <w:r>
        <w:br/>
      </w:r>
      <w:r>
        <w:t xml:space="preserve">    (c) encourages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watched him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shrewd</w:t>
      </w:r>
      <w:r>
        <w:rPr>
          <w:b/>
          <w:bCs/>
        </w:rPr>
        <w:t xml:space="preserve"> </w:t>
      </w:r>
      <w:r>
        <w:rPr>
          <w:b/>
          <w:bCs/>
        </w:rPr>
        <w:t xml:space="preserve">eye.</w:t>
      </w:r>
      <w:r>
        <w:br/>
      </w:r>
      <w:r>
        <w:t xml:space="preserve">    (a) outside</w:t>
      </w:r>
      <w:r>
        <w:br/>
      </w:r>
      <w:r>
        <w:t xml:space="preserve">    (b) smart</w:t>
      </w:r>
      <w:r>
        <w:br/>
      </w:r>
      <w:r>
        <w:t xml:space="preserve">    (c) nearby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2026-07-31T14:31:45Z</dcterms:created>
  <dcterms:modified xsi:type="dcterms:W3CDTF">2026-07-31T14:31:45Z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