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2473c9d04239262a6ade5f20c88e094dd42519c"/>
    <w:p>
      <w:pPr>
        <w:pStyle w:val="Heading1"/>
      </w:pPr>
      <w:r>
        <w:rPr>
          <w:b/>
          <w:bCs/>
        </w:rPr>
        <w:t xml:space="preserve">The Swiss Family Robinson</w:t>
      </w:r>
      <w:r>
        <w:br/>
      </w:r>
      <w:r>
        <w:rPr>
          <w:i/>
          <w:iCs/>
        </w:rPr>
        <w:t xml:space="preserve">Johann Wyss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next</w:t>
      </w:r>
      <w:r>
        <w:rPr>
          <w:b/>
          <w:bCs/>
        </w:rPr>
        <w:t xml:space="preserve"> </w:t>
      </w:r>
      <w:r>
        <w:rPr>
          <w:b/>
          <w:bCs/>
          <w:u w:val="single"/>
        </w:rPr>
        <w:t xml:space="preserve">procured</w:t>
      </w:r>
      <w:r>
        <w:rPr>
          <w:b/>
          <w:bCs/>
        </w:rPr>
        <w:t xml:space="preserve"> </w:t>
      </w:r>
      <w:r>
        <w:rPr>
          <w:b/>
          <w:bCs/>
        </w:rPr>
        <w:t xml:space="preserve">a long thin plank on which my tubs could be fixed, and the two ends of this I bent upwards so as to form a keel.</w:t>
      </w:r>
      <w:r>
        <w:br/>
      </w:r>
      <w:r>
        <w:t xml:space="preserve">    (a) marked important text</w:t>
      </w:r>
      <w:r>
        <w:br/>
      </w:r>
      <w:r>
        <w:t xml:space="preserve">    (b) recognized difference</w:t>
      </w:r>
      <w:r>
        <w:br/>
      </w:r>
      <w:r>
        <w:t xml:space="preserve">    (c) got by special effort</w:t>
      </w:r>
    </w:p>
    <w:p>
      <w:pPr>
        <w:pStyle w:val="Compact"/>
        <w:numPr>
          <w:ilvl w:val="0"/>
          <w:numId w:val="1001"/>
        </w:numPr>
      </w:pPr>
      <w:r>
        <w:rPr>
          <w:b/>
          <w:bCs/>
        </w:rPr>
        <w:t xml:space="preserve">I myself, the anxious, loving father, stood in the stern,</w:t>
      </w:r>
      <w:r>
        <w:rPr>
          <w:b/>
          <w:bCs/>
        </w:rPr>
        <w:t xml:space="preserve"> </w:t>
      </w:r>
      <w:r>
        <w:rPr>
          <w:b/>
          <w:bCs/>
          <w:u w:val="single"/>
        </w:rPr>
        <w:t xml:space="preserve">endeavouring</w:t>
      </w:r>
      <w:r>
        <w:rPr>
          <w:b/>
          <w:bCs/>
        </w:rPr>
        <w:t xml:space="preserve"> </w:t>
      </w:r>
      <w:r>
        <w:rPr>
          <w:b/>
          <w:bCs/>
        </w:rPr>
        <w:t xml:space="preserve">to guide the raft with its precious burden to a safe landing-place.</w:t>
      </w:r>
      <w:r>
        <w:br/>
      </w:r>
      <w:r>
        <w:t xml:space="preserve">    (a) trying or attempting</w:t>
      </w:r>
      <w:r>
        <w:br/>
      </w:r>
      <w:r>
        <w:t xml:space="preserve">    (b) believing or judging</w:t>
      </w:r>
      <w:r>
        <w:br/>
      </w:r>
      <w:r>
        <w:t xml:space="preserve">    (c) working or operating</w:t>
      </w:r>
    </w:p>
    <w:p>
      <w:pPr>
        <w:pStyle w:val="Compact"/>
        <w:numPr>
          <w:ilvl w:val="0"/>
          <w:numId w:val="1001"/>
        </w:numPr>
      </w:pPr>
      <w:r>
        <w:rPr>
          <w:b/>
          <w:bCs/>
        </w:rPr>
        <w:t xml:space="preserve">I, too, know the agouti by descriptions and pictures, and there is little doubt that this is a</w:t>
      </w:r>
      <w:r>
        <w:rPr>
          <w:b/>
          <w:bCs/>
        </w:rPr>
        <w:t xml:space="preserve"> </w:t>
      </w:r>
      <w:r>
        <w:rPr>
          <w:b/>
          <w:bCs/>
          <w:u w:val="single"/>
        </w:rPr>
        <w:t xml:space="preserve">specimen</w:t>
      </w:r>
      <w:r>
        <w:rPr>
          <w:b/>
          <w:bCs/>
        </w:rPr>
        <w:t xml:space="preserve">.</w:t>
      </w:r>
      <w:r>
        <w:br/>
      </w:r>
      <w:r>
        <w:t xml:space="preserve">    (a) the act of taking something on as one's own</w:t>
      </w:r>
      <w:r>
        <w:br/>
      </w:r>
      <w:r>
        <w:t xml:space="preserve">    (b) an example regarded as typical of its class</w:t>
      </w:r>
      <w:r>
        <w:br/>
      </w:r>
      <w:r>
        <w:t xml:space="preserve">    (c) something that helps clarify or demonstrate</w:t>
      </w:r>
    </w:p>
    <w:p>
      <w:pPr>
        <w:pStyle w:val="Compact"/>
        <w:numPr>
          <w:ilvl w:val="0"/>
          <w:numId w:val="1001"/>
        </w:numPr>
      </w:pPr>
      <w:r>
        <w:rPr>
          <w:b/>
          <w:bCs/>
        </w:rPr>
        <w:t xml:space="preserve">We followed his example, one after the other, each doing so rather to provide himself with a spoon than with any hope of</w:t>
      </w:r>
      <w:r>
        <w:rPr>
          <w:b/>
          <w:bCs/>
        </w:rPr>
        <w:t xml:space="preserve"> </w:t>
      </w:r>
      <w:r>
        <w:rPr>
          <w:b/>
          <w:bCs/>
          <w:u w:val="single"/>
        </w:rPr>
        <w:t xml:space="preserve">cultivating</w:t>
      </w:r>
      <w:r>
        <w:rPr>
          <w:b/>
          <w:bCs/>
        </w:rPr>
        <w:t xml:space="preserve"> </w:t>
      </w:r>
      <w:r>
        <w:rPr>
          <w:b/>
          <w:bCs/>
        </w:rPr>
        <w:t xml:space="preserve">a taste for oysters.</w:t>
      </w:r>
      <w:r>
        <w:br/>
      </w:r>
      <w:r>
        <w:t xml:space="preserve">    (a) considering (the affect on a result or outcome)</w:t>
      </w:r>
      <w:r>
        <w:br/>
      </w:r>
      <w:r>
        <w:t xml:space="preserve">    (b) developing, growing, or preparing to grow crops</w:t>
      </w:r>
      <w:r>
        <w:br/>
      </w:r>
      <w:r>
        <w:t xml:space="preserve">    (c) writing or exchanging written letters or emails</w:t>
      </w:r>
    </w:p>
    <w:p>
      <w:pPr>
        <w:pStyle w:val="Compact"/>
        <w:numPr>
          <w:ilvl w:val="0"/>
          <w:numId w:val="1001"/>
        </w:numPr>
      </w:pPr>
      <w:r>
        <w:rPr>
          <w:b/>
          <w:bCs/>
        </w:rPr>
        <w:t xml:space="preserve">Then having commended ourselves to his protecting care, I took leave of my wife and children, and bidding them not wander far from the boat and tent, we parted not without some anxiety on either side, for we knew not what might</w:t>
      </w:r>
      <w:r>
        <w:rPr>
          <w:b/>
          <w:bCs/>
        </w:rPr>
        <w:t xml:space="preserve"> </w:t>
      </w:r>
      <w:r>
        <w:rPr>
          <w:b/>
          <w:bCs/>
          <w:u w:val="single"/>
        </w:rPr>
        <w:t xml:space="preserve">assail</w:t>
      </w:r>
      <w:r>
        <w:rPr>
          <w:b/>
          <w:bCs/>
        </w:rPr>
        <w:t xml:space="preserve"> </w:t>
      </w:r>
      <w:r>
        <w:rPr>
          <w:b/>
          <w:bCs/>
        </w:rPr>
        <w:t xml:space="preserve">us in this unknown region.</w:t>
      </w:r>
      <w:r>
        <w:br/>
      </w:r>
      <w:r>
        <w:t xml:space="preserve">    (a) to attack or cause trouble</w:t>
      </w:r>
      <w:r>
        <w:br/>
      </w:r>
      <w:r>
        <w:t xml:space="preserve">    (b) hire again or occupy again</w:t>
      </w:r>
      <w:r>
        <w:br/>
      </w:r>
      <w:r>
        <w:t xml:space="preserve">    (c) learn, discover, or decide</w:t>
      </w:r>
    </w:p>
    <w:p>
      <w:pPr>
        <w:pStyle w:val="Compact"/>
        <w:numPr>
          <w:ilvl w:val="0"/>
          <w:numId w:val="1001"/>
        </w:numPr>
      </w:pPr>
      <w:r>
        <w:rPr>
          <w:b/>
          <w:bCs/>
        </w:rPr>
        <w:t xml:space="preserve">'Ernest, although rather treating Jack's manufacture with ridicule, proposed a sensible-enough plan, which Jack</w:t>
      </w:r>
      <w:r>
        <w:rPr>
          <w:b/>
          <w:bCs/>
        </w:rPr>
        <w:t xml:space="preserve"> </w:t>
      </w:r>
      <w:r>
        <w:rPr>
          <w:b/>
          <w:bCs/>
          <w:u w:val="single"/>
        </w:rPr>
        <w:t xml:space="preserve">forthwith</w:t>
      </w:r>
      <w:r>
        <w:rPr>
          <w:b/>
          <w:bCs/>
        </w:rPr>
        <w:t xml:space="preserve"> </w:t>
      </w:r>
      <w:r>
        <w:rPr>
          <w:b/>
          <w:bCs/>
        </w:rPr>
        <w:t xml:space="preserve">put in execution.</w:t>
      </w:r>
      <w:r>
        <w:br/>
      </w:r>
      <w:r>
        <w:t xml:space="preserve">    (a) a last name</w:t>
      </w:r>
      <w:r>
        <w:br/>
      </w:r>
      <w:r>
        <w:t xml:space="preserve">    (b) well suited</w:t>
      </w:r>
      <w:r>
        <w:br/>
      </w:r>
      <w:r>
        <w:t xml:space="preserve">    (c) immediately</w:t>
      </w:r>
    </w:p>
    <w:p>
      <w:pPr>
        <w:pStyle w:val="Compact"/>
        <w:numPr>
          <w:ilvl w:val="0"/>
          <w:numId w:val="1001"/>
        </w:numPr>
      </w:pPr>
      <w:r>
        <w:rPr>
          <w:b/>
          <w:bCs/>
        </w:rPr>
        <w:t xml:space="preserve">'And, sure enough, they were catching the little green crabs with which the water</w:t>
      </w:r>
      <w:r>
        <w:rPr>
          <w:b/>
          <w:bCs/>
        </w:rPr>
        <w:t xml:space="preserve"> </w:t>
      </w:r>
      <w:r>
        <w:rPr>
          <w:b/>
          <w:bCs/>
          <w:u w:val="single"/>
        </w:rPr>
        <w:t xml:space="preserve">abounded</w:t>
      </w:r>
      <w:r>
        <w:rPr>
          <w:b/>
          <w:bCs/>
        </w:rPr>
        <w:t xml:space="preserve">.</w:t>
      </w:r>
      <w:r>
        <w:br/>
      </w:r>
      <w:r>
        <w:t xml:space="preserve">    (a) was abundant or plentiful</w:t>
      </w:r>
      <w:r>
        <w:br/>
      </w:r>
      <w:r>
        <w:t xml:space="preserve">    (b) expelled or gotten rid of</w:t>
      </w:r>
      <w:r>
        <w:br/>
      </w:r>
      <w:r>
        <w:t xml:space="preserve">    (c) thought -- possibly aloud</w:t>
      </w:r>
    </w:p>
    <w:p>
      <w:pPr>
        <w:pStyle w:val="Compact"/>
        <w:numPr>
          <w:ilvl w:val="0"/>
          <w:numId w:val="1001"/>
        </w:numPr>
      </w:pPr>
      <w:r>
        <w:rPr>
          <w:b/>
          <w:bCs/>
        </w:rPr>
        <w:t xml:space="preserve">The perverse creature had obstinately resisted our attempts to bring her with us, but finding herself deserted, had followed of her</w:t>
      </w:r>
      <w:r>
        <w:rPr>
          <w:b/>
          <w:bCs/>
        </w:rPr>
        <w:t xml:space="preserve"> </w:t>
      </w:r>
      <w:r>
        <w:rPr>
          <w:b/>
          <w:bCs/>
          <w:u w:val="single"/>
        </w:rPr>
        <w:t xml:space="preserve">own accord</w:t>
      </w:r>
      <w:r>
        <w:rPr>
          <w:b/>
          <w:bCs/>
        </w:rPr>
        <w:t xml:space="preserve">,</w:t>
      </w:r>
      <w:r>
        <w:br/>
      </w:r>
      <w:r>
        <w:t xml:space="preserve">    (a) the achievement of 3 positive feats in a sport</w:t>
      </w:r>
      <w:r>
        <w:br/>
      </w:r>
      <w:r>
        <w:t xml:space="preserve">    (b) tropical viral disease transmitted by a mosquito</w:t>
      </w:r>
      <w:r>
        <w:br/>
      </w:r>
      <w:r>
        <w:t xml:space="preserve">    (c) own mind -- voluntarily (without anyone asking)</w:t>
      </w:r>
    </w:p>
    <w:p>
      <w:pPr>
        <w:pStyle w:val="Compact"/>
        <w:numPr>
          <w:ilvl w:val="0"/>
          <w:numId w:val="1001"/>
        </w:numPr>
      </w:pPr>
      <w:r>
        <w:rPr>
          <w:b/>
          <w:bCs/>
        </w:rPr>
        <w:t xml:space="preserve">The effects of course vary</w:t>
      </w:r>
      <w:r>
        <w:rPr>
          <w:b/>
          <w:bCs/>
        </w:rPr>
        <w:t xml:space="preserve"> </w:t>
      </w:r>
      <w:r>
        <w:rPr>
          <w:b/>
          <w:bCs/>
          <w:u w:val="single"/>
        </w:rPr>
        <w:t xml:space="preserve">according to</w:t>
      </w:r>
      <w:r>
        <w:rPr>
          <w:b/>
          <w:bCs/>
        </w:rPr>
        <w:t xml:space="preserve"> </w:t>
      </w:r>
      <w:r>
        <w:rPr>
          <w:b/>
          <w:bCs/>
        </w:rPr>
        <w:t xml:space="preserve">the quantity taken, and such remedies should be applied as will best counteract the effect of each poison:</w:t>
      </w:r>
      <w:r>
        <w:br/>
      </w:r>
      <w:r>
        <w:t xml:space="preserve">    (a) depending upon (in keeping with)</w:t>
      </w:r>
      <w:r>
        <w:br/>
      </w:r>
      <w:r>
        <w:t xml:space="preserve">    (b) idiom meaning</w:t>
      </w:r>
      <w:r>
        <w:t xml:space="preserve"> </w:t>
      </w:r>
      <w:r>
        <w:rPr>
          <w:i/>
          <w:iCs/>
        </w:rPr>
        <w:t xml:space="preserve">"won the day"</w:t>
      </w:r>
      <w:r>
        <w:br/>
      </w:r>
      <w:r>
        <w:t xml:space="preserve">    (c) U.S. history:  pre-Civil War period</w:t>
      </w:r>
    </w:p>
    <w:p>
      <w:pPr>
        <w:pStyle w:val="Compact"/>
        <w:numPr>
          <w:ilvl w:val="0"/>
          <w:numId w:val="1001"/>
        </w:numPr>
      </w:pPr>
      <w:r>
        <w:rPr>
          <w:b/>
          <w:bCs/>
        </w:rPr>
        <w:t xml:space="preserve">We advanced cautiously lest the thicket should contain some wild beast or venomous</w:t>
      </w:r>
      <w:r>
        <w:rPr>
          <w:b/>
          <w:bCs/>
        </w:rPr>
        <w:t xml:space="preserve"> </w:t>
      </w:r>
      <w:r>
        <w:rPr>
          <w:b/>
          <w:bCs/>
          <w:u w:val="single"/>
        </w:rPr>
        <w:t xml:space="preserve">serpent</w:t>
      </w:r>
      <w:r>
        <w:rPr>
          <w:b/>
          <w:bCs/>
        </w:rPr>
        <w:t xml:space="preserve">.</w:t>
      </w:r>
      <w:r>
        <w:br/>
      </w:r>
      <w:r>
        <w:t xml:space="preserve">    (a) story</w:t>
      </w:r>
      <w:r>
        <w:br/>
      </w:r>
      <w:r>
        <w:t xml:space="preserve">    (b) snake</w:t>
      </w:r>
      <w:r>
        <w:br/>
      </w:r>
      <w:r>
        <w:t xml:space="preserve">    (c) skill</w:t>
      </w:r>
    </w:p>
    <w:p>
      <w:pPr>
        <w:pStyle w:val="Compact"/>
        <w:numPr>
          <w:ilvl w:val="0"/>
          <w:numId w:val="1001"/>
        </w:numPr>
      </w:pPr>
      <w:r>
        <w:rPr>
          <w:b/>
          <w:bCs/>
        </w:rPr>
        <w:t xml:space="preserve">I exclaimed, "Why, you are a model of</w:t>
      </w:r>
      <w:r>
        <w:rPr>
          <w:b/>
          <w:bCs/>
        </w:rPr>
        <w:t xml:space="preserve"> </w:t>
      </w:r>
      <w:r>
        <w:rPr>
          <w:b/>
          <w:bCs/>
          <w:u w:val="single"/>
        </w:rPr>
        <w:t xml:space="preserve">prudence</w:t>
      </w:r>
      <w:r>
        <w:rPr>
          <w:b/>
          <w:bCs/>
        </w:rPr>
        <w:t xml:space="preserve"> </w:t>
      </w:r>
      <w:r>
        <w:rPr>
          <w:b/>
          <w:bCs/>
        </w:rPr>
        <w:t xml:space="preserve">and industry!"</w:t>
      </w:r>
      <w:r>
        <w:br/>
      </w:r>
      <w:r>
        <w:t xml:space="preserve">    (a) surrounding conditions</w:t>
      </w:r>
      <w:r>
        <w:br/>
      </w:r>
      <w:r>
        <w:t xml:space="preserve">    (b) not easily set on fire</w:t>
      </w:r>
      <w:r>
        <w:br/>
      </w:r>
      <w:r>
        <w:t xml:space="preserve">    (c) good sense and caution</w:t>
      </w:r>
    </w:p>
    <w:p>
      <w:pPr>
        <w:pStyle w:val="Compact"/>
        <w:numPr>
          <w:ilvl w:val="0"/>
          <w:numId w:val="1001"/>
        </w:numPr>
      </w:pPr>
      <w:r>
        <w:rPr>
          <w:b/>
          <w:bCs/>
        </w:rPr>
        <w:t xml:space="preserve">My success surpassed my own expectations; the stump was entwined by the cord in such a way as to leave no doubt whatever as to the</w:t>
      </w:r>
      <w:r>
        <w:rPr>
          <w:b/>
          <w:bCs/>
        </w:rPr>
        <w:t xml:space="preserve"> </w:t>
      </w:r>
      <w:r>
        <w:rPr>
          <w:b/>
          <w:bCs/>
          <w:u w:val="single"/>
        </w:rPr>
        <w:t xml:space="preserve">feasibility</w:t>
      </w:r>
      <w:r>
        <w:rPr>
          <w:b/>
          <w:bCs/>
        </w:rPr>
        <w:t xml:space="preserve"> </w:t>
      </w:r>
      <w:r>
        <w:rPr>
          <w:b/>
          <w:bCs/>
        </w:rPr>
        <w:t xml:space="preserve">of the wonderful performances I described; and I was assailed by petitions from the boys, each anxious to possess a lasso of his own, without a moment's delay.</w:t>
      </w:r>
      <w:r>
        <w:br/>
      </w:r>
      <w:r>
        <w:t xml:space="preserve">    (a) the degree to which something is practical</w:t>
      </w:r>
      <w:r>
        <w:br/>
      </w:r>
      <w:r>
        <w:t xml:space="preserve">    (b) not appropriate in size, amount, or degree</w:t>
      </w:r>
      <w:r>
        <w:br/>
      </w:r>
      <w:r>
        <w:t xml:space="preserve">    (c) the degree of not being easily set on fire</w:t>
      </w:r>
    </w:p>
    <w:p>
      <w:pPr>
        <w:pStyle w:val="Compact"/>
        <w:numPr>
          <w:ilvl w:val="0"/>
          <w:numId w:val="1001"/>
        </w:numPr>
      </w:pPr>
      <w:r>
        <w:rPr>
          <w:b/>
          <w:bCs/>
        </w:rPr>
        <w:t xml:space="preserve">An amusing contest</w:t>
      </w:r>
      <w:r>
        <w:rPr>
          <w:b/>
          <w:bCs/>
        </w:rPr>
        <w:t xml:space="preserve"> </w:t>
      </w:r>
      <w:r>
        <w:rPr>
          <w:b/>
          <w:bCs/>
          <w:u w:val="single"/>
        </w:rPr>
        <w:t xml:space="preserve">ensued</w:t>
      </w:r>
      <w:r>
        <w:rPr>
          <w:b/>
          <w:bCs/>
        </w:rPr>
        <w:t xml:space="preserve">; the dogs again and again drove off the intruders, and they, as often, returned reinforced by others who swarmed to the spot.</w:t>
      </w:r>
      <w:r>
        <w:br/>
      </w:r>
      <w:r>
        <w:t xml:space="preserve">    (a) restored</w:t>
      </w:r>
      <w:r>
        <w:br/>
      </w:r>
      <w:r>
        <w:t xml:space="preserve">    (b) collided</w:t>
      </w:r>
      <w:r>
        <w:br/>
      </w:r>
      <w:r>
        <w:t xml:space="preserve">    (c) followed</w:t>
      </w:r>
    </w:p>
    <w:p>
      <w:pPr>
        <w:pStyle w:val="Compact"/>
        <w:numPr>
          <w:ilvl w:val="0"/>
          <w:numId w:val="1001"/>
        </w:numPr>
      </w:pPr>
      <w:r>
        <w:rPr>
          <w:b/>
          <w:bCs/>
        </w:rPr>
        <w:t xml:space="preserve">Jack had to answer a host of questions concerning their capture, and to give a</w:t>
      </w:r>
      <w:r>
        <w:rPr>
          <w:b/>
          <w:bCs/>
        </w:rPr>
        <w:t xml:space="preserve"> </w:t>
      </w:r>
      <w:r>
        <w:rPr>
          <w:b/>
          <w:bCs/>
          <w:u w:val="single"/>
        </w:rPr>
        <w:t xml:space="preserve">minute</w:t>
      </w:r>
      <w:r>
        <w:rPr>
          <w:b/>
          <w:bCs/>
        </w:rPr>
        <w:t xml:space="preserve"> </w:t>
      </w:r>
      <w:r>
        <w:rPr>
          <w:b/>
          <w:bCs/>
        </w:rPr>
        <w:t xml:space="preserve">account of the affray with the buffaloes.</w:t>
      </w:r>
      <w:r>
        <w:br/>
      </w:r>
      <w:r>
        <w:t xml:space="preserve">    (a) having the characteristics of a</w:t>
      </w:r>
      <w:r>
        <w:t xml:space="preserve"> </w:t>
      </w:r>
      <w:r>
        <w:rPr>
          <w:i/>
          <w:iCs/>
        </w:rPr>
        <w:t xml:space="preserve">monk</w:t>
      </w:r>
      <w:r>
        <w:t xml:space="preserve"> </w:t>
      </w:r>
      <w:r>
        <w:t xml:space="preserve">(often inclined toward self-denial)</w:t>
      </w:r>
      <w:r>
        <w:br/>
      </w:r>
      <w:r>
        <w:t xml:space="preserve">    (b) detailed</w:t>
      </w:r>
      <w:r>
        <w:br/>
      </w:r>
      <w:r>
        <w:t xml:space="preserve">    (c) the quality of holding something back or holding others down through oppression</w:t>
      </w:r>
    </w:p>
    <w:p>
      <w:pPr>
        <w:pStyle w:val="Compact"/>
        <w:numPr>
          <w:ilvl w:val="0"/>
          <w:numId w:val="1001"/>
        </w:numPr>
      </w:pPr>
      <w:r>
        <w:rPr>
          <w:b/>
          <w:bCs/>
        </w:rPr>
        <w:t xml:space="preserve">You are right, Fritz; coral consists of the calcereous cells of</w:t>
      </w:r>
      <w:r>
        <w:rPr>
          <w:b/>
          <w:bCs/>
        </w:rPr>
        <w:t xml:space="preserve"> </w:t>
      </w:r>
      <w:r>
        <w:rPr>
          <w:b/>
          <w:bCs/>
          <w:u w:val="single"/>
        </w:rPr>
        <w:t xml:space="preserve">minute</w:t>
      </w:r>
      <w:r>
        <w:rPr>
          <w:b/>
          <w:bCs/>
        </w:rPr>
        <w:t xml:space="preserve"> </w:t>
      </w:r>
      <w:r>
        <w:rPr>
          <w:b/>
          <w:bCs/>
        </w:rPr>
        <w:t xml:space="preserve">animals, so built up as to form a tree-like structure.</w:t>
      </w:r>
      <w:r>
        <w:br/>
      </w:r>
      <w:r>
        <w:t xml:space="preserve">    (a) tiny</w:t>
      </w:r>
      <w:r>
        <w:br/>
      </w:r>
      <w:r>
        <w:t xml:space="preserve">    (b) exact</w:t>
      </w:r>
      <w:r>
        <w:br/>
      </w:r>
      <w:r>
        <w:t xml:space="preserve">    (c) awake</w:t>
      </w:r>
    </w:p>
    <w:p>
      <w:pPr>
        <w:pStyle w:val="Compact"/>
        <w:numPr>
          <w:ilvl w:val="0"/>
          <w:numId w:val="1001"/>
        </w:numPr>
      </w:pPr>
      <w:r>
        <w:rPr>
          <w:b/>
          <w:bCs/>
          <w:u w:val="single"/>
        </w:rPr>
        <w:t xml:space="preserve">Incessant</w:t>
      </w:r>
      <w:r>
        <w:rPr>
          <w:b/>
          <w:bCs/>
        </w:rPr>
        <w:t xml:space="preserve"> </w:t>
      </w:r>
      <w:r>
        <w:rPr>
          <w:b/>
          <w:bCs/>
        </w:rPr>
        <w:t xml:space="preserve">rain battered down above us,</w:t>
      </w:r>
      <w:r>
        <w:br/>
      </w:r>
      <w:r>
        <w:t xml:space="preserve">    (a) continuous</w:t>
      </w:r>
      <w:r>
        <w:br/>
      </w:r>
      <w:r>
        <w:t xml:space="preserve">    (b) non-traditional or non-standard</w:t>
      </w:r>
      <w:r>
        <w:br/>
      </w:r>
      <w:r>
        <w:t xml:space="preserve">    (c) poor ability to make a decision</w:t>
      </w:r>
    </w:p>
    <w:p>
      <w:pPr>
        <w:pStyle w:val="Compact"/>
        <w:numPr>
          <w:ilvl w:val="0"/>
          <w:numId w:val="1001"/>
        </w:numPr>
      </w:pPr>
      <w:r>
        <w:rPr>
          <w:b/>
          <w:bCs/>
        </w:rPr>
        <w:t xml:space="preserve">Peas, beans, wheat, barley, rye and Indian corn, seemed constantly ripe, while cucumbers, melons, and all sorts of other vegetables grew</w:t>
      </w:r>
      <w:r>
        <w:rPr>
          <w:b/>
          <w:bCs/>
        </w:rPr>
        <w:t xml:space="preserve"> </w:t>
      </w:r>
      <w:r>
        <w:rPr>
          <w:b/>
          <w:bCs/>
          <w:u w:val="single"/>
        </w:rPr>
        <w:t xml:space="preserve">luxuriantly</w:t>
      </w:r>
      <w:r>
        <w:rPr>
          <w:b/>
          <w:bCs/>
        </w:rPr>
        <w:t xml:space="preserve">.</w:t>
      </w:r>
      <w:r>
        <w:br/>
      </w:r>
      <w:r>
        <w:t xml:space="preserve">    (a) in a manner not appearing dangerous, but actually very harmful over time  OR  treacherously  (in a dangerous manner due to trickery or from hidden or unpredictable risks)</w:t>
      </w:r>
      <w:r>
        <w:br/>
      </w:r>
      <w:r>
        <w:t xml:space="preserve">    (b) characterized by growing well or being richly thick or abundant -- as of vegetation or hair</w:t>
      </w:r>
      <w:r>
        <w:br/>
      </w:r>
      <w:r>
        <w:br/>
      </w:r>
      <w:r>
        <w:t xml:space="preserve">or (more rarely):</w:t>
      </w:r>
      <w:r>
        <w:br/>
      </w:r>
      <w:r>
        <w:br/>
      </w:r>
      <w:r>
        <w:t xml:space="preserve">characterized by luxury (very comfortable or extravagant)</w:t>
      </w:r>
      <w:r>
        <w:br/>
      </w:r>
      <w:r>
        <w:t xml:space="preserve">    (c) in a manner that is related to relating to existentialism -- a philosophical movement that assumes each person is free to determine what is essential in their existence</w:t>
      </w:r>
    </w:p>
    <w:p>
      <w:pPr>
        <w:pStyle w:val="Compact"/>
        <w:numPr>
          <w:ilvl w:val="0"/>
          <w:numId w:val="1001"/>
        </w:numPr>
      </w:pPr>
      <w:r>
        <w:rPr>
          <w:b/>
          <w:bCs/>
        </w:rPr>
        <w:t xml:space="preserve">We</w:t>
      </w:r>
      <w:r>
        <w:rPr>
          <w:b/>
          <w:bCs/>
        </w:rPr>
        <w:t xml:space="preserve"> </w:t>
      </w:r>
      <w:r>
        <w:rPr>
          <w:b/>
          <w:bCs/>
          <w:u w:val="single"/>
        </w:rPr>
        <w:t xml:space="preserve">resolved</w:t>
      </w:r>
      <w:r>
        <w:rPr>
          <w:b/>
          <w:bCs/>
        </w:rPr>
        <w:t xml:space="preserve"> </w:t>
      </w:r>
      <w:r>
        <w:rPr>
          <w:b/>
          <w:bCs/>
        </w:rPr>
        <w:t xml:space="preserve">to transplant a supply of both roots to our kitchen garden.</w:t>
      </w:r>
      <w:r>
        <w:br/>
      </w:r>
      <w:r>
        <w:t xml:space="preserve">    (a) adapted</w:t>
      </w:r>
      <w:r>
        <w:br/>
      </w:r>
      <w:r>
        <w:t xml:space="preserve">    (b) changed</w:t>
      </w:r>
      <w:r>
        <w:br/>
      </w:r>
      <w:r>
        <w:t xml:space="preserve">    (c) decided</w:t>
      </w:r>
    </w:p>
    <w:p>
      <w:pPr>
        <w:pStyle w:val="Compact"/>
        <w:numPr>
          <w:ilvl w:val="0"/>
          <w:numId w:val="1001"/>
        </w:numPr>
      </w:pPr>
      <w:r>
        <w:rPr>
          <w:b/>
          <w:bCs/>
        </w:rPr>
        <w:t xml:space="preserve">Remedies are very various, very uncertain, and differ with the</w:t>
      </w:r>
      <w:r>
        <w:rPr>
          <w:b/>
          <w:bCs/>
        </w:rPr>
        <w:t xml:space="preserve"> </w:t>
      </w:r>
      <w:r>
        <w:rPr>
          <w:b/>
          <w:bCs/>
          <w:u w:val="single"/>
        </w:rPr>
        <w:t xml:space="preserve">species</w:t>
      </w:r>
      <w:r>
        <w:rPr>
          <w:b/>
          <w:bCs/>
        </w:rPr>
        <w:t xml:space="preserve"> </w:t>
      </w:r>
      <w:r>
        <w:rPr>
          <w:b/>
          <w:bCs/>
        </w:rPr>
        <w:t xml:space="preserve">inflicting the bite.</w:t>
      </w:r>
      <w:r>
        <w:br/>
      </w:r>
      <w:r>
        <w:t xml:space="preserve">    (a) the gain of advantage from something</w:t>
      </w:r>
      <w:r>
        <w:br/>
      </w:r>
      <w:r>
        <w:t xml:space="preserve">    (b) the quality of exactness or accuracy</w:t>
      </w:r>
      <w:r>
        <w:br/>
      </w:r>
      <w:r>
        <w:t xml:space="preserve">    (c) a similar group of animals or plants</w:t>
      </w:r>
    </w:p>
    <w:p>
      <w:pPr>
        <w:pStyle w:val="Compact"/>
        <w:numPr>
          <w:ilvl w:val="0"/>
          <w:numId w:val="1001"/>
        </w:numPr>
      </w:pPr>
      <w:r>
        <w:rPr>
          <w:b/>
          <w:bCs/>
        </w:rPr>
        <w:t xml:space="preserve">Vague ideas passed through my mind, but every one I was</w:t>
      </w:r>
      <w:r>
        <w:rPr>
          <w:b/>
          <w:bCs/>
        </w:rPr>
        <w:t xml:space="preserve"> </w:t>
      </w:r>
      <w:r>
        <w:rPr>
          <w:b/>
          <w:bCs/>
          <w:u w:val="single"/>
        </w:rPr>
        <w:t xml:space="preserve">obliged</w:t>
      </w:r>
      <w:r>
        <w:rPr>
          <w:b/>
          <w:bCs/>
        </w:rPr>
        <w:t xml:space="preserve"> </w:t>
      </w:r>
      <w:r>
        <w:rPr>
          <w:b/>
          <w:bCs/>
        </w:rPr>
        <w:t xml:space="preserve">to reject.</w:t>
      </w:r>
      <w:r>
        <w:br/>
      </w:r>
      <w:r>
        <w:t xml:space="preserve">    (a) gradually added or removed</w:t>
      </w:r>
      <w:r>
        <w:br/>
      </w:r>
      <w:r>
        <w:t xml:space="preserve">    (b) required (to do something)</w:t>
      </w:r>
      <w:r>
        <w:br/>
      </w:r>
      <w:r>
        <w:t xml:space="preserve">    (c) limited or with boundaries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2026-07-31T17:47:02Z</dcterms:created>
  <dcterms:modified xsi:type="dcterms:W3CDTF">2026-07-31T17:47:02Z</dcterms:modified>
</cp:coreProperties>
</file>

<file path=docProps/custom.xml><?xml version="1.0" encoding="utf-8"?>
<Properties xmlns="http://schemas.openxmlformats.org/officeDocument/2006/custom-properties" xmlns:vt="http://schemas.openxmlformats.org/officeDocument/2006/docPropsVTypes"/>
</file>