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d727fff347dc08f3f59cac15aaa8e77581308ea"/>
    <w:p>
      <w:pPr>
        <w:pStyle w:val="Heading1"/>
      </w:pPr>
      <w:r>
        <w:rPr>
          <w:b/>
          <w:bCs/>
        </w:rPr>
        <w:t xml:space="preserve">The Sunlight Dialogues</w:t>
      </w:r>
      <w:r>
        <w:br/>
      </w:r>
      <w:r>
        <w:rPr>
          <w:i/>
          <w:iCs/>
        </w:rPr>
        <w:t xml:space="preserve">John Gardner</w:t>
      </w:r>
      <w:r>
        <w:br/>
      </w:r>
      <w:r>
        <w:rPr>
          <w:b/>
          <w:bCs/>
        </w:rPr>
        <w:t xml:space="preserve">Extra Credit 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Now he's got the congregation to agree to tearing down half of that beautiful old church of ours, going to put up an education building with a</w:t>
      </w:r>
      <w:r>
        <w:rPr>
          <w:b/>
          <w:bCs/>
        </w:rPr>
        <w:t xml:space="preserve"> </w:t>
      </w:r>
      <w:r>
        <w:rPr>
          <w:b/>
          <w:bCs/>
          <w:u w:val="single"/>
        </w:rPr>
        <w:t xml:space="preserve">cloistered</w:t>
      </w:r>
      <w:r>
        <w:rPr>
          <w:b/>
          <w:bCs/>
        </w:rPr>
        <w:t xml:space="preserve"> </w:t>
      </w:r>
      <w:r>
        <w:rPr>
          <w:b/>
          <w:bCs/>
        </w:rPr>
        <w:t xml:space="preserve">walk leading out from the church—we saw the pictures, didn't we Editha?</w:t>
      </w:r>
      <w:r>
        <w:br/>
      </w:r>
      <w:r>
        <w:t xml:space="preserve">    (a) a covered walkway with columns along one or more sides of a courtyard</w:t>
      </w:r>
      <w:r>
        <w:br/>
      </w:r>
      <w:r>
        <w:t xml:space="preserve">    (b) not atoned (demonstrated sorrow for a wrong either by doing something good in return for the wrong, or by accepting punishment)</w:t>
      </w:r>
      <w:r>
        <w:br/>
      </w:r>
      <w:r>
        <w:t xml:space="preserve">    (c) complete (not diminished) -- usually used to say that something that is harmful or unpleasant is not in any way made less bad</w:t>
      </w:r>
    </w:p>
    <w:p>
      <w:pPr>
        <w:pStyle w:val="Compact"/>
        <w:numPr>
          <w:ilvl w:val="0"/>
          <w:numId w:val="1001"/>
        </w:numPr>
      </w:pPr>
      <w:r>
        <w:rPr>
          <w:b/>
          <w:bCs/>
        </w:rPr>
        <w:t xml:space="preserve">Drone of the engines, aisle lights very dim, stewardess asleep no doubt, or smoking a cigarette in her tight barren</w:t>
      </w:r>
      <w:r>
        <w:rPr>
          <w:b/>
          <w:bCs/>
        </w:rPr>
        <w:t xml:space="preserve"> </w:t>
      </w:r>
      <w:r>
        <w:rPr>
          <w:b/>
          <w:bCs/>
          <w:u w:val="single"/>
        </w:rPr>
        <w:t xml:space="preserve">cloister</w:t>
      </w:r>
      <w:r>
        <w:rPr>
          <w:b/>
          <w:bCs/>
        </w:rPr>
        <w:t xml:space="preserve"> </w:t>
      </w:r>
      <w:r>
        <w:rPr>
          <w:b/>
          <w:bCs/>
        </w:rPr>
        <w:t xml:space="preserve">musing on a dress she has half-finished, folded up in her closet to await her return, hidden carefully, sullenly, like all other signs of her existence, because her roommate has gentleman friends when she is gone, a working agreement: when she returns, exit roommate, and when she leaves again she vanishes utterly, like smoke.</w:t>
      </w:r>
      <w:r>
        <w:br/>
      </w:r>
      <w:r>
        <w:t xml:space="preserve">    (a) a tool for cutting grass that has a curved blade and a long handle that is held with both hands</w:t>
      </w:r>
      <w:r>
        <w:br/>
      </w:r>
      <w:r>
        <w:t xml:space="preserve">    (b) (noun) a strip of hair made lighter in color  OR  (verb) making strips of hair lighter in color</w:t>
      </w:r>
      <w:r>
        <w:br/>
      </w:r>
      <w:r>
        <w:t xml:space="preserve">    (c) kept away from the outside world</w:t>
      </w:r>
    </w:p>
    <w:p>
      <w:pPr>
        <w:pStyle w:val="Compact"/>
        <w:numPr>
          <w:ilvl w:val="0"/>
          <w:numId w:val="1001"/>
        </w:numPr>
      </w:pPr>
      <w:r>
        <w:rPr>
          <w:b/>
          <w:bCs/>
        </w:rPr>
        <w:t xml:space="preserve">He lived outside time, indifferent to the wisdom of age or the rights of station, indifferent even to that studied and fatuous indifference of people like Miss Bunce, the probation officer, whose every gesture was a</w:t>
      </w:r>
      <w:r>
        <w:rPr>
          <w:b/>
          <w:bCs/>
        </w:rPr>
        <w:t xml:space="preserve"> </w:t>
      </w:r>
      <w:r>
        <w:rPr>
          <w:b/>
          <w:bCs/>
          <w:u w:val="single"/>
        </w:rPr>
        <w:t xml:space="preserve">parody</w:t>
      </w:r>
      <w:r>
        <w:rPr>
          <w:b/>
          <w:bCs/>
        </w:rPr>
        <w:t xml:space="preserve"> </w:t>
      </w:r>
      <w:r>
        <w:rPr>
          <w:b/>
          <w:bCs/>
        </w:rPr>
        <w:t xml:space="preserve">of people like Hodge.</w:t>
      </w:r>
      <w:r>
        <w:br/>
      </w:r>
      <w:r>
        <w:t xml:space="preserve">    (a) to gradually destroy or change the purpose of something -- such as a government, institution, or rule</w:t>
      </w:r>
      <w:r>
        <w:br/>
      </w:r>
      <w:r>
        <w:t xml:space="preserve">    (b) a beam, bracket, or other structure supported only on one side; or to support something in that manner</w:t>
      </w:r>
      <w:r>
        <w:br/>
      </w:r>
      <w:r>
        <w:t xml:space="preserve">    (c) a humorous, exaggerated imitation of somebody's style</w:t>
      </w:r>
      <w:r>
        <w:br/>
      </w:r>
      <w:r>
        <w:br/>
      </w:r>
      <w:r>
        <w:t xml:space="preserve">or:</w:t>
      </w:r>
      <w:r>
        <w:br/>
      </w:r>
      <w:r>
        <w:br/>
      </w:r>
      <w:r>
        <w:t xml:space="preserve">a very poor imitation of somebody's style</w:t>
      </w:r>
    </w:p>
    <w:p>
      <w:pPr>
        <w:pStyle w:val="Compact"/>
        <w:numPr>
          <w:ilvl w:val="0"/>
          <w:numId w:val="1001"/>
        </w:numPr>
      </w:pPr>
      <w:r>
        <w:rPr>
          <w:b/>
          <w:bCs/>
        </w:rPr>
        <w:t xml:space="preserve">He sighed, thinking once more of Luke the</w:t>
      </w:r>
      <w:r>
        <w:rPr>
          <w:b/>
          <w:bCs/>
        </w:rPr>
        <w:t xml:space="preserve"> </w:t>
      </w:r>
      <w:r>
        <w:rPr>
          <w:b/>
          <w:bCs/>
          <w:u w:val="single"/>
        </w:rPr>
        <w:t xml:space="preserve">irascible</w:t>
      </w:r>
      <w:r>
        <w:rPr>
          <w:b/>
          <w:bCs/>
        </w:rPr>
        <w:t xml:space="preserve">, then returned to his desk and sat down to rest a minute.</w:t>
      </w:r>
      <w:r>
        <w:br/>
      </w:r>
      <w:r>
        <w:t xml:space="preserve">    (a) unable to find</w:t>
      </w:r>
      <w:r>
        <w:br/>
      </w:r>
      <w:r>
        <w:t xml:space="preserve">    (b) easily angered</w:t>
      </w:r>
      <w:r>
        <w:br/>
      </w:r>
      <w:r>
        <w:t xml:space="preserve">    (c) very important</w:t>
      </w:r>
    </w:p>
    <w:p>
      <w:pPr>
        <w:pStyle w:val="Compact"/>
        <w:numPr>
          <w:ilvl w:val="0"/>
          <w:numId w:val="1001"/>
        </w:numPr>
      </w:pPr>
      <w:r>
        <w:rPr>
          <w:b/>
          <w:bCs/>
        </w:rPr>
        <w:t xml:space="preserve">He had not had to hunt far for</w:t>
      </w:r>
      <w:r>
        <w:rPr>
          <w:b/>
          <w:bCs/>
        </w:rPr>
        <w:t xml:space="preserve"> </w:t>
      </w:r>
      <w:r>
        <w:rPr>
          <w:b/>
          <w:bCs/>
          <w:u w:val="single"/>
        </w:rPr>
        <w:t xml:space="preserve">detractors</w:t>
      </w:r>
      <w:r>
        <w:rPr>
          <w:b/>
          <w:bCs/>
        </w:rPr>
        <w:t xml:space="preserve">.</w:t>
      </w:r>
      <w:r>
        <w:br/>
      </w:r>
      <w:r>
        <w:t xml:space="preserve">    (a) people who diminishes (reduces the value of something)</w:t>
      </w:r>
      <w:r>
        <w:br/>
      </w:r>
      <w:r>
        <w:t xml:space="preserve">    (b) people admitted ceremoniously into an organization</w:t>
      </w:r>
      <w:r>
        <w:br/>
      </w:r>
      <w:r>
        <w:t xml:space="preserve">    (c) someone admitted ceremoniously into an organization</w:t>
      </w:r>
    </w:p>
    <w:p>
      <w:pPr>
        <w:pStyle w:val="Compact"/>
        <w:numPr>
          <w:ilvl w:val="0"/>
          <w:numId w:val="1001"/>
        </w:numPr>
      </w:pPr>
      <w:r>
        <w:rPr>
          <w:b/>
          <w:bCs/>
        </w:rPr>
        <w:t xml:space="preserve">Destructions unnerving, in some</w:t>
      </w:r>
      <w:r>
        <w:rPr>
          <w:b/>
          <w:bCs/>
        </w:rPr>
        <w:t xml:space="preserve"> </w:t>
      </w:r>
      <w:r>
        <w:rPr>
          <w:b/>
          <w:bCs/>
          <w:u w:val="single"/>
        </w:rPr>
        <w:t xml:space="preserve">metaphysical</w:t>
      </w:r>
      <w:r>
        <w:rPr>
          <w:b/>
          <w:bCs/>
        </w:rPr>
        <w:t xml:space="preserve"> </w:t>
      </w:r>
      <w:r>
        <w:rPr>
          <w:b/>
          <w:bCs/>
        </w:rPr>
        <w:t xml:space="preserve">way unlawful, to Hodge.</w:t>
      </w:r>
      <w:r>
        <w:br/>
      </w:r>
      <w:r>
        <w:t xml:space="preserve">    (a) having the characteristics of a</w:t>
      </w:r>
      <w:r>
        <w:t xml:space="preserve"> </w:t>
      </w:r>
      <w:r>
        <w:rPr>
          <w:i/>
          <w:iCs/>
        </w:rPr>
        <w:t xml:space="preserve">monk</w:t>
      </w:r>
      <w:r>
        <w:t xml:space="preserve"> </w:t>
      </w:r>
      <w:r>
        <w:t xml:space="preserve">(often inclined toward self-denial)</w:t>
      </w:r>
      <w:r>
        <w:br/>
      </w:r>
      <w:r>
        <w:t xml:space="preserve">    (b) the quality of holding something back or holding others down through oppression</w:t>
      </w:r>
      <w:r>
        <w:br/>
      </w:r>
      <w:r>
        <w:t xml:space="preserve">    (c) about things beyond the physical world, such as existence, reality, or the soul</w:t>
      </w:r>
    </w:p>
    <w:p>
      <w:pPr>
        <w:pStyle w:val="Compact"/>
        <w:numPr>
          <w:ilvl w:val="0"/>
          <w:numId w:val="1001"/>
        </w:numPr>
      </w:pPr>
      <w:r>
        <w:rPr>
          <w:b/>
          <w:bCs/>
        </w:rPr>
        <w:t xml:space="preserve">Very abstract,</w:t>
      </w:r>
      <w:r>
        <w:rPr>
          <w:b/>
          <w:bCs/>
        </w:rPr>
        <w:t xml:space="preserve"> </w:t>
      </w:r>
      <w:r>
        <w:rPr>
          <w:b/>
          <w:bCs/>
          <w:u w:val="single"/>
        </w:rPr>
        <w:t xml:space="preserve">abstruse</w:t>
      </w:r>
      <w:r>
        <w:rPr>
          <w:b/>
          <w:bCs/>
        </w:rPr>
        <w:t xml:space="preserve">, or subtle: often used derogatorily of reasoning.</w:t>
      </w:r>
      <w:r>
        <w:br/>
      </w:r>
      <w:r>
        <w:t xml:space="preserve">    (a) difficult to understand; or not known by the great majority of people</w:t>
      </w:r>
      <w:r>
        <w:br/>
      </w:r>
      <w:r>
        <w:t xml:space="preserve">    (b) [of food] able to be prepared in a manner that keeps it from spoiling</w:t>
      </w:r>
      <w:r>
        <w:br/>
      </w:r>
      <w:r>
        <w:t xml:space="preserve">    (c) relating to understanding or explaining something in a particular way</w:t>
      </w:r>
    </w:p>
    <w:p>
      <w:pPr>
        <w:pStyle w:val="Compact"/>
        <w:numPr>
          <w:ilvl w:val="0"/>
          <w:numId w:val="1001"/>
        </w:numPr>
      </w:pPr>
      <w:r>
        <w:rPr>
          <w:b/>
          <w:bCs/>
        </w:rPr>
        <w:t xml:space="preserve">He had a mincing way of talking, a thin, reedy voice that sounded like an</w:t>
      </w:r>
      <w:r>
        <w:rPr>
          <w:b/>
          <w:bCs/>
        </w:rPr>
        <w:t xml:space="preserve"> </w:t>
      </w:r>
      <w:r>
        <w:rPr>
          <w:b/>
          <w:bCs/>
          <w:u w:val="single"/>
        </w:rPr>
        <w:t xml:space="preserve">affectation</w:t>
      </w:r>
      <w:r>
        <w:rPr>
          <w:b/>
          <w:bCs/>
        </w:rPr>
        <w:t xml:space="preserve">.</w:t>
      </w:r>
      <w:r>
        <w:br/>
      </w:r>
      <w:r>
        <w:t xml:space="preserve">    (a) collection of star systems held together by gravity</w:t>
      </w:r>
      <w:r>
        <w:br/>
      </w:r>
      <w:r>
        <w:t xml:space="preserve">    (b) a particular way of seeing or thinking about things</w:t>
      </w:r>
      <w:r>
        <w:br/>
      </w:r>
      <w:r>
        <w:t xml:space="preserve">    (c) behaving in an artificial way to make an impression</w:t>
      </w:r>
    </w:p>
    <w:p>
      <w:pPr>
        <w:pStyle w:val="Compact"/>
        <w:numPr>
          <w:ilvl w:val="0"/>
          <w:numId w:val="1001"/>
        </w:numPr>
      </w:pPr>
      <w:r>
        <w:rPr>
          <w:b/>
          <w:bCs/>
        </w:rPr>
        <w:t xml:space="preserve">There, ironically enough, is the</w:t>
      </w:r>
      <w:r>
        <w:rPr>
          <w:b/>
          <w:bCs/>
        </w:rPr>
        <w:t xml:space="preserve"> </w:t>
      </w:r>
      <w:r>
        <w:rPr>
          <w:b/>
          <w:bCs/>
          <w:u w:val="single"/>
        </w:rPr>
        <w:t xml:space="preserve">crux</w:t>
      </w:r>
      <w:r>
        <w:rPr>
          <w:b/>
          <w:bCs/>
        </w:rPr>
        <w:t xml:space="preserve"> </w:t>
      </w:r>
      <w:r>
        <w:rPr>
          <w:b/>
          <w:bCs/>
        </w:rPr>
        <w:t xml:space="preserve">of it: guilt.</w:t>
      </w:r>
      <w:r>
        <w:br/>
      </w:r>
      <w:r>
        <w:t xml:space="preserve">    (a) the most important or difficult part of a problem, argument, or situation</w:t>
      </w:r>
      <w:r>
        <w:br/>
      </w:r>
      <w:r>
        <w:t xml:space="preserve">    (b) a feeling of anger or unhappiness at having to accept something not liked</w:t>
      </w:r>
      <w:r>
        <w:br/>
      </w:r>
      <w:r>
        <w:t xml:space="preserve">    (c) Hitler's fanatical and oppressive political party in World War II Germany</w:t>
      </w:r>
    </w:p>
    <w:p>
      <w:pPr>
        <w:pStyle w:val="Compact"/>
        <w:numPr>
          <w:ilvl w:val="0"/>
          <w:numId w:val="1001"/>
        </w:numPr>
      </w:pPr>
      <w:r>
        <w:rPr>
          <w:b/>
          <w:bCs/>
        </w:rPr>
        <w:t xml:space="preserve">Wants to know if you want</w:t>
      </w:r>
      <w:r>
        <w:rPr>
          <w:b/>
          <w:bCs/>
        </w:rPr>
        <w:t xml:space="preserve"> </w:t>
      </w:r>
      <w:r>
        <w:rPr>
          <w:b/>
          <w:bCs/>
          <w:u w:val="single"/>
        </w:rPr>
        <w:t xml:space="preserve">pawnshops</w:t>
      </w:r>
      <w:r>
        <w:rPr>
          <w:b/>
          <w:bCs/>
        </w:rPr>
        <w:t xml:space="preserve"> </w:t>
      </w:r>
      <w:r>
        <w:rPr>
          <w:b/>
          <w:bCs/>
        </w:rPr>
        <w:t xml:space="preserve">checked for the clothes.</w:t>
      </w:r>
      <w:r>
        <w:br/>
      </w:r>
      <w:r>
        <w:t xml:space="preserve">    (a) substances that stimulate the production of antibodies to protect against a disease</w:t>
      </w:r>
      <w:r>
        <w:br/>
      </w:r>
      <w:r>
        <w:t xml:space="preserve">    (b) shops that offer loans to individuals who use their personal property as collateral</w:t>
      </w:r>
      <w:r>
        <w:br/>
      </w:r>
      <w:r>
        <w:t xml:space="preserve">    (c) believers in the teachings of the Chinese philosopher, Confucius (circa 551-478 BC)</w:t>
      </w:r>
    </w:p>
    <w:p>
      <w:pPr>
        <w:pStyle w:val="Compact"/>
        <w:numPr>
          <w:ilvl w:val="0"/>
          <w:numId w:val="1001"/>
        </w:numPr>
      </w:pPr>
      <w:r>
        <w:rPr>
          <w:b/>
          <w:bCs/>
        </w:rPr>
        <w:t xml:space="preserve">When strangers came to the house he would sit tense with concentration in his chair, huge old gentle hippopotamus with shaggy brows, tie</w:t>
      </w:r>
      <w:r>
        <w:rPr>
          <w:b/>
          <w:bCs/>
        </w:rPr>
        <w:t xml:space="preserve"> </w:t>
      </w:r>
      <w:r>
        <w:rPr>
          <w:b/>
          <w:bCs/>
          <w:u w:val="single"/>
        </w:rPr>
        <w:t xml:space="preserve">askew</w:t>
      </w:r>
      <w:r>
        <w:rPr>
          <w:b/>
          <w:bCs/>
        </w:rPr>
        <w:t xml:space="preserve">, and before the talk was over he would know the man and would know, besides, the road to the man's conversion.</w:t>
      </w:r>
      <w:r>
        <w:br/>
      </w:r>
      <w:r>
        <w:t xml:space="preserve">    (a) opposed to "globalization"</w:t>
      </w:r>
      <w:r>
        <w:br/>
      </w:r>
      <w:r>
        <w:t xml:space="preserve">    (b) not straight; or not right</w:t>
      </w:r>
      <w:r>
        <w:br/>
      </w:r>
      <w:r>
        <w:t xml:space="preserve">    (c) rain, snow, hail, or sleet</w:t>
      </w:r>
    </w:p>
    <w:p>
      <w:pPr>
        <w:pStyle w:val="Compact"/>
        <w:numPr>
          <w:ilvl w:val="0"/>
          <w:numId w:val="1001"/>
        </w:numPr>
      </w:pPr>
      <w:r>
        <w:rPr>
          <w:b/>
          <w:bCs/>
        </w:rPr>
        <w:t xml:space="preserve">To think that a man's opinions were wrong was for him no more to think less of the man than to think that a tree planted in the wrong place was wicked and</w:t>
      </w:r>
      <w:r>
        <w:rPr>
          <w:b/>
          <w:bCs/>
        </w:rPr>
        <w:t xml:space="preserve"> </w:t>
      </w:r>
      <w:r>
        <w:rPr>
          <w:b/>
          <w:bCs/>
          <w:u w:val="single"/>
        </w:rPr>
        <w:t xml:space="preserve">pernicious</w:t>
      </w:r>
      <w:r>
        <w:rPr>
          <w:b/>
          <w:bCs/>
        </w:rPr>
        <w:t xml:space="preserve">.</w:t>
      </w:r>
      <w:r>
        <w:br/>
      </w:r>
      <w:r>
        <w:t xml:space="preserve">    (a) the quality of behaving in an instinctive, uninhibited, and unplanned manner</w:t>
      </w:r>
      <w:r>
        <w:br/>
      </w:r>
      <w:r>
        <w:t xml:space="preserve">    (b) harmful or something spreading harm -- especially in a gradual or subtle way</w:t>
      </w:r>
      <w:r>
        <w:br/>
      </w:r>
      <w:r>
        <w:t xml:space="preserve">    (c) the state or degree of having the ability to change for different situations</w:t>
      </w:r>
    </w:p>
    <w:p>
      <w:pPr>
        <w:pStyle w:val="Compact"/>
        <w:numPr>
          <w:ilvl w:val="0"/>
          <w:numId w:val="1001"/>
        </w:numPr>
      </w:pPr>
      <w:r>
        <w:rPr>
          <w:b/>
          <w:bCs/>
        </w:rPr>
        <w:t xml:space="preserve">He worked hard and earned money and kept hold of it—he was the farthest thing from a</w:t>
      </w:r>
      <w:r>
        <w:rPr>
          <w:b/>
          <w:bCs/>
        </w:rPr>
        <w:t xml:space="preserve"> </w:t>
      </w:r>
      <w:r>
        <w:rPr>
          <w:b/>
          <w:bCs/>
          <w:u w:val="single"/>
        </w:rPr>
        <w:t xml:space="preserve">profligate</w:t>
      </w:r>
      <w:r>
        <w:rPr>
          <w:b/>
          <w:bCs/>
        </w:rPr>
        <w:t xml:space="preserve">.</w:t>
      </w:r>
      <w:r>
        <w:br/>
      </w:r>
      <w:r>
        <w:t xml:space="preserve">    (a) related to intelligence -- such as requiring, appealing to, or possessing intelligence</w:t>
      </w:r>
      <w:r>
        <w:br/>
      </w:r>
      <w:r>
        <w:t xml:space="preserve">    (b) (adjective) designed to stop something  OR  (noun) something that stops something else</w:t>
      </w:r>
      <w:r>
        <w:br/>
      </w:r>
      <w:r>
        <w:t xml:space="preserve">    (c) carelessly and wastefully extravagant -- especially with money, resources, or behavior</w:t>
      </w:r>
    </w:p>
    <w:p>
      <w:pPr>
        <w:pStyle w:val="Compact"/>
        <w:numPr>
          <w:ilvl w:val="0"/>
          <w:numId w:val="1001"/>
        </w:numPr>
      </w:pPr>
      <w:r>
        <w:rPr>
          <w:b/>
          <w:bCs/>
        </w:rPr>
        <w:t xml:space="preserve">Finding it gave him a just barely</w:t>
      </w:r>
      <w:r>
        <w:rPr>
          <w:b/>
          <w:bCs/>
        </w:rPr>
        <w:t xml:space="preserve"> </w:t>
      </w:r>
      <w:r>
        <w:rPr>
          <w:b/>
          <w:bCs/>
          <w:u w:val="single"/>
        </w:rPr>
        <w:t xml:space="preserve">perceptible</w:t>
      </w:r>
      <w:r>
        <w:rPr>
          <w:b/>
          <w:bCs/>
        </w:rPr>
        <w:t xml:space="preserve"> </w:t>
      </w:r>
      <w:r>
        <w:rPr>
          <w:b/>
          <w:bCs/>
        </w:rPr>
        <w:t xml:space="preserve">touch of comfort.</w:t>
      </w:r>
      <w:r>
        <w:br/>
      </w:r>
      <w:r>
        <w:t xml:space="preserve">    (a) able to take on or adopt</w:t>
      </w:r>
      <w:r>
        <w:br/>
      </w:r>
      <w:r>
        <w:t xml:space="preserve">    (b) the state of being awake</w:t>
      </w:r>
      <w:r>
        <w:br/>
      </w:r>
      <w:r>
        <w:t xml:space="preserve">    (c) capable of being noticed</w:t>
      </w:r>
    </w:p>
    <w:p>
      <w:pPr>
        <w:pStyle w:val="Compact"/>
        <w:numPr>
          <w:ilvl w:val="0"/>
          <w:numId w:val="1001"/>
        </w:numPr>
      </w:pPr>
      <w:r>
        <w:rPr>
          <w:b/>
          <w:bCs/>
        </w:rPr>
        <w:t xml:space="preserve">He paused</w:t>
      </w:r>
      <w:r>
        <w:rPr>
          <w:b/>
          <w:bCs/>
        </w:rPr>
        <w:t xml:space="preserve"> </w:t>
      </w:r>
      <w:r>
        <w:rPr>
          <w:b/>
          <w:bCs/>
          <w:u w:val="single"/>
        </w:rPr>
        <w:t xml:space="preserve">irresolute</w:t>
      </w:r>
      <w:r>
        <w:rPr>
          <w:b/>
          <w:bCs/>
        </w:rPr>
        <w:t xml:space="preserve"> </w:t>
      </w:r>
      <w:r>
        <w:rPr>
          <w:b/>
          <w:bCs/>
        </w:rPr>
        <w:t xml:space="preserve">for a moment and not fully aware what it was that had distracted him from his purpose.</w:t>
      </w:r>
      <w:r>
        <w:br/>
      </w:r>
      <w:r>
        <w:t xml:space="preserve">    (a) non-traditional or non-standard</w:t>
      </w:r>
      <w:r>
        <w:br/>
      </w:r>
      <w:r>
        <w:t xml:space="preserve">    (b) poor ability to make a decision</w:t>
      </w:r>
      <w:r>
        <w:br/>
      </w:r>
      <w:r>
        <w:t xml:space="preserve">    (c) uncertain how to act or proceed</w:t>
      </w:r>
    </w:p>
    <w:p>
      <w:pPr>
        <w:pStyle w:val="Compact"/>
        <w:numPr>
          <w:ilvl w:val="0"/>
          <w:numId w:val="1001"/>
        </w:numPr>
      </w:pPr>
      <w:r>
        <w:rPr>
          <w:b/>
          <w:bCs/>
        </w:rPr>
        <w:t xml:space="preserve">Luke lay exactly as he'd lain last night, dead looking,</w:t>
      </w:r>
      <w:r>
        <w:rPr>
          <w:b/>
          <w:bCs/>
        </w:rPr>
        <w:t xml:space="preserve"> </w:t>
      </w:r>
      <w:r>
        <w:rPr>
          <w:b/>
          <w:bCs/>
          <w:u w:val="single"/>
        </w:rPr>
        <w:t xml:space="preserve">inert</w:t>
      </w:r>
      <w:r>
        <w:rPr>
          <w:b/>
          <w:bCs/>
        </w:rPr>
        <w:t xml:space="preserve"> </w:t>
      </w:r>
      <w:r>
        <w:rPr>
          <w:b/>
          <w:bCs/>
        </w:rPr>
        <w:t xml:space="preserve">body and soul from his heavy drugs.</w:t>
      </w:r>
      <w:r>
        <w:br/>
      </w:r>
      <w:r>
        <w:t xml:space="preserve">    (a) the degree to which a performance of or to someone else's work lends itself to the expression of personal artistic ideas or feelings by the performer</w:t>
      </w:r>
      <w:r>
        <w:br/>
      </w:r>
      <w:r>
        <w:t xml:space="preserve">    (b) unmoving, inactive, or unable to move</w:t>
      </w:r>
      <w:r>
        <w:br/>
      </w:r>
      <w:r>
        <w:br/>
      </w:r>
      <w:r>
        <w:t xml:space="preserve">or:</w:t>
      </w:r>
      <w:r>
        <w:br/>
      </w:r>
      <w:r>
        <w:br/>
      </w:r>
      <w:r>
        <w:t xml:space="preserve">slow, lethargic, or without interest</w:t>
      </w:r>
      <w:r>
        <w:br/>
      </w:r>
      <w:r>
        <w:br/>
      </w:r>
      <w:r>
        <w:t xml:space="preserve">or (in chemistry/medicine):</w:t>
      </w:r>
      <w:r>
        <w:br/>
      </w:r>
      <w:r>
        <w:br/>
      </w:r>
      <w:r>
        <w:t xml:space="preserve">chemically inactive (not having an effect)</w:t>
      </w:r>
      <w:r>
        <w:br/>
      </w:r>
      <w:r>
        <w:t xml:space="preserve">    (c) the quality or degree of being straightforward or clear (sometimes indicating that truth is not worded carefully to spare feelings or gain advantage)</w:t>
      </w:r>
    </w:p>
    <w:p>
      <w:pPr>
        <w:pStyle w:val="Compact"/>
        <w:numPr>
          <w:ilvl w:val="0"/>
          <w:numId w:val="1001"/>
        </w:numPr>
      </w:pPr>
      <w:r>
        <w:rPr>
          <w:b/>
          <w:bCs/>
        </w:rPr>
        <w:t xml:space="preserve">A natural force,</w:t>
      </w:r>
      <w:r>
        <w:rPr>
          <w:b/>
          <w:bCs/>
        </w:rPr>
        <w:t xml:space="preserve"> </w:t>
      </w:r>
      <w:r>
        <w:rPr>
          <w:b/>
          <w:bCs/>
          <w:u w:val="single"/>
        </w:rPr>
        <w:t xml:space="preserve">unconstrained</w:t>
      </w:r>
      <w:r>
        <w:rPr>
          <w:b/>
          <w:bCs/>
        </w:rPr>
        <w:t xml:space="preserve">, and not merely ignorant either; prepared for the worst—and sometimes it had come—and she had survived.</w:t>
      </w:r>
      <w:r>
        <w:br/>
      </w:r>
      <w:r>
        <w:t xml:space="preserve">    (a) developed or changed gradually</w:t>
      </w:r>
      <w:r>
        <w:br/>
      </w:r>
      <w:r>
        <w:t xml:space="preserve">    (b) took (power or responsibility)</w:t>
      </w:r>
      <w:r>
        <w:br/>
      </w:r>
      <w:r>
        <w:t xml:space="preserve">    (c) not restricted; or uninhibited</w:t>
      </w:r>
    </w:p>
    <w:p>
      <w:pPr>
        <w:pStyle w:val="Compact"/>
        <w:numPr>
          <w:ilvl w:val="0"/>
          <w:numId w:val="1001"/>
        </w:numPr>
      </w:pPr>
      <w:r>
        <w:rPr>
          <w:b/>
          <w:bCs/>
        </w:rPr>
        <w:t xml:space="preserve">Leaving no tip—he never left tips except to impress—he carried his restaurant check to the ornate, ostentatiously large black cash-register, long</w:t>
      </w:r>
      <w:r>
        <w:rPr>
          <w:b/>
          <w:bCs/>
        </w:rPr>
        <w:t xml:space="preserve"> </w:t>
      </w:r>
      <w:r>
        <w:rPr>
          <w:b/>
          <w:bCs/>
          <w:u w:val="single"/>
        </w:rPr>
        <w:t xml:space="preserve">obsolete</w:t>
      </w:r>
      <w:r>
        <w:rPr>
          <w:b/>
          <w:bCs/>
        </w:rPr>
        <w:t xml:space="preserve"> </w:t>
      </w:r>
      <w:r>
        <w:rPr>
          <w:b/>
          <w:bCs/>
        </w:rPr>
        <w:t xml:space="preserve">but still very grand, counted out the exact change, and went out to the street without a word.</w:t>
      </w:r>
      <w:r>
        <w:br/>
      </w:r>
      <w:r>
        <w:t xml:space="preserve">    (a) an appropriate size, amount, or degree in relation to something else</w:t>
      </w:r>
      <w:r>
        <w:br/>
      </w:r>
      <w:r>
        <w:t xml:space="preserve">    (b) no longer in general use because it was replaced by something better</w:t>
      </w:r>
      <w:r>
        <w:br/>
      </w:r>
      <w:r>
        <w:t xml:space="preserve">    (c) surprise -- often so much so that one doesn't know what to say or do</w:t>
      </w:r>
    </w:p>
    <w:p>
      <w:pPr>
        <w:pStyle w:val="Compact"/>
        <w:numPr>
          <w:ilvl w:val="0"/>
          <w:numId w:val="1001"/>
        </w:numPr>
      </w:pPr>
      <w:r>
        <w:rPr>
          <w:b/>
          <w:bCs/>
        </w:rPr>
        <w:t xml:space="preserve">Painters and musicians have a marked aesthetic</w:t>
      </w:r>
      <w:r>
        <w:rPr>
          <w:b/>
          <w:bCs/>
        </w:rPr>
        <w:t xml:space="preserve"> </w:t>
      </w:r>
      <w:r>
        <w:rPr>
          <w:b/>
          <w:bCs/>
          <w:u w:val="single"/>
        </w:rPr>
        <w:t xml:space="preserve">proclivity</w:t>
      </w:r>
      <w:r>
        <w:rPr>
          <w:b/>
          <w:bCs/>
        </w:rPr>
        <w:t xml:space="preserve">.</w:t>
      </w:r>
      <w:r>
        <w:br/>
      </w:r>
      <w:r>
        <w:t xml:space="preserve">    (a) strength</w:t>
      </w:r>
      <w:r>
        <w:br/>
      </w:r>
      <w:r>
        <w:t xml:space="preserve">    (b) tendency</w:t>
      </w:r>
      <w:r>
        <w:br/>
      </w:r>
      <w:r>
        <w:t xml:space="preserve">    (c) weakness</w:t>
      </w:r>
    </w:p>
    <w:p>
      <w:pPr>
        <w:pStyle w:val="Compact"/>
        <w:numPr>
          <w:ilvl w:val="0"/>
          <w:numId w:val="1001"/>
        </w:numPr>
      </w:pPr>
      <w:r>
        <w:rPr>
          <w:b/>
          <w:bCs/>
        </w:rPr>
        <w:t xml:space="preserve">SUNLIGHT: A</w:t>
      </w:r>
      <w:r>
        <w:rPr>
          <w:b/>
          <w:bCs/>
        </w:rPr>
        <w:t xml:space="preserve"> </w:t>
      </w:r>
      <w:r>
        <w:rPr>
          <w:b/>
          <w:bCs/>
          <w:u w:val="single"/>
        </w:rPr>
        <w:t xml:space="preserve">veritable</w:t>
      </w:r>
      <w:r>
        <w:rPr>
          <w:b/>
          <w:bCs/>
        </w:rPr>
        <w:t xml:space="preserve"> </w:t>
      </w:r>
      <w:r>
        <w:rPr>
          <w:b/>
          <w:bCs/>
        </w:rPr>
        <w:t xml:space="preserve">labyrinth!</w:t>
      </w:r>
      <w:r>
        <w:br/>
      </w:r>
      <w:r>
        <w:t xml:space="preserve">    (a) used for emphasis to introduce a dramatic metaphor</w:t>
      </w:r>
      <w:r>
        <w:br/>
      </w:r>
      <w:r>
        <w:t xml:space="preserve">    (b) deserving no respect (worthless or of bad quality)</w:t>
      </w:r>
      <w:r>
        <w:br/>
      </w:r>
      <w:r>
        <w:t xml:space="preserve">    (c) the quality or degree of not being straightforward</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2026-07-31T18:22:16Z</dcterms:created>
  <dcterms:modified xsi:type="dcterms:W3CDTF">2026-07-31T18:22:16Z</dcterms:modified>
</cp:coreProperties>
</file>

<file path=docProps/custom.xml><?xml version="1.0" encoding="utf-8"?>
<Properties xmlns="http://schemas.openxmlformats.org/officeDocument/2006/custom-properties" xmlns:vt="http://schemas.openxmlformats.org/officeDocument/2006/docPropsVTypes"/>
</file>