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ec97a36fbef2226e431b60dfdbf66098abe000"/>
    <w:p>
      <w:pPr>
        <w:pStyle w:val="Heading1"/>
      </w:pPr>
      <w:r>
        <w:rPr>
          <w:b/>
          <w:bCs/>
        </w:rPr>
        <w:t xml:space="preserve">The Sun Also Rises</w:t>
      </w:r>
      <w:r>
        <w:br/>
      </w:r>
      <w:r>
        <w:rPr>
          <w:i/>
          <w:iCs/>
        </w:rPr>
        <w:t xml:space="preserve">Ernest Hemingway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winter Robert Cohn went over to America with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</w:t>
      </w:r>
      <w:r>
        <w:rPr>
          <w:b/>
          <w:bCs/>
        </w:rPr>
        <w:t xml:space="preserve">, and it was accepted by a fairly good publisher.</w:t>
      </w:r>
      <w:r>
        <w:br/>
      </w:r>
      <w:r>
        <w:t xml:space="preserve">    (a) important and valuable</w:t>
      </w:r>
      <w:r>
        <w:br/>
      </w:r>
      <w:r>
        <w:t xml:space="preserve">    (b) new and original</w:t>
      </w:r>
      <w:r>
        <w:br/>
      </w:r>
      <w:r>
        <w:t xml:space="preserve">    (c) traditional (having withstood the test of time)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we arrived it was quite empty, except for a policeman sitting near the door, the wife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proprietor</w:t>
      </w:r>
      <w:r>
        <w:rPr>
          <w:b/>
          <w:bCs/>
        </w:rPr>
        <w:t xml:space="preserve"> </w:t>
      </w:r>
      <w:r>
        <w:rPr>
          <w:b/>
          <w:bCs/>
        </w:rPr>
        <w:t xml:space="preserve">back of the zinc bar, and the proprietor himself.</w:t>
      </w:r>
      <w:r>
        <w:br/>
      </w:r>
      <w:r>
        <w:t xml:space="preserve">    (a) a subtle characteristic</w:t>
      </w:r>
      <w:r>
        <w:br/>
      </w:r>
      <w:r>
        <w:t xml:space="preserve">    (b) interaction or interest</w:t>
      </w:r>
      <w:r>
        <w:br/>
      </w:r>
      <w:r>
        <w:t xml:space="preserve">    (c) the owner of a business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dancing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accordion</w:t>
      </w:r>
      <w:r>
        <w:rPr>
          <w:b/>
          <w:bCs/>
        </w:rPr>
        <w:t xml:space="preserve"> </w:t>
      </w:r>
      <w:r>
        <w:rPr>
          <w:b/>
          <w:bCs/>
        </w:rPr>
        <w:t xml:space="preserve">and some one was playing the banjo.</w:t>
      </w:r>
      <w:r>
        <w:br/>
      </w:r>
      <w:r>
        <w:t xml:space="preserve">    (a) regular crisscross grid that repeats in a pattern of squares or diamonds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he fell in love with Brett, I never heard him make one remark that would, in any way,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detach</w:t>
      </w:r>
      <w:r>
        <w:rPr>
          <w:b/>
          <w:bCs/>
        </w:rPr>
        <w:t xml:space="preserve"> </w:t>
      </w:r>
      <w:r>
        <w:rPr>
          <w:b/>
          <w:bCs/>
        </w:rPr>
        <w:t xml:space="preserve">him from other people.</w:t>
      </w:r>
      <w:r>
        <w:br/>
      </w:r>
      <w:r>
        <w:t xml:space="preserve">    (a) change the direction of something or the purpose for which it is used</w:t>
      </w:r>
      <w:r>
        <w:br/>
      </w:r>
      <w:r>
        <w:t xml:space="preserve">    (b) separate</w:t>
      </w:r>
      <w:r>
        <w:br/>
      </w:r>
      <w:r>
        <w:t xml:space="preserve">    (c) a way of doing something; or a route that leads to a particular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only trouble was that people who did not fall into any of those three categories were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 to</w:t>
      </w:r>
      <w:r>
        <w:rPr>
          <w:b/>
          <w:bCs/>
        </w:rPr>
        <w:t xml:space="preserve"> </w:t>
      </w:r>
      <w:r>
        <w:rPr>
          <w:b/>
          <w:bCs/>
        </w:rPr>
        <w:t xml:space="preserve">be told there was no one home, chez Barnes.</w:t>
      </w:r>
      <w:r>
        <w:br/>
      </w:r>
      <w:r>
        <w:t xml:space="preserve">    (a) devices that convert light into electricity</w:t>
      </w:r>
      <w:r>
        <w:br/>
      </w:r>
      <w:r>
        <w:t xml:space="preserve">    (b) temperature scale used in most of the world</w:t>
      </w:r>
      <w:r>
        <w:br/>
      </w:r>
      <w:r>
        <w:t xml:space="preserve">    (c) likely to; or maybe going to; or subject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Only let's not get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daunted</w:t>
      </w:r>
      <w:r>
        <w:rPr>
          <w:b/>
          <w:bCs/>
        </w:rPr>
        <w:t xml:space="preserve">.</w:t>
      </w:r>
      <w:r>
        <w:br/>
      </w:r>
      <w:r>
        <w:t xml:space="preserve">    (a) gradually added or removed</w:t>
      </w:r>
      <w:r>
        <w:br/>
      </w:r>
      <w:r>
        <w:t xml:space="preserve">    (b) limited or with boundaries</w:t>
      </w:r>
      <w:r>
        <w:br/>
      </w:r>
      <w:r>
        <w:t xml:space="preserve">    (c) discouraged or intimidated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Outside under the window were some carts and an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diligence</w:t>
      </w:r>
      <w:r>
        <w:rPr>
          <w:b/>
          <w:bCs/>
        </w:rPr>
        <w:t xml:space="preserve">, the wood of the roof cracked and split by the weather.</w:t>
      </w:r>
      <w:r>
        <w:br/>
      </w:r>
      <w:r>
        <w:t xml:space="preserve">    (a) restarted (a fire)</w:t>
      </w:r>
      <w:r>
        <w:br/>
      </w:r>
      <w:r>
        <w:t xml:space="preserve">    (b) hard work and care</w:t>
      </w:r>
      <w:r>
        <w:br/>
      </w:r>
      <w:r>
        <w:t xml:space="preserve">    (c) calm state of 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ought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ironical</w:t>
      </w:r>
      <w:r>
        <w:rPr>
          <w:b/>
          <w:bCs/>
        </w:rPr>
        <w:t xml:space="preserve"> </w:t>
      </w:r>
      <w:r>
        <w:rPr>
          <w:b/>
          <w:bCs/>
        </w:rPr>
        <w:t xml:space="preserve">the minute you get out of bed.</w:t>
      </w:r>
      <w:r>
        <w:br/>
      </w:r>
      <w:r>
        <w:t xml:space="preserve">    (a) point out when what is happens is very different than what might be expected</w:t>
      </w:r>
      <w:r>
        <w:br/>
      </w:r>
      <w:r>
        <w:t xml:space="preserve">    (b) capable of being better understood through detailed examination</w:t>
      </w:r>
      <w:r>
        <w:br/>
      </w:r>
      <w:r>
        <w:t xml:space="preserve">    (c) the degree to which something is able to change or is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Way off we saw the steep bluffs, dark with trees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jutting</w:t>
      </w:r>
      <w:r>
        <w:rPr>
          <w:b/>
          <w:bCs/>
        </w:rPr>
        <w:t xml:space="preserve"> </w:t>
      </w:r>
      <w:r>
        <w:rPr>
          <w:b/>
          <w:bCs/>
        </w:rPr>
        <w:t xml:space="preserve">with gray stone, that marked the course of the Irati River.</w:t>
      </w:r>
      <w:r>
        <w:br/>
      </w:r>
      <w:r>
        <w:t xml:space="preserve">    (a) expressed strong hatred or loathing for</w:t>
      </w:r>
      <w:r>
        <w:br/>
      </w:r>
      <w:r>
        <w:t xml:space="preserve">    (b) to stick out; or a part that sticks out</w:t>
      </w:r>
      <w:r>
        <w:br/>
      </w:r>
      <w:r>
        <w:t xml:space="preserve">    (c) expresses strong hatred or loathing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standing in front of the old chapel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monastery</w:t>
      </w:r>
      <w:r>
        <w:rPr>
          <w:b/>
          <w:bCs/>
        </w:rPr>
        <w:t xml:space="preserve">.</w:t>
      </w:r>
      <w:r>
        <w:br/>
      </w:r>
      <w:r>
        <w:t xml:space="preserve">    (a) the residence of a religious community</w:t>
      </w:r>
      <w:r>
        <w:br/>
      </w:r>
      <w:r>
        <w:t xml:space="preserve">    (b) dense, rainy forest with many species</w:t>
      </w:r>
      <w:r>
        <w:br/>
      </w:r>
      <w:r>
        <w:t xml:space="preserve">    (c) island (that is made of a coral reef)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reflects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on me.</w:t>
      </w:r>
      <w:r>
        <w:br/>
      </w:r>
      <w:r>
        <w:t xml:space="preserve">    (a) include consideration of</w:t>
      </w:r>
      <w:r>
        <w:br/>
      </w:r>
      <w:r>
        <w:t xml:space="preserve">    (b) damage the reputation of</w:t>
      </w:r>
      <w:r>
        <w:br/>
      </w:r>
      <w:r>
        <w:t xml:space="preserve">    (c) struggle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did you go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bankrupt</w:t>
      </w:r>
      <w:r>
        <w:rPr>
          <w:b/>
          <w:bCs/>
        </w:rPr>
        <w:t xml:space="preserve">?</w:t>
      </w:r>
      <w:r>
        <w:br/>
      </w:r>
      <w:r>
        <w:t xml:space="preserve">    (a) legally declared to be unable to pay money that is owed</w:t>
      </w:r>
      <w:r>
        <w:br/>
      </w:r>
      <w:r>
        <w:t xml:space="preserve">    (b) a method of artistic painting on a wall by using watercolors on wet plaster; or the painting made in such a manner</w:t>
      </w:r>
      <w:r>
        <w:br/>
      </w:r>
      <w:r>
        <w:t xml:space="preserve">    (c) to put someone into a state of hypnosis (a trance-like state of focused concentration and heightened suggestibility)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watched the motorbuses come in and unload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country coming in to the market,</w:t>
      </w:r>
      <w:r>
        <w:br/>
      </w:r>
      <w:r>
        <w:t xml:space="preserve">    (a) organisms in the early stages of growth prior to birth, hatching, or sprouting; in humans organisms during the first eight weeks of development (prior to the fetal stage)</w:t>
      </w:r>
      <w:r>
        <w:br/>
      </w:r>
      <w:r>
        <w:t xml:space="preserve">    (b) members of an artistic movement pioneered by Pablo Picasso and Georges Braque that featured surfaces of geometrical planes to depict three-dimensional organic forms</w:t>
      </w:r>
      <w:r>
        <w:br/>
      </w:r>
      <w:r>
        <w:t xml:space="preserve">    (c) used historically or possibly in relation to a very poor country:  people of low income, education, and social standing -- especially those who raise crops or livestock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dancers were in a crowd, so you did not see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intricate</w:t>
      </w:r>
      <w:r>
        <w:rPr>
          <w:b/>
          <w:bCs/>
        </w:rPr>
        <w:t xml:space="preserve"> </w:t>
      </w:r>
      <w:r>
        <w:rPr>
          <w:b/>
          <w:bCs/>
        </w:rPr>
        <w:t xml:space="preserve">play of the feet.</w:t>
      </w:r>
      <w:r>
        <w:br/>
      </w:r>
      <w:r>
        <w:t xml:space="preserve">    (a) the degree to which something can be solved or settled</w:t>
      </w:r>
      <w:r>
        <w:br/>
      </w:r>
      <w:r>
        <w:t xml:space="preserve">    (b) not capable of being suffered through (or put up with)</w:t>
      </w:r>
      <w:r>
        <w:br/>
      </w:r>
      <w:r>
        <w:t xml:space="preserve">    (c) complicated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saw how Romero avoided every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brusque</w:t>
      </w:r>
      <w:r>
        <w:rPr>
          <w:b/>
          <w:bCs/>
        </w:rPr>
        <w:t xml:space="preserve"> </w:t>
      </w:r>
      <w:r>
        <w:rPr>
          <w:b/>
          <w:bCs/>
        </w:rPr>
        <w:t xml:space="preserve">movement and saved his bulls for the last when he wanted them, not winded and discomposed but smoothly worn down.</w:t>
      </w:r>
      <w:r>
        <w:br/>
      </w:r>
      <w:r>
        <w:t xml:space="preserve">    (a) abrupt (sudden and quick)</w:t>
      </w:r>
      <w:r>
        <w:br/>
      </w:r>
      <w:r>
        <w:t xml:space="preserve">    (b) sloped</w:t>
      </w:r>
      <w:r>
        <w:br/>
      </w:r>
      <w:r>
        <w:t xml:space="preserve">    (c) steady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the death of Joselito all the bull-fighters had been developing a technique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simulated</w:t>
      </w:r>
      <w:r>
        <w:rPr>
          <w:b/>
          <w:bCs/>
        </w:rPr>
        <w:t xml:space="preserve"> </w:t>
      </w:r>
      <w:r>
        <w:rPr>
          <w:b/>
          <w:bCs/>
        </w:rPr>
        <w:t xml:space="preserve">this appearance of danger in order to give a fake emotional feeling, while the bull-fighter was really safe.</w:t>
      </w:r>
      <w:r>
        <w:br/>
      </w:r>
      <w:r>
        <w:t xml:space="preserve">    (a) imitated</w:t>
      </w:r>
      <w:r>
        <w:br/>
      </w:r>
      <w:r>
        <w:t xml:space="preserve">    (b) not good at concentrating on one thing</w:t>
      </w:r>
      <w:r>
        <w:br/>
      </w:r>
      <w:r>
        <w:t xml:space="preserve">    (c) adjusted a lens to make an image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nothing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conceited</w:t>
      </w:r>
      <w:r>
        <w:rPr>
          <w:b/>
          <w:bCs/>
        </w:rPr>
        <w:t xml:space="preserve"> </w:t>
      </w:r>
      <w:r>
        <w:rPr>
          <w:b/>
          <w:bCs/>
        </w:rPr>
        <w:t xml:space="preserve">or braggartly about him.</w:t>
      </w:r>
      <w:r>
        <w:br/>
      </w:r>
      <w:r>
        <w:t xml:space="preserve">    (a) not judged in a negative way</w:t>
      </w:r>
      <w:r>
        <w:br/>
      </w:r>
      <w:r>
        <w:t xml:space="preserve">    (b) calculated or judged too low</w:t>
      </w:r>
      <w:r>
        <w:br/>
      </w:r>
      <w:r>
        <w:t xml:space="preserve">    (c) excessively proud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face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sallow</w:t>
      </w:r>
      <w:r>
        <w:rPr>
          <w:b/>
          <w:bCs/>
        </w:rPr>
        <w:t xml:space="preserve"> </w:t>
      </w:r>
      <w:r>
        <w:rPr>
          <w:b/>
          <w:bCs/>
        </w:rPr>
        <w:t xml:space="preserve">under the light.</w:t>
      </w:r>
      <w:r>
        <w:br/>
      </w:r>
      <w:r>
        <w:t xml:space="preserve">    (a) characterized by narrower parallel folds when closed and wider when open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an unhealthy pale of yellowish complexion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ear was cut by popular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acclamation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given to Pedro Romero, who, in turn, gave it to Brett, who wrapped it in a handkerchief belonging to myself, and left both ear and handkerchief, along with a number of Muratti cigarette-stubs, shoved far back in the drawer of the bed-table that stood beside her bed in the Hotel Montoya, in Pamplona.</w:t>
      </w:r>
      <w:r>
        <w:br/>
      </w:r>
      <w:r>
        <w:t xml:space="preserve">    (a) relating to properties of sound or hearing</w:t>
      </w:r>
      <w:r>
        <w:br/>
      </w:r>
      <w:r>
        <w:t xml:space="preserve">    (b) something accepted as true (without proof)</w:t>
      </w:r>
      <w:r>
        <w:br/>
      </w:r>
      <w:r>
        <w:t xml:space="preserve">    (c) choosing without opposition or formal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Belmonte's jaw came further out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br/>
      </w:r>
      <w:r>
        <w:t xml:space="preserve">    (a) showing a lack or respect</w:t>
      </w:r>
      <w:r>
        <w:br/>
      </w:r>
      <w:r>
        <w:t xml:space="preserve">    (b) frustration at being treated unfairly</w:t>
      </w:r>
      <w:r>
        <w:br/>
      </w:r>
      <w:r>
        <w:t xml:space="preserve">    (c) prejudice or unfair treatment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2026-07-31T16:05:39Z</dcterms:created>
  <dcterms:modified xsi:type="dcterms:W3CDTF">2026-07-31T16:05:39Z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