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196f1de0d4fe8cb9354b38dc49a6a39a3244e2"/>
    <w:p>
      <w:pPr>
        <w:pStyle w:val="Heading1"/>
      </w:pPr>
      <w:r>
        <w:rPr>
          <w:b/>
          <w:bCs/>
        </w:rPr>
        <w:t xml:space="preserve">The Sun Also Rises</w:t>
      </w:r>
      <w:r>
        <w:br/>
      </w:r>
      <w:r>
        <w:rPr>
          <w:i/>
          <w:iCs/>
        </w:rPr>
        <w:t xml:space="preserve">Ernest Hemingway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sounds like an innocent occupation, but Cohn had read and reread "The Purple Land" "The Purple Land" is a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book if read too late in life.</w:t>
      </w:r>
      <w:r>
        <w:br/>
      </w:r>
      <w:r>
        <w:t xml:space="preserve">    (a) not able to be disagreed with</w:t>
      </w:r>
      <w:r>
        <w:br/>
      </w:r>
      <w:r>
        <w:t xml:space="preserve">    (b) not thoughtful about the past</w:t>
      </w:r>
      <w:r>
        <w:br/>
      </w:r>
      <w:r>
        <w:t xml:space="preserve">    (c) evil, harmful, or frightening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recounts splendid imaginary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adventures of a perfect English gentleman in an intensely romantic land, the scenery of which is very well described.</w:t>
      </w:r>
      <w:r>
        <w:br/>
      </w:r>
      <w:r>
        <w:t xml:space="preserve">    (a) comprehensive</w:t>
      </w:r>
      <w:r>
        <w:br/>
      </w:r>
      <w:r>
        <w:t xml:space="preserve">    (b) logical or analytical</w:t>
      </w:r>
      <w:r>
        <w:br/>
      </w:r>
      <w:r>
        <w:t xml:space="preserve">    (c) romantic or sexual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sat and drank it, and the girl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.</w:t>
      </w:r>
      <w:r>
        <w:br/>
      </w:r>
      <w:r>
        <w:t xml:space="preserve">    (a) showing a gloomy or bad mood</w:t>
      </w:r>
      <w:r>
        <w:br/>
      </w:r>
      <w:r>
        <w:t xml:space="preserve">    (b) exactness or accuracy</w:t>
      </w:r>
      <w:r>
        <w:br/>
      </w:r>
      <w:r>
        <w:t xml:space="preserve">    (c)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Mrs. Braddocks insisted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.</w:t>
      </w:r>
      <w:r>
        <w:br/>
      </w:r>
      <w:r>
        <w:t xml:space="preserve">    (a) in a skillful way</w:t>
      </w:r>
      <w:r>
        <w:br/>
      </w:r>
      <w:r>
        <w:t xml:space="preserve">    (b) in a pleasing way</w:t>
      </w:r>
      <w:r>
        <w:br/>
      </w:r>
      <w:r>
        <w:t xml:space="preserve">    (c) in a friendly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Wonderful command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idiom</w:t>
      </w:r>
      <w:r>
        <w:rPr>
          <w:b/>
          <w:bCs/>
        </w:rPr>
        <w:t xml:space="preserve">.</w:t>
      </w:r>
      <w:r>
        <w:br/>
      </w:r>
      <w:r>
        <w:t xml:space="preserve">    (a) the smallest part of any material that cannot be broken up by chemical means</w:t>
      </w:r>
      <w:r>
        <w:br/>
      </w:r>
      <w:r>
        <w:t xml:space="preserve">    (b) a way of putting things that is characteristic of a specific group of people</w:t>
      </w:r>
      <w:r>
        <w:br/>
      </w:r>
      <w:r>
        <w:t xml:space="preserve">    (c) microorganisms (living creatures so small it takes a microscope to see them)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got out my check-book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deducted</w:t>
      </w:r>
      <w:r>
        <w:rPr>
          <w:b/>
          <w:bCs/>
        </w:rPr>
        <w:t xml:space="preserve"> </w:t>
      </w:r>
      <w:r>
        <w:rPr>
          <w:b/>
          <w:bCs/>
        </w:rPr>
        <w:t xml:space="preserve">four checks drawn since the first of the month, and discovered I had a balance of $1832.60.</w:t>
      </w:r>
      <w:r>
        <w:br/>
      </w:r>
      <w:r>
        <w:t xml:space="preserve">    (a) translated</w:t>
      </w:r>
      <w:r>
        <w:br/>
      </w:r>
      <w:r>
        <w:t xml:space="preserve">    (b) subtracted (from the previous balance)</w:t>
      </w:r>
      <w:r>
        <w:br/>
      </w:r>
      <w:r>
        <w:t xml:space="preserve">    (c) questioned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.</w:t>
      </w:r>
      <w:r>
        <w:br/>
      </w:r>
      <w:r>
        <w:t xml:space="preserve">    (a) showy (trying to attract notice and impress others)</w:t>
      </w:r>
      <w:r>
        <w:br/>
      </w:r>
      <w:r>
        <w:t xml:space="preserve">    (b) the quality of being unchanging or continuous</w:t>
      </w:r>
      <w:r>
        <w:br/>
      </w:r>
      <w:r>
        <w:t xml:space="preserve">    (c) the characteristic of demonstrating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juncture</w:t>
      </w:r>
      <w:r>
        <w:rPr>
          <w:b/>
          <w:bCs/>
        </w:rPr>
        <w:t xml:space="preserve"> </w:t>
      </w:r>
      <w:r>
        <w:rPr>
          <w:b/>
          <w:bCs/>
        </w:rPr>
        <w:t xml:space="preserve">of the Rue Denfert-Rochereau with the Boulevard is a statue of two men in flowing robes.</w:t>
      </w:r>
      <w:r>
        <w:br/>
      </w:r>
      <w:r>
        <w:t xml:space="preserve">    (a) where things come together -- especially a point in time with a critical event</w:t>
      </w:r>
      <w:r>
        <w:br/>
      </w:r>
      <w:r>
        <w:t xml:space="preserve">    (b) something exclusive to (someone or some group) -- such as an activity or place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Bill had eaten at the restaurant in 1918, and right after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armistice</w:t>
      </w:r>
      <w:r>
        <w:rPr>
          <w:b/>
          <w:bCs/>
        </w:rPr>
        <w:t xml:space="preserve">, and Madame Lecomte made a great fuss over seeing him.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found a condition or substance to be present</w:t>
      </w:r>
      <w:r>
        <w:br/>
      </w:r>
      <w:r>
        <w:t xml:space="preserve">    (c) agreement to temporarily stop fighting a war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wrote out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itinerary</w:t>
      </w:r>
      <w:r>
        <w:rPr>
          <w:b/>
          <w:bCs/>
        </w:rPr>
        <w:t xml:space="preserve"> </w:t>
      </w:r>
      <w:r>
        <w:rPr>
          <w:b/>
          <w:bCs/>
        </w:rPr>
        <w:t xml:space="preserve">so they could follow us.</w:t>
      </w:r>
      <w:r>
        <w:br/>
      </w:r>
      <w:r>
        <w:t xml:space="preserve">    (a) a gap in a rule, allowing avoidance of the rule's core intent</w:t>
      </w:r>
      <w:r>
        <w:br/>
      </w:r>
      <w:r>
        <w:t xml:space="preserve">    (b) a planned schedule of events -- often for a trip or for a day</w:t>
      </w:r>
      <w:r>
        <w:br/>
      </w:r>
      <w:r>
        <w:t xml:space="preserve">    (c) a formal statement of decision or opinion voted on by a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pastureland was green, and there were fine trees, and sometimes big rivers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chateaux</w:t>
      </w:r>
      <w:r>
        <w:rPr>
          <w:b/>
          <w:bCs/>
        </w:rPr>
        <w:t xml:space="preserve"> </w:t>
      </w:r>
      <w:r>
        <w:rPr>
          <w:b/>
          <w:bCs/>
        </w:rPr>
        <w:t xml:space="preserve">off in the trees.</w:t>
      </w:r>
      <w:r>
        <w:br/>
      </w:r>
      <w:r>
        <w:t xml:space="preserve">    (a) in a state where something cannot be seen clearly</w:t>
      </w:r>
      <w:r>
        <w:br/>
      </w:r>
      <w:r>
        <w:t xml:space="preserve">    (b) the state or character of being greater than zero</w:t>
      </w:r>
      <w:r>
        <w:br/>
      </w:r>
      <w:r>
        <w:t xml:space="preserve">    (c) an impressive country house (or castle) in France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Another group claims you're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impotent</w:t>
      </w:r>
      <w:r>
        <w:rPr>
          <w:b/>
          <w:bCs/>
        </w:rPr>
        <w:t xml:space="preserve">.</w:t>
      </w:r>
      <w:r>
        <w:br/>
      </w:r>
      <w:r>
        <w:t xml:space="preserve">    (a) unable to have an erection for sexual intercourse</w:t>
      </w:r>
      <w:r>
        <w:br/>
      </w:r>
      <w:r>
        <w:t xml:space="preserve">    (b) a connection where measuring one particle instantly affects another, regardless of distance</w:t>
      </w:r>
      <w:r>
        <w:br/>
      </w:r>
      <w:r>
        <w:t xml:space="preserve">    (c) a potentially life-threatening eating disorder that prevents people from eating enough food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Abraham Lincoln</w:t>
      </w:r>
      <w:r>
        <w:rPr>
          <w:b/>
          <w:bCs/>
        </w:rPr>
        <w:t xml:space="preserve"> </w:t>
      </w:r>
      <w:r>
        <w:rPr>
          <w:b/>
          <w:bCs/>
        </w:rPr>
        <w:t xml:space="preserve">was a faggot.</w:t>
      </w:r>
      <w:r>
        <w:br/>
      </w:r>
      <w:r>
        <w:t xml:space="preserve">    (a) U.S. president who wrote the Declaration of Independence (1743–1826)</w:t>
      </w:r>
      <w:r>
        <w:br/>
      </w:r>
      <w:r>
        <w:t xml:space="preserve">    (b) U.S. president who led the country through World War II and created the New Deal (1882–1945)</w:t>
      </w:r>
      <w:r>
        <w:br/>
      </w:r>
      <w:r>
        <w:t xml:space="preserve">    (c) U.S. president who led during the Civil War and ended slavery before being assassinated (1809-1865)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a good trout, and I banged his head against the timber so that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quivered</w:t>
      </w:r>
      <w:r>
        <w:rPr>
          <w:b/>
          <w:bCs/>
        </w:rPr>
        <w:t xml:space="preserve"> </w:t>
      </w:r>
      <w:r>
        <w:rPr>
          <w:b/>
          <w:bCs/>
        </w:rPr>
        <w:t xml:space="preserve">out straight, and then slipped him into my bag.</w:t>
      </w:r>
      <w:r>
        <w:br/>
      </w:r>
      <w:r>
        <w:t xml:space="preserve">    (a) to shake or tremble slightly</w:t>
      </w:r>
      <w:r>
        <w:br/>
      </w:r>
      <w:r>
        <w:t xml:space="preserve">    (b) calculates or judges too low</w:t>
      </w:r>
      <w:r>
        <w:br/>
      </w:r>
      <w:r>
        <w:t xml:space="preserve">    (c) not working or not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steer came up to him and made as though to nose at him and the bull hooked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perfunctorily</w:t>
      </w:r>
      <w:r>
        <w:rPr>
          <w:b/>
          <w:bCs/>
        </w:rPr>
        <w:t xml:space="preserve">.</w:t>
      </w:r>
      <w:r>
        <w:br/>
      </w:r>
      <w:r>
        <w:t xml:space="preserve">    (a) in comparison to something else</w:t>
      </w:r>
      <w:r>
        <w:br/>
      </w:r>
      <w:r>
        <w:t xml:space="preserve">    (b) in a manner that is not sincere</w:t>
      </w:r>
      <w:r>
        <w:br/>
      </w:r>
      <w:r>
        <w:t xml:space="preserve">    (c) without much interest or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Money still had a definite value in hours worked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bushels</w:t>
      </w:r>
      <w:r>
        <w:rPr>
          <w:b/>
          <w:bCs/>
        </w:rPr>
        <w:t xml:space="preserve"> </w:t>
      </w:r>
      <w:r>
        <w:rPr>
          <w:b/>
          <w:bCs/>
        </w:rPr>
        <w:t xml:space="preserve">of grain sold.</w:t>
      </w:r>
      <w:r>
        <w:br/>
      </w:r>
      <w:r>
        <w:t xml:space="preserve">    (a) a large amount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unit of measure used for dry goods (filling an 8 gallon container)</w:t>
      </w:r>
      <w:r>
        <w:br/>
      </w:r>
      <w:r>
        <w:t xml:space="preserve">    (b) fellow workers -- especially in a respected profession such as teaching, medicine, or law</w:t>
      </w:r>
      <w:r>
        <w:br/>
      </w:r>
      <w:r>
        <w:t xml:space="preserve">    (c) scales where each step is a multiple of the prior step rather than a fixed addition to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her watch how Romero took the bull away from a fallen horse with his cape, and how he held him with the cape and turned him, smoothly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suavely</w:t>
      </w:r>
      <w:r>
        <w:rPr>
          <w:b/>
          <w:bCs/>
        </w:rPr>
        <w:t xml:space="preserve">, never wasting the bull.</w:t>
      </w:r>
      <w:r>
        <w:br/>
      </w:r>
      <w:r>
        <w:t xml:space="preserve">    (a) in a manner that is sophisticated and charming</w:t>
      </w:r>
      <w:r>
        <w:br/>
      </w:r>
      <w:r>
        <w:t xml:space="preserve">    (b) in an improper, awkward, or unfavorable manner</w:t>
      </w:r>
      <w:r>
        <w:br/>
      </w:r>
      <w:r>
        <w:t xml:space="preserve">    (c) in a manner where a clear decision is not made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dominated</w:t>
      </w:r>
      <w:r>
        <w:rPr>
          <w:b/>
          <w:bCs/>
        </w:rPr>
        <w:t xml:space="preserve"> </w:t>
      </w:r>
      <w:r>
        <w:rPr>
          <w:b/>
          <w:bCs/>
        </w:rPr>
        <w:t xml:space="preserve">the bull by making him realize he was unattainable, while he prepared him for the killing.</w:t>
      </w:r>
      <w:r>
        <w:br/>
      </w:r>
      <w:r>
        <w:t xml:space="preserve">    (a) controlled</w:t>
      </w:r>
      <w:r>
        <w:br/>
      </w:r>
      <w:r>
        <w:t xml:space="preserve">    (b) tried to obtain a result through gentle and careful effort -- often gently persuaded</w:t>
      </w:r>
      <w:r>
        <w:br/>
      </w:r>
      <w:r>
        <w:t xml:space="preserve">    (c) did not vote  OR  did not drink alcohol  OR  (more rarely) did not do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veritable</w:t>
      </w:r>
      <w:r>
        <w:rPr>
          <w:b/>
          <w:bCs/>
        </w:rPr>
        <w:t xml:space="preserve"> </w:t>
      </w:r>
      <w:r>
        <w:rPr>
          <w:b/>
          <w:bCs/>
        </w:rPr>
        <w:t xml:space="preserve">flowers of the Pyrenees.</w:t>
      </w:r>
      <w:r>
        <w:br/>
      </w:r>
      <w:r>
        <w:t xml:space="preserve">    (a) the quality or degree of not being straightforward</w:t>
      </w:r>
      <w:r>
        <w:br/>
      </w:r>
      <w:r>
        <w:t xml:space="preserve">    (b) used for emphasis to introduce a dramatic metaphor</w:t>
      </w:r>
      <w:r>
        <w:br/>
      </w:r>
      <w:r>
        <w:t xml:space="preserve">    (c) deserving no respect (worthless or of bad quality)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 </w:t>
      </w:r>
      <w:r>
        <w:rPr>
          <w:b/>
          <w:bCs/>
        </w:rPr>
        <w:t xml:space="preserve">I would welcome the upbringal of my bags.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therefore (for that reason)</w:t>
      </w:r>
      <w:r>
        <w:br/>
      </w:r>
      <w:r>
        <w:t xml:space="preserve">    (c) in keeping with or in agreement with what was just stated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2026-07-31T16:05:39Z</dcterms:created>
  <dcterms:modified xsi:type="dcterms:W3CDTF">2026-07-31T16:05:39Z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