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52bfcdedc0cbf7f2925ece306ff85bcc86a7dc0"/>
    <w:p>
      <w:pPr>
        <w:pStyle w:val="Heading1"/>
      </w:pPr>
      <w:r>
        <w:rPr>
          <w:b/>
          <w:bCs/>
        </w:rPr>
        <w:t xml:space="preserve">The Stranger</w:t>
      </w:r>
      <w:r>
        <w:br/>
      </w:r>
      <w:r>
        <w:rPr>
          <w:i/>
          <w:iCs/>
        </w:rPr>
        <w:t xml:space="preserve">Albert Camus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Can anyone think of a better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alternative</w:t>
      </w:r>
      <w:r>
        <w:rPr>
          <w:b/>
          <w:bCs/>
        </w:rPr>
        <w:t xml:space="preserve">?</w:t>
      </w:r>
      <w:r>
        <w:br/>
      </w:r>
      <w:r>
        <w:t xml:space="preserve">    (a) job</w:t>
      </w:r>
      <w:r>
        <w:br/>
      </w:r>
      <w:r>
        <w:t xml:space="preserve">    (b) reason</w:t>
      </w:r>
      <w:r>
        <w:br/>
      </w:r>
      <w:r>
        <w:t xml:space="preserve">    (c) possibility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amiable</w:t>
      </w:r>
      <w:r>
        <w:rPr>
          <w:b/>
          <w:bCs/>
        </w:rPr>
        <w:t xml:space="preserve"> </w:t>
      </w:r>
      <w:r>
        <w:rPr>
          <w:b/>
          <w:bCs/>
        </w:rPr>
        <w:t xml:space="preserve">gathering of old friends.</w:t>
      </w:r>
      <w:r>
        <w:br/>
      </w:r>
      <w:r>
        <w:t xml:space="preserve">    (a) friendly</w:t>
      </w:r>
      <w:r>
        <w:br/>
      </w:r>
      <w:r>
        <w:t xml:space="preserve">    (b) rare</w:t>
      </w:r>
      <w:r>
        <w:br/>
      </w:r>
      <w:r>
        <w:t xml:space="preserve">    (c) emotional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condemned</w:t>
      </w:r>
      <w:r>
        <w:rPr>
          <w:b/>
          <w:bCs/>
        </w:rPr>
        <w:t xml:space="preserve"> </w:t>
      </w:r>
      <w:r>
        <w:rPr>
          <w:b/>
          <w:bCs/>
        </w:rPr>
        <w:t xml:space="preserve">to ten years in prison.</w:t>
      </w:r>
      <w:r>
        <w:br/>
      </w:r>
      <w:r>
        <w:t xml:space="preserve">    (a) spared punishment</w:t>
      </w:r>
      <w:r>
        <w:br/>
      </w:r>
      <w:r>
        <w:t xml:space="preserve">    (b) given punishment</w:t>
      </w:r>
      <w:r>
        <w:br/>
      </w:r>
      <w:r>
        <w:t xml:space="preserve">    (c) expecting punishment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Please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my gratitude for her hospitality.</w:t>
      </w:r>
      <w:r>
        <w:br/>
      </w:r>
      <w:r>
        <w:t xml:space="preserve">    (a) understand</w:t>
      </w:r>
      <w:r>
        <w:br/>
      </w:r>
      <w:r>
        <w:t xml:space="preserve">    (b) express</w:t>
      </w:r>
      <w:r>
        <w:br/>
      </w:r>
      <w:r>
        <w:t xml:space="preserve">    (c) accept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hired a carriage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us to the city.</w:t>
      </w:r>
      <w:r>
        <w:br/>
      </w:r>
      <w:r>
        <w:t xml:space="preserve">    (a) transport</w:t>
      </w:r>
      <w:r>
        <w:br/>
      </w:r>
      <w:r>
        <w:t xml:space="preserve">    (b) give service of</w:t>
      </w:r>
      <w:r>
        <w:br/>
      </w:r>
      <w:r>
        <w:t xml:space="preserve">    (c) explain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professor greeted each student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cordially</w:t>
      </w:r>
      <w:r>
        <w:rPr>
          <w:b/>
          <w:bCs/>
        </w:rPr>
        <w:t xml:space="preserve"> </w:t>
      </w:r>
      <w:r>
        <w:rPr>
          <w:b/>
          <w:bCs/>
        </w:rPr>
        <w:t xml:space="preserve">as they entered.</w:t>
      </w:r>
      <w:r>
        <w:br/>
      </w:r>
      <w:r>
        <w:t xml:space="preserve">    (a) in a clumsy manner</w:t>
      </w:r>
      <w:r>
        <w:br/>
      </w:r>
      <w:r>
        <w:t xml:space="preserve">    (b) in a hurried manner</w:t>
      </w:r>
      <w:r>
        <w:br/>
      </w:r>
      <w:r>
        <w:t xml:space="preserve">    (c) in a friendly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actor wore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gaudy</w:t>
      </w:r>
      <w:r>
        <w:rPr>
          <w:b/>
          <w:bCs/>
        </w:rPr>
        <w:t xml:space="preserve"> </w:t>
      </w:r>
      <w:r>
        <w:rPr>
          <w:b/>
          <w:bCs/>
        </w:rPr>
        <w:t xml:space="preserve">jacket covered with bright sequins and gold trim.</w:t>
      </w:r>
      <w:r>
        <w:br/>
      </w:r>
      <w:r>
        <w:t xml:space="preserve">    (a) old and worn</w:t>
      </w:r>
      <w:r>
        <w:br/>
      </w:r>
      <w:r>
        <w:t xml:space="preserve">    (b) tastelessly showy</w:t>
      </w:r>
      <w:r>
        <w:br/>
      </w:r>
      <w:r>
        <w:t xml:space="preserve">    (c) plain and modest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 long-standing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grievance</w:t>
      </w:r>
      <w:r>
        <w:rPr>
          <w:b/>
          <w:bCs/>
        </w:rPr>
        <w:t xml:space="preserve">.</w:t>
      </w:r>
      <w:r>
        <w:br/>
      </w:r>
      <w:r>
        <w:t xml:space="preserve">    (a) connection</w:t>
      </w:r>
      <w:r>
        <w:br/>
      </w:r>
      <w:r>
        <w:t xml:space="preserve">    (b) agreement</w:t>
      </w:r>
      <w:r>
        <w:br/>
      </w:r>
      <w:r>
        <w:t xml:space="preserve">    (c) complaint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hope to take the ACT just once.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I will take it early, so there is time to study and take it again if my scores aren't high enough.</w:t>
      </w:r>
      <w:r>
        <w:br/>
      </w:r>
      <w:r>
        <w:t xml:space="preserve">    (a) also</w:t>
      </w:r>
      <w:r>
        <w:br/>
      </w:r>
      <w:r>
        <w:t xml:space="preserve">    (b) and</w:t>
      </w:r>
      <w:r>
        <w:br/>
      </w:r>
      <w:r>
        <w:t xml:space="preserve">    (c) but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safe we make it, there will always be risk.</w:t>
      </w:r>
      <w:r>
        <w:br/>
      </w:r>
      <w:r>
        <w:t xml:space="preserve">    (a) on-the-other-hand</w:t>
      </w:r>
      <w:r>
        <w:br/>
      </w:r>
      <w:r>
        <w:t xml:space="preserve">    (b) no matter how</w:t>
      </w:r>
      <w:r>
        <w:br/>
      </w:r>
      <w:r>
        <w:t xml:space="preserve">    (c) in addition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indignant</w:t>
      </w:r>
      <w:r>
        <w:rPr>
          <w:b/>
          <w:bCs/>
        </w:rPr>
        <w:t xml:space="preserve">, but she agreed to be searched when they accused her of shoplifting.</w:t>
      </w:r>
      <w:r>
        <w:br/>
      </w:r>
      <w:r>
        <w:t xml:space="preserve">    (a) surprised at the unexpected</w:t>
      </w:r>
      <w:r>
        <w:br/>
      </w:r>
      <w:r>
        <w:t xml:space="preserve">    (b) annoyed at something unjust</w:t>
      </w:r>
      <w:r>
        <w:br/>
      </w:r>
      <w:r>
        <w:t xml:space="preserve">    (c) defensive about being suspected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 here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inquire</w:t>
      </w:r>
      <w:r>
        <w:rPr>
          <w:b/>
          <w:bCs/>
        </w:rPr>
        <w:t xml:space="preserve"> </w:t>
      </w:r>
      <w:r>
        <w:rPr>
          <w:b/>
          <w:bCs/>
        </w:rPr>
        <w:t xml:space="preserve">about the job.</w:t>
      </w:r>
      <w:r>
        <w:br/>
      </w:r>
      <w:r>
        <w:t xml:space="preserve">    (a) answer questions</w:t>
      </w:r>
      <w:r>
        <w:br/>
      </w:r>
      <w:r>
        <w:t xml:space="preserve">    (b) perform a task</w:t>
      </w:r>
      <w:r>
        <w:br/>
      </w:r>
      <w:r>
        <w:t xml:space="preserve">    (c) ask about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 will a court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interpret</w:t>
      </w:r>
      <w:r>
        <w:rPr>
          <w:b/>
          <w:bCs/>
        </w:rPr>
        <w:t xml:space="preserve"> </w:t>
      </w:r>
      <w:r>
        <w:rPr>
          <w:b/>
          <w:bCs/>
        </w:rPr>
        <w:t xml:space="preserve">the word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careless</w:t>
      </w:r>
      <w:r>
        <w:rPr>
          <w:b/>
          <w:bCs/>
        </w:rPr>
        <w:t xml:space="preserve"> </w:t>
      </w:r>
      <w:r>
        <w:rPr>
          <w:b/>
          <w:bCs/>
        </w:rPr>
        <w:t xml:space="preserve">if there is a lawsuit?</w:t>
      </w:r>
      <w:r>
        <w:br/>
      </w:r>
      <w:r>
        <w:t xml:space="preserve">    (a) insist on</w:t>
      </w:r>
      <w:r>
        <w:br/>
      </w:r>
      <w:r>
        <w:t xml:space="preserve">    (b) understand</w:t>
      </w:r>
      <w:r>
        <w:br/>
      </w:r>
      <w:r>
        <w:t xml:space="preserve">    (c) ignore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you agree to the terms, you give them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irrevocable</w:t>
      </w:r>
      <w:r>
        <w:rPr>
          <w:b/>
          <w:bCs/>
        </w:rPr>
        <w:t xml:space="preserve"> </w:t>
      </w:r>
      <w:r>
        <w:rPr>
          <w:b/>
          <w:bCs/>
        </w:rPr>
        <w:t xml:space="preserve">permission to share your comments with others on their site.</w:t>
      </w:r>
      <w:r>
        <w:br/>
      </w:r>
      <w:r>
        <w:t xml:space="preserve">    (a) easy to reverse later</w:t>
      </w:r>
      <w:r>
        <w:br/>
      </w:r>
      <w:r>
        <w:t xml:space="preserve">    (b) unable to be undone</w:t>
      </w:r>
      <w:r>
        <w:br/>
      </w:r>
      <w:r>
        <w:t xml:space="preserve">    (c) needing court approval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magistrate</w:t>
      </w:r>
      <w:r>
        <w:rPr>
          <w:b/>
          <w:bCs/>
        </w:rPr>
        <w:t xml:space="preserve"> </w:t>
      </w:r>
      <w:r>
        <w:rPr>
          <w:b/>
          <w:bCs/>
        </w:rPr>
        <w:t xml:space="preserve">set bail at $10,000.</w:t>
      </w:r>
      <w:r>
        <w:br/>
      </w:r>
      <w:r>
        <w:t xml:space="preserve">    (a) queen or king</w:t>
      </w:r>
      <w:r>
        <w:br/>
      </w:r>
      <w:r>
        <w:t xml:space="preserve">    (b) attorney</w:t>
      </w:r>
      <w:r>
        <w:br/>
      </w:r>
      <w:r>
        <w:t xml:space="preserve">    (c) judge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poll tax was designed as a particularly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odious</w:t>
      </w:r>
      <w:r>
        <w:rPr>
          <w:b/>
          <w:bCs/>
        </w:rPr>
        <w:t xml:space="preserve"> </w:t>
      </w:r>
      <w:r>
        <w:rPr>
          <w:b/>
          <w:bCs/>
        </w:rPr>
        <w:t xml:space="preserve">violation of civil rights.</w:t>
      </w:r>
      <w:r>
        <w:br/>
      </w:r>
      <w:r>
        <w:t xml:space="preserve">    (a) extremely dislikable</w:t>
      </w:r>
      <w:r>
        <w:br/>
      </w:r>
      <w:r>
        <w:t xml:space="preserve">    (b) extremely devious</w:t>
      </w:r>
      <w:r>
        <w:br/>
      </w:r>
      <w:r>
        <w:t xml:space="preserve">    (c) harmful and hidden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omitted</w:t>
      </w:r>
      <w:r>
        <w:rPr>
          <w:b/>
          <w:bCs/>
        </w:rPr>
        <w:t xml:space="preserve"> </w:t>
      </w:r>
      <w:r>
        <w:rPr>
          <w:b/>
          <w:bCs/>
        </w:rPr>
        <w:t xml:space="preserve">a few details to place herself in a more favorable light.</w:t>
      </w:r>
      <w:r>
        <w:br/>
      </w:r>
      <w:r>
        <w:t xml:space="preserve">    (a) made up</w:t>
      </w:r>
      <w:r>
        <w:br/>
      </w:r>
      <w:r>
        <w:t xml:space="preserve">    (b) exaggerated</w:t>
      </w:r>
      <w:r>
        <w:br/>
      </w:r>
      <w:r>
        <w:t xml:space="preserve">    (c) left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theory was neat,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plausible</w:t>
      </w:r>
      <w:r>
        <w:rPr>
          <w:b/>
          <w:bCs/>
        </w:rPr>
        <w:t xml:space="preserve">, and wrong.</w:t>
      </w:r>
      <w:r>
        <w:br/>
      </w:r>
      <w:r>
        <w:t xml:space="preserve">    (a) reasonable</w:t>
      </w:r>
      <w:r>
        <w:br/>
      </w:r>
      <w:r>
        <w:t xml:space="preserve">    (b) foolish</w:t>
      </w:r>
      <w:r>
        <w:br/>
      </w:r>
      <w:r>
        <w:t xml:space="preserve">    (c) praiseworthy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student body president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presides</w:t>
      </w:r>
      <w:r>
        <w:rPr>
          <w:b/>
          <w:bCs/>
        </w:rPr>
        <w:t xml:space="preserve"> </w:t>
      </w:r>
      <w:r>
        <w:rPr>
          <w:b/>
          <w:bCs/>
        </w:rPr>
        <w:t xml:space="preserve">over student council meetings.</w:t>
      </w:r>
      <w:r>
        <w:br/>
      </w:r>
      <w:r>
        <w:t xml:space="preserve">    (a) casually observes</w:t>
      </w:r>
      <w:r>
        <w:br/>
      </w:r>
      <w:r>
        <w:t xml:space="preserve">    (b) regularly attends</w:t>
      </w:r>
      <w:r>
        <w:br/>
      </w:r>
      <w:r>
        <w:t xml:space="preserve">    (c) officially leads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Is there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sufficient</w:t>
      </w:r>
      <w:r>
        <w:rPr>
          <w:b/>
          <w:bCs/>
        </w:rPr>
        <w:t xml:space="preserve"> </w:t>
      </w:r>
      <w:r>
        <w:rPr>
          <w:b/>
          <w:bCs/>
        </w:rPr>
        <w:t xml:space="preserve">cause for a search warrant?</w:t>
      </w:r>
      <w:r>
        <w:br/>
      </w:r>
      <w:r>
        <w:t xml:space="preserve">    (a) dangerous</w:t>
      </w:r>
      <w:r>
        <w:br/>
      </w:r>
      <w:r>
        <w:t xml:space="preserve">    (b) adequate (enough)</w:t>
      </w:r>
      <w:r>
        <w:br/>
      </w:r>
      <w:r>
        <w:t xml:space="preserve">    (c) clear or obvious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2026-07-31T16:03:29Z</dcterms:created>
  <dcterms:modified xsi:type="dcterms:W3CDTF">2026-07-31T16:03:29Z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