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e9528a9d31206eb5e0bed43f196667ed63b637"/>
    <w:p>
      <w:pPr>
        <w:pStyle w:val="Heading1"/>
      </w:pPr>
      <w:r>
        <w:rPr>
          <w:b/>
          <w:bCs/>
        </w:rPr>
        <w:t xml:space="preserve">The Stranger</w:t>
      </w:r>
      <w:r>
        <w:br/>
      </w:r>
      <w:r>
        <w:rPr>
          <w:i/>
          <w:iCs/>
        </w:rPr>
        <w:t xml:space="preserve">Albert Camus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falling unemployment rate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bolstering</w:t>
      </w:r>
      <w:r>
        <w:rPr>
          <w:b/>
          <w:bCs/>
        </w:rPr>
        <w:t xml:space="preserve"> </w:t>
      </w:r>
      <w:r>
        <w:rPr>
          <w:b/>
          <w:bCs/>
        </w:rPr>
        <w:t xml:space="preserve">consumer confidence.</w:t>
      </w:r>
      <w:r>
        <w:br/>
      </w:r>
      <w:r>
        <w:t xml:space="preserve">    (a) confusing</w:t>
      </w:r>
      <w:r>
        <w:br/>
      </w:r>
      <w:r>
        <w:t xml:space="preserve">    (b) strengthening</w:t>
      </w:r>
      <w:r>
        <w:br/>
      </w:r>
      <w:r>
        <w:t xml:space="preserve">    (c) weakening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presided over the quarrelsome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cantankerous</w:t>
      </w:r>
      <w:r>
        <w:rPr>
          <w:b/>
          <w:bCs/>
        </w:rPr>
        <w:t xml:space="preserve"> </w:t>
      </w:r>
      <w:r>
        <w:rPr>
          <w:b/>
          <w:bCs/>
        </w:rPr>
        <w:t xml:space="preserve">congressional testimony.</w:t>
      </w:r>
      <w:r>
        <w:br/>
      </w:r>
      <w:r>
        <w:t xml:space="preserve">    (a) requiring expert testimony</w:t>
      </w:r>
      <w:r>
        <w:br/>
      </w:r>
      <w:r>
        <w:t xml:space="preserve">    (b) complex and detailed</w:t>
      </w:r>
      <w:r>
        <w:br/>
      </w:r>
      <w:r>
        <w:t xml:space="preserve">    (c) argumentative and uncooperative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try to hire employees who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careful</w:t>
      </w:r>
      <w:r>
        <w:br/>
      </w:r>
      <w:r>
        <w:t xml:space="preserve">    (c) attractive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threatened</w:t>
      </w:r>
      <w:r>
        <w:br/>
      </w:r>
      <w:r>
        <w:t xml:space="preserve">    (c) restricted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the jury found her guilty, she showed no sign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.</w:t>
      </w:r>
      <w:r>
        <w:br/>
      </w:r>
      <w:r>
        <w:t xml:space="preserve">    (a) emotion</w:t>
      </w:r>
      <w:r>
        <w:br/>
      </w:r>
      <w:r>
        <w:t xml:space="preserve">    (b) understanding</w:t>
      </w:r>
      <w:r>
        <w:br/>
      </w:r>
      <w:r>
        <w:t xml:space="preserve">    (c)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against limitations on free speech.</w:t>
      </w:r>
      <w:r>
        <w:br/>
      </w:r>
      <w:r>
        <w:t xml:space="preserve">    (a) spoke eloquently</w:t>
      </w:r>
      <w:r>
        <w:br/>
      </w:r>
      <w:r>
        <w:t xml:space="preserve">    (b) protested</w:t>
      </w:r>
      <w:r>
        <w:br/>
      </w:r>
      <w:r>
        <w:t xml:space="preserve">    (c) signed petitions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exulted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victory.</w:t>
      </w:r>
      <w:r>
        <w:br/>
      </w:r>
      <w:r>
        <w:t xml:space="preserve">    (a) felt extreme happiness</w:t>
      </w:r>
      <w:r>
        <w:br/>
      </w:r>
      <w:r>
        <w:t xml:space="preserve">    (b) finally rested</w:t>
      </w:r>
      <w:r>
        <w:br/>
      </w:r>
      <w:r>
        <w:t xml:space="preserve">    (c) sang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facial expressions</w:t>
      </w:r>
      <w:r>
        <w:br/>
      </w:r>
      <w:r>
        <w:t xml:space="preserve">    (b) gestures</w:t>
      </w:r>
      <w:r>
        <w:br/>
      </w:r>
      <w:r>
        <w:t xml:space="preserve">    (c) tones of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guillotine</w:t>
      </w:r>
      <w:r>
        <w:rPr>
          <w:b/>
          <w:bCs/>
        </w:rPr>
        <w:t xml:space="preserve"> </w:t>
      </w:r>
      <w:r>
        <w:rPr>
          <w:b/>
          <w:bCs/>
        </w:rPr>
        <w:t xml:space="preserve">is often associated with the Reign of Terror, a period of extreme violence and political turmoil during the French Revolution.</w:t>
      </w:r>
      <w:r>
        <w:br/>
      </w:r>
      <w:r>
        <w:t xml:space="preserve">    (a) a device used to torture people</w:t>
      </w:r>
      <w:r>
        <w:br/>
      </w:r>
      <w:r>
        <w:t xml:space="preserve">    (b) a device used to behead people</w:t>
      </w:r>
      <w:r>
        <w:br/>
      </w:r>
      <w:r>
        <w:t xml:space="preserve">    (c) a device used to imprison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unbiased</w:t>
      </w:r>
      <w:r>
        <w:br/>
      </w:r>
      <w:r>
        <w:t xml:space="preserve">    (c) forgiving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income taxes were cut,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loopholes</w:t>
      </w:r>
      <w:r>
        <w:rPr>
          <w:b/>
          <w:bCs/>
        </w:rPr>
        <w:t xml:space="preserve"> </w:t>
      </w:r>
      <w:r>
        <w:rPr>
          <w:b/>
          <w:bCs/>
        </w:rPr>
        <w:t xml:space="preserve">were also closed.</w:t>
      </w:r>
      <w:r>
        <w:br/>
      </w:r>
      <w:r>
        <w:t xml:space="preserve">    (a) local offices</w:t>
      </w:r>
      <w:r>
        <w:br/>
      </w:r>
      <w:r>
        <w:t xml:space="preserve">    (b) exceptions to obligations</w:t>
      </w:r>
      <w:r>
        <w:br/>
      </w:r>
      <w:r>
        <w:t xml:space="preserve">    (c) differences in tax 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bought tickets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matinée</w:t>
      </w:r>
      <w:r>
        <w:rPr>
          <w:b/>
          <w:bCs/>
        </w:rPr>
        <w:t xml:space="preserve"> </w:t>
      </w:r>
      <w:r>
        <w:rPr>
          <w:b/>
          <w:bCs/>
        </w:rPr>
        <w:t xml:space="preserve">because the evening show was sold out.</w:t>
      </w:r>
      <w:r>
        <w:br/>
      </w:r>
      <w:r>
        <w:t xml:space="preserve">    (a) final rehearsal</w:t>
      </w:r>
      <w:r>
        <w:br/>
      </w:r>
      <w:r>
        <w:t xml:space="preserve">    (b) daytime performance</w:t>
      </w:r>
      <w:r>
        <w:br/>
      </w:r>
      <w:r>
        <w:t xml:space="preserve">    (c) opening speech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 a world of stillbirths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.</w:t>
      </w:r>
      <w:r>
        <w:br/>
      </w:r>
      <w:r>
        <w:t xml:space="preserve">    (a) lack of basic things needed to live in a satisfactory manner</w:t>
      </w:r>
      <w:r>
        <w:br/>
      </w:r>
      <w:r>
        <w:t xml:space="preserve">    (b) rules of conduct said to be universally desired by all peoples</w:t>
      </w:r>
      <w:r>
        <w:br/>
      </w:r>
      <w:r>
        <w:t xml:space="preserve">    (c) a stone coffin (usually bearing sculpture or inscriptions)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sitting upright</w:t>
      </w:r>
      <w:r>
        <w:br/>
      </w:r>
      <w:r>
        <w:t xml:space="preserve">    (b) curled up tightly</w:t>
      </w:r>
      <w:r>
        <w:br/>
      </w:r>
      <w:r>
        <w:t xml:space="preserve">    (c) lying face-down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Lenders trust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property inspector.</w:t>
      </w:r>
      <w:r>
        <w:br/>
      </w:r>
      <w:r>
        <w:t xml:space="preserve">    (a) honest and careful</w:t>
      </w:r>
      <w:r>
        <w:br/>
      </w:r>
      <w:r>
        <w:t xml:space="preserve">    (b) loud and rude</w:t>
      </w:r>
      <w:r>
        <w:br/>
      </w:r>
      <w:r>
        <w:t xml:space="preserve">    (c) fast and cheap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him as humble, polite,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solicitous</w:t>
      </w:r>
      <w:r>
        <w:rPr>
          <w:b/>
          <w:bCs/>
        </w:rPr>
        <w:t xml:space="preserve">.</w:t>
      </w:r>
      <w:r>
        <w:br/>
      </w:r>
      <w:r>
        <w:t xml:space="preserve">    (a) perceptive</w:t>
      </w:r>
      <w:r>
        <w:br/>
      </w:r>
      <w:r>
        <w:t xml:space="preserve">    (b) smart</w:t>
      </w:r>
      <w:r>
        <w:br/>
      </w:r>
      <w:r>
        <w:t xml:space="preserve">    (c) caring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refugees lived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with no clean water or proper shelter.</w:t>
      </w:r>
      <w:r>
        <w:br/>
      </w:r>
      <w:r>
        <w:t xml:space="preserve">    (a) filthy and unpleasant</w:t>
      </w:r>
      <w:r>
        <w:br/>
      </w:r>
      <w:r>
        <w:t xml:space="preserve">    (b) clean and pleasant</w:t>
      </w:r>
      <w:r>
        <w:br/>
      </w:r>
      <w:r>
        <w:t xml:space="preserve">    (c) loud and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information contained in the second report is either corrective of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supplementary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previous report.</w:t>
      </w:r>
      <w:r>
        <w:br/>
      </w:r>
      <w:r>
        <w:t xml:space="preserve">    (a) is a replacement</w:t>
      </w:r>
      <w:r>
        <w:br/>
      </w:r>
      <w:r>
        <w:t xml:space="preserve">    (b) is a shorter version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reserved</w:t>
      </w:r>
      <w:r>
        <w:br/>
      </w:r>
      <w:r>
        <w:t xml:space="preserve">    (b) outgoing</w:t>
      </w:r>
      <w:r>
        <w:br/>
      </w:r>
      <w:r>
        <w:t xml:space="preserve">    (c) low-energy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growing tired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tirades</w:t>
      </w:r>
      <w:r>
        <w:rPr>
          <w:b/>
          <w:bCs/>
        </w:rPr>
        <w:t xml:space="preserve">.</w:t>
      </w:r>
      <w:r>
        <w:br/>
      </w:r>
      <w:r>
        <w:t xml:space="preserve">    (a) displays of angry criticism</w:t>
      </w:r>
      <w:r>
        <w:br/>
      </w:r>
      <w:r>
        <w:t xml:space="preserve">    (b) displays of useless guilt</w:t>
      </w:r>
      <w:r>
        <w:br/>
      </w:r>
      <w:r>
        <w:t xml:space="preserve">    (c) displays of paralyzing worry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2026-07-31T16:03:29Z</dcterms:created>
  <dcterms:modified xsi:type="dcterms:W3CDTF">2026-07-31T16:03:29Z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