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f48858b02017aa33039d3863385a92de4d792f"/>
    <w:p>
      <w:pPr>
        <w:pStyle w:val="Heading1"/>
      </w:pPr>
      <w:r>
        <w:rPr>
          <w:b/>
          <w:bCs/>
        </w:rPr>
        <w:t xml:space="preserve">The Stranger</w:t>
      </w:r>
      <w:r>
        <w:br/>
      </w:r>
      <w:r>
        <w:rPr>
          <w:i/>
          <w:iCs/>
        </w:rPr>
        <w:t xml:space="preserve">Albert Camus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Arab woman—a nurse, I supposed—was sitting beside the bier; she was wearing a blue smock and had a rather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scarf wound round her hair.</w:t>
      </w:r>
      <w:r>
        <w:br/>
      </w:r>
      <w:r>
        <w:t xml:space="preserve">    (a) not demonstrating</w:t>
      </w:r>
      <w:r>
        <w:br/>
      </w:r>
      <w:r>
        <w:t xml:space="preserve">    (b) able to challenge</w:t>
      </w:r>
      <w:r>
        <w:br/>
      </w:r>
      <w:r>
        <w:t xml:space="preserve">    (c) tastelessly showy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 want to know, but I hadn't thought of asking her, and I guessed she was making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grievance</w:t>
      </w:r>
      <w:r>
        <w:rPr>
          <w:b/>
          <w:bCs/>
        </w:rPr>
        <w:t xml:space="preserve"> </w:t>
      </w:r>
      <w:r>
        <w:rPr>
          <w:b/>
          <w:bCs/>
        </w:rPr>
        <w:t xml:space="preserve">of it.</w:t>
      </w:r>
      <w:r>
        <w:br/>
      </w:r>
      <w:r>
        <w:t xml:space="preserve">    (a) complaint</w:t>
      </w:r>
      <w:r>
        <w:br/>
      </w:r>
      <w:r>
        <w:t xml:space="preserve">    (b) hard work</w:t>
      </w:r>
      <w:r>
        <w:br/>
      </w:r>
      <w:r>
        <w:t xml:space="preserve">    (c) main road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However, when I was brought before the examining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</w:t>
      </w:r>
      <w:r>
        <w:rPr>
          <w:b/>
          <w:bCs/>
        </w:rPr>
        <w:t xml:space="preserve"> </w:t>
      </w:r>
      <w:r>
        <w:rPr>
          <w:b/>
          <w:bCs/>
        </w:rPr>
        <w:t xml:space="preserve">a week later, I noticed that he eyed me with distinct curiosity.</w:t>
      </w:r>
      <w:r>
        <w:br/>
      </w:r>
      <w:r>
        <w:t xml:space="preserve">    (a) judicial official</w:t>
      </w:r>
      <w:r>
        <w:br/>
      </w:r>
      <w:r>
        <w:t xml:space="preserve">    (b) someone who shows</w:t>
      </w:r>
      <w:r>
        <w:br/>
      </w:r>
      <w:r>
        <w:t xml:space="preserve">    (c) people who attack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inquired</w:t>
      </w:r>
      <w:r>
        <w:rPr>
          <w:b/>
          <w:bCs/>
        </w:rPr>
        <w:t xml:space="preserve"> </w:t>
      </w:r>
      <w:r>
        <w:rPr>
          <w:b/>
          <w:bCs/>
        </w:rPr>
        <w:t xml:space="preserve">if I had chosen a lawyer to defend me.</w:t>
      </w:r>
      <w:r>
        <w:br/>
      </w:r>
      <w:r>
        <w:t xml:space="preserve">    (a) limited or with boundaries</w:t>
      </w:r>
      <w:r>
        <w:br/>
      </w:r>
      <w:r>
        <w:t xml:space="preserve">    (b) asked</w:t>
      </w:r>
      <w:r>
        <w:br/>
      </w:r>
      <w:r>
        <w:t xml:space="preserve">    (c) gradually added or removed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while,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once I'd learned the trick of remembering things, I never had a moment's boredom.</w:t>
      </w:r>
      <w:r>
        <w:br/>
      </w:r>
      <w:r>
        <w:t xml:space="preserve">    (a) therefore (for that reason)</w:t>
      </w:r>
      <w:r>
        <w:br/>
      </w:r>
      <w:r>
        <w:t xml:space="preserve">    (b)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Mother used to say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miserable one is, there's always something to be thankful for.</w:t>
      </w:r>
      <w:r>
        <w:br/>
      </w:r>
      <w:r>
        <w:t xml:space="preserve">    (a) regardless of how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same time I forced myself to keep my inventory in mind from start to finish, in the right order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omitting</w:t>
      </w:r>
      <w:r>
        <w:rPr>
          <w:b/>
          <w:bCs/>
        </w:rPr>
        <w:t xml:space="preserve"> </w:t>
      </w:r>
      <w:r>
        <w:rPr>
          <w:b/>
          <w:bCs/>
        </w:rPr>
        <w:t xml:space="preserve">no item.</w:t>
      </w:r>
      <w:r>
        <w:br/>
      </w:r>
      <w:r>
        <w:t xml:space="preserve">    (a) telling someone about something</w:t>
      </w:r>
      <w:r>
        <w:br/>
      </w:r>
      <w:r>
        <w:t xml:space="preserve">    (b) to exclude or neglect something</w:t>
      </w:r>
      <w:r>
        <w:br/>
      </w:r>
      <w:r>
        <w:t xml:space="preserve">    (c) commending or praising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one way it sounded most unlikely; in another,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plausible</w:t>
      </w:r>
      <w:r>
        <w:rPr>
          <w:b/>
          <w:bCs/>
        </w:rPr>
        <w:t xml:space="preserve"> </w:t>
      </w:r>
      <w:r>
        <w:rPr>
          <w:b/>
          <w:bCs/>
        </w:rPr>
        <w:t xml:space="preserve">enough.</w:t>
      </w:r>
      <w:r>
        <w:br/>
      </w:r>
      <w:r>
        <w:t xml:space="preserve">    (a) full of strong desire for something</w:t>
      </w:r>
      <w:r>
        <w:br/>
      </w:r>
      <w:r>
        <w:t xml:space="preserve">    (b) reasonable</w:t>
      </w:r>
      <w:r>
        <w:br/>
      </w:r>
      <w:r>
        <w:t xml:space="preserve">    (c) in a manner that takes on or adopts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When, one morning, the jailer informed me I'd now been six months in jail, I believed him--but the words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nothing to my mind.</w:t>
      </w:r>
      <w:r>
        <w:br/>
      </w:r>
      <w:r>
        <w:t xml:space="preserve">    (a) communicated or expressed</w:t>
      </w:r>
      <w:r>
        <w:br/>
      </w:r>
      <w:r>
        <w:t xml:space="preserve">    (b) thought -- possibly aloud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came for me at half-past seven in the morning and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to the law courts in a prison van.</w:t>
      </w:r>
      <w:r>
        <w:br/>
      </w:r>
      <w:r>
        <w:t xml:space="preserve">    (a) hired again</w:t>
      </w:r>
      <w:r>
        <w:br/>
      </w:r>
      <w:r>
        <w:t xml:space="preserve">    (b) transported</w:t>
      </w:r>
      <w:r>
        <w:br/>
      </w:r>
      <w:r>
        <w:t xml:space="preserve">    (c) briefly saw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Judge questioned me quite calmly and even, I thought, with a hint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cordiality</w:t>
      </w:r>
      <w:r>
        <w:rPr>
          <w:b/>
          <w:bCs/>
        </w:rPr>
        <w:t xml:space="preserve">.</w:t>
      </w:r>
      <w:r>
        <w:br/>
      </w:r>
      <w:r>
        <w:t xml:space="preserve">    (a) friendliness</w:t>
      </w:r>
      <w:r>
        <w:br/>
      </w:r>
      <w:r>
        <w:t xml:space="preserve">    (b) satisfaction</w:t>
      </w:r>
      <w:r>
        <w:br/>
      </w:r>
      <w:r>
        <w:t xml:space="preserve">    (c) psychiatrist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a sign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presiding</w:t>
      </w:r>
      <w:r>
        <w:rPr>
          <w:b/>
          <w:bCs/>
        </w:rPr>
        <w:t xml:space="preserve"> </w:t>
      </w:r>
      <w:r>
        <w:rPr>
          <w:b/>
          <w:bCs/>
        </w:rPr>
        <w:t xml:space="preserve">judge, one of the court officers led her away,</w:t>
      </w:r>
      <w:r>
        <w:br/>
      </w:r>
      <w:r>
        <w:t xml:space="preserve">    (a) in charge (with highest authority)</w:t>
      </w:r>
      <w:r>
        <w:br/>
      </w:r>
      <w:r>
        <w:t xml:space="preserve">    (b) catching in; or twisting together into a confusing mass</w:t>
      </w:r>
      <w:r>
        <w:br/>
      </w:r>
      <w:r>
        <w:t xml:space="preserve">    (c) entering another's property without right or permission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what made it even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was the personality of the prisoner, an inhuman monster wholly without a moral sense.</w:t>
      </w:r>
      <w:r>
        <w:br/>
      </w:r>
      <w:r>
        <w:t xml:space="preserve">    (a) extremely unpleasant, disgusting, dislikable, or worthy of hate</w:t>
      </w:r>
      <w:r>
        <w:br/>
      </w:r>
      <w:r>
        <w:t xml:space="preserve">    (b) not trustworthy, or improper, or attracting unwelcome attention</w:t>
      </w:r>
      <w:r>
        <w:br/>
      </w:r>
      <w:r>
        <w:t xml:space="preserve">    (c) the degree to which something is able to change or is different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 natural and righteous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indignation</w:t>
      </w:r>
      <w:r>
        <w:rPr>
          <w:b/>
          <w:bCs/>
        </w:rPr>
        <w:t xml:space="preserve"> </w:t>
      </w:r>
      <w:r>
        <w:rPr>
          <w:b/>
          <w:bCs/>
        </w:rPr>
        <w:t xml:space="preserve">I feel at the sight of a criminal devoid of the least spark of human feeling.</w:t>
      </w:r>
      <w:r>
        <w:br/>
      </w:r>
      <w:r>
        <w:t xml:space="preserve">    (a) surprise as something unexpected</w:t>
      </w:r>
      <w:r>
        <w:br/>
      </w:r>
      <w:r>
        <w:t xml:space="preserve">    (b) acceptance of something undesired as unavoidable</w:t>
      </w:r>
      <w:r>
        <w:br/>
      </w:r>
      <w:r>
        <w:t xml:space="preserve">    (c) anger or annoyance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seemed to me then that I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look on the faces of those present; it was one of almost respectful sympathy.</w:t>
      </w:r>
      <w:r>
        <w:br/>
      </w:r>
      <w:r>
        <w:t xml:space="preserve">    (a) understand</w:t>
      </w:r>
      <w:r>
        <w:br/>
      </w:r>
      <w:r>
        <w:t xml:space="preserve">    (b) excessively examine in an attempt to better understand</w:t>
      </w:r>
      <w:r>
        <w:br/>
      </w:r>
      <w:r>
        <w:t xml:space="preserve">    (c) become less drunk (or get completely past drunkenness)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technical books dealing with this subject must certainly exist; only I'd never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sufficiently</w:t>
      </w:r>
      <w:r>
        <w:rPr>
          <w:b/>
          <w:bCs/>
        </w:rPr>
        <w:t xml:space="preserve"> </w:t>
      </w:r>
      <w:r>
        <w:rPr>
          <w:b/>
          <w:bCs/>
        </w:rPr>
        <w:t xml:space="preserve">interested to look them up.</w:t>
      </w:r>
      <w:r>
        <w:br/>
      </w:r>
      <w:r>
        <w:t xml:space="preserve">    (a) adequately (in a manner that provides enough -- often without being more than is needed)</w:t>
      </w:r>
      <w:r>
        <w:br/>
      </w:r>
      <w:r>
        <w:t xml:space="preserve">    (b) done in a rude or unfriendly manner because of using too few words or moving too quickly</w:t>
      </w:r>
      <w:r>
        <w:br/>
      </w:r>
      <w:r>
        <w:t xml:space="preserve">    (c) in a manner that relates to questions that cannot be answered with the scientific method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But, all things considered, even this luxury was forbidden me; I was caught in the rattrap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irrevocably</w:t>
      </w:r>
      <w:r>
        <w:rPr>
          <w:b/>
          <w:bCs/>
        </w:rPr>
        <w:t xml:space="preserve">.</w:t>
      </w:r>
      <w:r>
        <w:br/>
      </w:r>
      <w:r>
        <w:t xml:space="preserve">    (a) in the manner of an investigation</w:t>
      </w:r>
      <w:r>
        <w:br/>
      </w:r>
      <w:r>
        <w:t xml:space="preserve">    (b) in a manner that cannot be undone</w:t>
      </w:r>
      <w:r>
        <w:br/>
      </w:r>
      <w:r>
        <w:t xml:space="preserve">    (c) separately in the specified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gave myself leave, to consider the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; that my appeal was successful. And then the trouble was to calm down that sudden rush of joy racing through my body and even bringing tears to my eyes.</w:t>
      </w:r>
      <w:r>
        <w:br/>
      </w:r>
      <w:r>
        <w:t xml:space="preserve">    (a) possible outcome (something available as another possibility)</w:t>
      </w:r>
      <w:r>
        <w:br/>
      </w:r>
      <w:r>
        <w:t xml:space="preserve">    (b) a mental disorder characterized by alternating episodes of major depression and abnormally elevated mood</w:t>
      </w:r>
      <w:r>
        <w:br/>
      </w:r>
      <w:r>
        <w:t xml:space="preserve">    (c) acts to tendency to engage in acts that resist government authority or attempt to overthrow a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refused--not because I had anything against him; he seemed a mild,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amiable</w:t>
      </w:r>
      <w:r>
        <w:rPr>
          <w:b/>
          <w:bCs/>
        </w:rPr>
        <w:t xml:space="preserve"> </w:t>
      </w:r>
      <w:r>
        <w:rPr>
          <w:b/>
          <w:bCs/>
        </w:rPr>
        <w:t xml:space="preserve">man.</w:t>
      </w:r>
      <w:r>
        <w:br/>
      </w:r>
      <w:r>
        <w:t xml:space="preserve">    (a) not clear or easily identifiable</w:t>
      </w:r>
      <w:r>
        <w:br/>
      </w:r>
      <w:r>
        <w:t xml:space="preserve">    (b) important, serious, or dangerous</w:t>
      </w:r>
      <w:r>
        <w:br/>
      </w:r>
      <w:r>
        <w:t xml:space="preserve">    (c) friendly, agreeable, and likable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 wasn't because I'd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condemned</w:t>
      </w:r>
      <w:r>
        <w:rPr>
          <w:b/>
          <w:bCs/>
        </w:rPr>
        <w:t xml:space="preserve"> </w:t>
      </w:r>
      <w:r>
        <w:rPr>
          <w:b/>
          <w:bCs/>
        </w:rPr>
        <w:t xml:space="preserve">to death," he said,</w:t>
      </w:r>
      <w:r>
        <w:br/>
      </w:r>
      <w:r>
        <w:t xml:space="preserve">    (a) treated in a manner that demonstrated a sense of superiority, but was supposed to seem kind  OR  acted like a patron (supported someone or something; or was a customer)</w:t>
      </w:r>
      <w:r>
        <w:br/>
      </w:r>
      <w:r>
        <w:t xml:space="preserve">    (b) examined carefully for accuracy with the intent of verification -- especially an inspection of a company's accounting procedures and records by a trained accountant</w:t>
      </w:r>
      <w:r>
        <w:br/>
      </w:r>
      <w:r>
        <w:t xml:space="preserve">    (c) legally sentenced (to punishment)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2026-07-31T16:03:29Z</dcterms:created>
  <dcterms:modified xsi:type="dcterms:W3CDTF">2026-07-31T16:03:29Z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