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1bc091b3d5caeca6daf774b2099e81a9c60807"/>
    <w:p>
      <w:pPr>
        <w:pStyle w:val="Heading1"/>
      </w:pPr>
      <w:r>
        <w:rPr>
          <w:b/>
          <w:bCs/>
        </w:rPr>
        <w:t xml:space="preserve">The Story of Edgar Sawtelle</w:t>
      </w:r>
      <w:r>
        <w:br/>
      </w:r>
      <w:r>
        <w:rPr>
          <w:i/>
          <w:iCs/>
        </w:rPr>
        <w:t xml:space="preserve">David Wroblewski</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when they walked into the side yard, their gaits were identical, as if their bodies were hinged in</w:t>
      </w:r>
      <w:r>
        <w:rPr>
          <w:b/>
          <w:bCs/>
        </w:rPr>
        <w:t xml:space="preserve"> </w:t>
      </w:r>
      <w:r>
        <w:rPr>
          <w:b/>
          <w:bCs/>
          <w:u w:val="single"/>
        </w:rPr>
        <w:t xml:space="preserve">precisely</w:t>
      </w:r>
      <w:r>
        <w:rPr>
          <w:b/>
          <w:bCs/>
        </w:rPr>
        <w:t xml:space="preserve"> </w:t>
      </w:r>
      <w:r>
        <w:rPr>
          <w:b/>
          <w:bCs/>
        </w:rPr>
        <w:t xml:space="preserve">the same way.</w:t>
      </w:r>
      <w:r>
        <w:br/>
      </w:r>
      <w:r>
        <w:t xml:space="preserve">    (a) exactly</w:t>
      </w:r>
      <w:r>
        <w:br/>
      </w:r>
      <w:r>
        <w:t xml:space="preserve">    (b) completely or totally</w:t>
      </w:r>
      <w:r>
        <w:br/>
      </w:r>
      <w:r>
        <w:t xml:space="preserve">    (c) in a satisfied manner</w:t>
      </w:r>
    </w:p>
    <w:p>
      <w:pPr>
        <w:pStyle w:val="Compact"/>
        <w:numPr>
          <w:ilvl w:val="0"/>
          <w:numId w:val="1001"/>
        </w:numPr>
      </w:pPr>
      <w:r>
        <w:rPr>
          <w:b/>
          <w:bCs/>
        </w:rPr>
        <w:t xml:space="preserve">I confess, our rigor and</w:t>
      </w:r>
      <w:r>
        <w:rPr>
          <w:b/>
          <w:bCs/>
        </w:rPr>
        <w:t xml:space="preserve"> </w:t>
      </w:r>
      <w:r>
        <w:rPr>
          <w:b/>
          <w:bCs/>
          <w:u w:val="single"/>
        </w:rPr>
        <w:t xml:space="preserve">precision</w:t>
      </w:r>
      <w:r>
        <w:rPr>
          <w:b/>
          <w:bCs/>
        </w:rPr>
        <w:t xml:space="preserve"> </w:t>
      </w:r>
      <w:r>
        <w:rPr>
          <w:b/>
          <w:bCs/>
        </w:rPr>
        <w:t xml:space="preserve">wearies me at times.</w:t>
      </w:r>
      <w:r>
        <w:br/>
      </w:r>
      <w:r>
        <w:t xml:space="preserve">    (a) the time during which something continues</w:t>
      </w:r>
      <w:r>
        <w:br/>
      </w:r>
      <w:r>
        <w:t xml:space="preserve">    (b) meticulousness (careful attention to detail)</w:t>
      </w:r>
      <w:r>
        <w:br/>
      </w:r>
      <w:r>
        <w:t xml:space="preserve">    (c) a particular understanding or explanation</w:t>
      </w:r>
    </w:p>
    <w:p>
      <w:pPr>
        <w:pStyle w:val="Compact"/>
        <w:numPr>
          <w:ilvl w:val="0"/>
          <w:numId w:val="1001"/>
        </w:numPr>
      </w:pPr>
      <w:r>
        <w:rPr>
          <w:b/>
          <w:bCs/>
        </w:rPr>
        <w:t xml:space="preserve">They</w:t>
      </w:r>
      <w:r>
        <w:rPr>
          <w:b/>
          <w:bCs/>
        </w:rPr>
        <w:t xml:space="preserve"> </w:t>
      </w:r>
      <w:r>
        <w:rPr>
          <w:b/>
          <w:bCs/>
          <w:u w:val="single"/>
        </w:rPr>
        <w:t xml:space="preserve">coaxed</w:t>
      </w:r>
      <w:r>
        <w:rPr>
          <w:b/>
          <w:bCs/>
        </w:rPr>
        <w:t xml:space="preserve"> </w:t>
      </w:r>
      <w:r>
        <w:rPr>
          <w:b/>
          <w:bCs/>
        </w:rPr>
        <w:t xml:space="preserve">the stray up the path each day by refilling the bowl and moving it closer to the yard, just a few feet at first and then, as the days wore on, much farther.</w:t>
      </w:r>
      <w:r>
        <w:br/>
      </w:r>
      <w:r>
        <w:t xml:space="preserve">    (a) did not vote  OR  did not drink alcohol  OR  (more rarely) did not do something else</w:t>
      </w:r>
      <w:r>
        <w:br/>
      </w:r>
      <w:r>
        <w:t xml:space="preserve">    (b) gently persuaded</w:t>
      </w:r>
      <w:r>
        <w:br/>
      </w:r>
      <w:r>
        <w:t xml:space="preserve">    (c) thought of something as true or likely, even though it was not known with certainty</w:t>
      </w:r>
    </w:p>
    <w:p>
      <w:pPr>
        <w:pStyle w:val="Compact"/>
        <w:numPr>
          <w:ilvl w:val="0"/>
          <w:numId w:val="1001"/>
        </w:numPr>
      </w:pPr>
      <w:r>
        <w:rPr>
          <w:b/>
          <w:bCs/>
        </w:rPr>
        <w:t xml:space="preserve">A large family (Fringillidae) of small song-birds, including the bunting, sparrow, and goldfinch, having a small conical beak</w:t>
      </w:r>
      <w:r>
        <w:rPr>
          <w:b/>
          <w:bCs/>
        </w:rPr>
        <w:t xml:space="preserve"> </w:t>
      </w:r>
      <w:r>
        <w:rPr>
          <w:b/>
          <w:bCs/>
          <w:u w:val="single"/>
        </w:rPr>
        <w:t xml:space="preserve">adapted</w:t>
      </w:r>
      <w:r>
        <w:rPr>
          <w:b/>
          <w:bCs/>
        </w:rPr>
        <w:t xml:space="preserve"> </w:t>
      </w:r>
      <w:r>
        <w:rPr>
          <w:b/>
          <w:bCs/>
        </w:rPr>
        <w:t xml:space="preserve">to cracking seeds.</w:t>
      </w:r>
      <w:r>
        <w:br/>
      </w:r>
      <w:r>
        <w:t xml:space="preserve">    (a) creates, starts, or sets in a place</w:t>
      </w:r>
      <w:r>
        <w:br/>
      </w:r>
      <w:r>
        <w:t xml:space="preserve">    (b) well-suited</w:t>
      </w:r>
      <w:r>
        <w:br/>
      </w:r>
      <w:r>
        <w:t xml:space="preserve">    (c) not arousing interest or excitement</w:t>
      </w:r>
    </w:p>
    <w:p>
      <w:pPr>
        <w:pStyle w:val="Compact"/>
        <w:numPr>
          <w:ilvl w:val="0"/>
          <w:numId w:val="1001"/>
        </w:numPr>
      </w:pPr>
      <w:r>
        <w:rPr>
          <w:b/>
          <w:bCs/>
        </w:rPr>
        <w:t xml:space="preserve">Spears and creases of white shot between the trees, but Edgar would not turn his dark-</w:t>
      </w:r>
      <w:r>
        <w:rPr>
          <w:b/>
          <w:bCs/>
          <w:u w:val="single"/>
        </w:rPr>
        <w:t xml:space="preserve">adapted</w:t>
      </w:r>
      <w:r>
        <w:rPr>
          <w:b/>
          <w:bCs/>
        </w:rPr>
        <w:t xml:space="preserve"> </w:t>
      </w:r>
      <w:r>
        <w:rPr>
          <w:b/>
          <w:bCs/>
        </w:rPr>
        <w:t xml:space="preserve">eyes back to look.</w:t>
      </w:r>
      <w:r>
        <w:br/>
      </w:r>
      <w:r>
        <w:t xml:space="preserve">    (a) fought in a bitter manner over a long period of time</w:t>
      </w:r>
      <w:r>
        <w:br/>
      </w:r>
      <w:r>
        <w:t xml:space="preserve">    (b) adjusted</w:t>
      </w:r>
      <w:r>
        <w:br/>
      </w:r>
      <w:r>
        <w:t xml:space="preserve">    (c) caught in; or twisted together into a confusing mass</w:t>
      </w:r>
    </w:p>
    <w:p>
      <w:pPr>
        <w:pStyle w:val="Compact"/>
        <w:numPr>
          <w:ilvl w:val="0"/>
          <w:numId w:val="1001"/>
        </w:numPr>
      </w:pPr>
      <w:r>
        <w:rPr>
          <w:b/>
          <w:bCs/>
        </w:rPr>
        <w:t xml:space="preserve">My New Year's</w:t>
      </w:r>
      <w:r>
        <w:rPr>
          <w:b/>
          <w:bCs/>
        </w:rPr>
        <w:t xml:space="preserve"> </w:t>
      </w:r>
      <w:r>
        <w:rPr>
          <w:b/>
          <w:bCs/>
          <w:u w:val="single"/>
        </w:rPr>
        <w:t xml:space="preserve">resolution</w:t>
      </w:r>
      <w:r>
        <w:rPr>
          <w:b/>
          <w:bCs/>
        </w:rPr>
        <w:t xml:space="preserve">.</w:t>
      </w:r>
      <w:r>
        <w:br/>
      </w:r>
      <w:r>
        <w:t xml:space="preserve">    (a) firm decision to do something</w:t>
      </w:r>
      <w:r>
        <w:br/>
      </w:r>
      <w:r>
        <w:t xml:space="preserve">    (b) measure of general intelligence</w:t>
      </w:r>
      <w:r>
        <w:br/>
      </w:r>
      <w:r>
        <w:t xml:space="preserve">    (c) solid shapes made of flat faces</w:t>
      </w:r>
    </w:p>
    <w:p>
      <w:pPr>
        <w:pStyle w:val="Compact"/>
        <w:numPr>
          <w:ilvl w:val="0"/>
          <w:numId w:val="1001"/>
        </w:numPr>
      </w:pPr>
      <w:r>
        <w:rPr>
          <w:b/>
          <w:bCs/>
        </w:rPr>
        <w:t xml:space="preserve">If he looked into the strobed rain too long, he ended up curled and oblivious, for if there was no figure to be seen in the falling drops of water, he felt abandoned, and if he saw anything—a shape, a movement, a form—he screamed, silently, despite all</w:t>
      </w:r>
      <w:r>
        <w:rPr>
          <w:b/>
          <w:bCs/>
        </w:rPr>
        <w:t xml:space="preserve"> </w:t>
      </w:r>
      <w:r>
        <w:rPr>
          <w:b/>
          <w:bCs/>
          <w:u w:val="single"/>
        </w:rPr>
        <w:t xml:space="preserve">resolution</w:t>
      </w:r>
      <w:r>
        <w:rPr>
          <w:b/>
          <w:bCs/>
        </w:rPr>
        <w:t xml:space="preserve"> </w:t>
      </w:r>
      <w:r>
        <w:rPr>
          <w:b/>
          <w:bCs/>
        </w:rPr>
        <w:t xml:space="preserve">to the contrary.</w:t>
      </w:r>
      <w:r>
        <w:br/>
      </w:r>
      <w:r>
        <w:t xml:space="preserve">    (a) right to vote</w:t>
      </w:r>
      <w:r>
        <w:br/>
      </w:r>
      <w:r>
        <w:t xml:space="preserve">    (b) use of reason</w:t>
      </w:r>
      <w:r>
        <w:br/>
      </w:r>
      <w:r>
        <w:t xml:space="preserve">    (c) determination (firmness of purpose)</w:t>
      </w:r>
    </w:p>
    <w:p>
      <w:pPr>
        <w:pStyle w:val="Compact"/>
        <w:numPr>
          <w:ilvl w:val="0"/>
          <w:numId w:val="1001"/>
        </w:numPr>
      </w:pPr>
      <w:r>
        <w:rPr>
          <w:b/>
          <w:bCs/>
        </w:rPr>
        <w:t xml:space="preserve">She turned and looked at him, really</w:t>
      </w:r>
      <w:r>
        <w:rPr>
          <w:b/>
          <w:bCs/>
        </w:rPr>
        <w:t xml:space="preserve"> </w:t>
      </w:r>
      <w:r>
        <w:rPr>
          <w:b/>
          <w:bCs/>
          <w:u w:val="single"/>
        </w:rPr>
        <w:t xml:space="preserve">focused</w:t>
      </w:r>
      <w:r>
        <w:rPr>
          <w:b/>
          <w:bCs/>
        </w:rPr>
        <w:t xml:space="preserve"> </w:t>
      </w:r>
      <w:r>
        <w:rPr>
          <w:b/>
          <w:bCs/>
        </w:rPr>
        <w:t xml:space="preserve">on him, for the first time since they'd left the house.</w:t>
      </w:r>
      <w:r>
        <w:br/>
      </w:r>
      <w:r>
        <w:t xml:space="preserve">    (a) began speaking with someone about something</w:t>
      </w:r>
      <w:r>
        <w:br/>
      </w:r>
      <w:r>
        <w:t xml:space="preserve">    (b) thought carefully and made a judgment about</w:t>
      </w:r>
      <w:r>
        <w:br/>
      </w:r>
      <w:r>
        <w:t xml:space="preserve">    (c) looked closely or concentrated</w:t>
      </w:r>
    </w:p>
    <w:p>
      <w:pPr>
        <w:pStyle w:val="Compact"/>
        <w:numPr>
          <w:ilvl w:val="0"/>
          <w:numId w:val="1001"/>
        </w:numPr>
      </w:pPr>
      <w:r>
        <w:rPr>
          <w:b/>
          <w:bCs/>
        </w:rPr>
        <w:t xml:space="preserve">But the fresh night air was bringing him back from the ether and he could keep his eyes</w:t>
      </w:r>
      <w:r>
        <w:rPr>
          <w:b/>
          <w:bCs/>
        </w:rPr>
        <w:t xml:space="preserve"> </w:t>
      </w:r>
      <w:r>
        <w:rPr>
          <w:b/>
          <w:bCs/>
          <w:u w:val="single"/>
        </w:rPr>
        <w:t xml:space="preserve">focused</w:t>
      </w:r>
      <w:r>
        <w:rPr>
          <w:b/>
          <w:bCs/>
        </w:rPr>
        <w:t xml:space="preserve">.</w:t>
      </w:r>
      <w:r>
        <w:br/>
      </w:r>
      <w:r>
        <w:t xml:space="preserve">    (a) differed notably in brightness or tone</w:t>
      </w:r>
      <w:r>
        <w:br/>
      </w:r>
      <w:r>
        <w:t xml:space="preserve">    (b) adjusted (to see clearly)</w:t>
      </w:r>
      <w:r>
        <w:br/>
      </w:r>
      <w:r>
        <w:t xml:space="preserve">    (c) vaccinated (to protect from a disease)</w:t>
      </w:r>
    </w:p>
    <w:p>
      <w:pPr>
        <w:pStyle w:val="Compact"/>
        <w:numPr>
          <w:ilvl w:val="0"/>
          <w:numId w:val="1001"/>
        </w:numPr>
      </w:pPr>
      <w:r>
        <w:rPr>
          <w:b/>
          <w:bCs/>
        </w:rPr>
        <w:t xml:space="preserve">You need to understand that there are</w:t>
      </w:r>
      <w:r>
        <w:rPr>
          <w:b/>
          <w:bCs/>
        </w:rPr>
        <w:t xml:space="preserve"> </w:t>
      </w:r>
      <w:r>
        <w:rPr>
          <w:b/>
          <w:bCs/>
          <w:u w:val="single"/>
        </w:rPr>
        <w:t xml:space="preserve">alternatives</w:t>
      </w:r>
      <w:r>
        <w:rPr>
          <w:b/>
          <w:bCs/>
        </w:rPr>
        <w:t xml:space="preserve">.</w:t>
      </w:r>
      <w:r>
        <w:br/>
      </w:r>
      <w:r>
        <w:t xml:space="preserve">    (a) other possibilities</w:t>
      </w:r>
      <w:r>
        <w:br/>
      </w:r>
      <w:r>
        <w:t xml:space="preserve">    (b) fat compounds</w:t>
      </w:r>
      <w:r>
        <w:br/>
      </w:r>
      <w:r>
        <w:t xml:space="preserve">    (c) psychiatrists</w:t>
      </w:r>
    </w:p>
    <w:p>
      <w:pPr>
        <w:pStyle w:val="Compact"/>
        <w:numPr>
          <w:ilvl w:val="0"/>
          <w:numId w:val="1001"/>
        </w:numPr>
      </w:pPr>
      <w:r>
        <w:rPr>
          <w:b/>
          <w:bCs/>
        </w:rPr>
        <w:t xml:space="preserve">He knew what he wanted the moment his mother posed her question, and he knew what she wanted him to want, despite her attempt at</w:t>
      </w:r>
      <w:r>
        <w:rPr>
          <w:b/>
          <w:bCs/>
        </w:rPr>
        <w:t xml:space="preserve"> </w:t>
      </w:r>
      <w:r>
        <w:rPr>
          <w:b/>
          <w:bCs/>
          <w:u w:val="single"/>
        </w:rPr>
        <w:t xml:space="preserve">objectivity</w:t>
      </w:r>
      <w:r>
        <w:rPr>
          <w:b/>
          <w:bCs/>
        </w:rPr>
        <w:t xml:space="preserve">.</w:t>
      </w:r>
      <w:r>
        <w:br/>
      </w:r>
      <w:r>
        <w:t xml:space="preserve">    (a) growth hormone -- a hormone produced by the anterior pituitary gland that promotes growth in humans</w:t>
      </w:r>
      <w:r>
        <w:br/>
      </w:r>
      <w:r>
        <w:t xml:space="preserve">    (b) ignoring personal preferences</w:t>
      </w:r>
      <w:r>
        <w:br/>
      </w:r>
      <w:r>
        <w:t xml:space="preserve">    (c) "spiritually renews" in a Christian ceremony  OR  initiates or purifies by a challenging experience</w:t>
      </w:r>
    </w:p>
    <w:p>
      <w:pPr>
        <w:pStyle w:val="Compact"/>
        <w:numPr>
          <w:ilvl w:val="0"/>
          <w:numId w:val="1001"/>
        </w:numPr>
      </w:pPr>
      <w:r>
        <w:rPr>
          <w:b/>
          <w:bCs/>
        </w:rPr>
        <w:t xml:space="preserve">This whole question of choice between</w:t>
      </w:r>
      <w:r>
        <w:rPr>
          <w:b/>
          <w:bCs/>
        </w:rPr>
        <w:t xml:space="preserve"> </w:t>
      </w:r>
      <w:r>
        <w:rPr>
          <w:b/>
          <w:bCs/>
          <w:u w:val="single"/>
        </w:rPr>
        <w:t xml:space="preserve">objectives</w:t>
      </w:r>
      <w:r>
        <w:rPr>
          <w:b/>
          <w:bCs/>
        </w:rPr>
        <w:t xml:space="preserve"> </w:t>
      </w:r>
      <w:r>
        <w:rPr>
          <w:b/>
          <w:bCs/>
        </w:rPr>
        <w:t xml:space="preserve">has been a cause for idle speculation on my part the last few nights, and I have even gone as far as discussing it with my colleagues.</w:t>
      </w:r>
      <w:r>
        <w:br/>
      </w:r>
      <w:r>
        <w:t xml:space="preserve">    (a) goals</w:t>
      </w:r>
      <w:r>
        <w:br/>
      </w:r>
      <w:r>
        <w:t xml:space="preserve">    (b) views</w:t>
      </w:r>
      <w:r>
        <w:br/>
      </w:r>
      <w:r>
        <w:t xml:space="preserve">    (c) calls</w:t>
      </w:r>
    </w:p>
    <w:p>
      <w:pPr>
        <w:pStyle w:val="Compact"/>
        <w:numPr>
          <w:ilvl w:val="0"/>
          <w:numId w:val="1001"/>
        </w:numPr>
      </w:pPr>
      <w:r>
        <w:rPr>
          <w:b/>
          <w:bCs/>
        </w:rPr>
        <w:t xml:space="preserve">Her</w:t>
      </w:r>
      <w:r>
        <w:rPr>
          <w:b/>
          <w:bCs/>
        </w:rPr>
        <w:t xml:space="preserve"> </w:t>
      </w:r>
      <w:r>
        <w:rPr>
          <w:b/>
          <w:bCs/>
          <w:u w:val="single"/>
        </w:rPr>
        <w:t xml:space="preserve">exhalations</w:t>
      </w:r>
      <w:r>
        <w:rPr>
          <w:b/>
          <w:bCs/>
        </w:rPr>
        <w:t xml:space="preserve"> </w:t>
      </w:r>
      <w:r>
        <w:rPr>
          <w:b/>
          <w:bCs/>
        </w:rPr>
        <w:t xml:space="preserve">sounded ever so slightly easier than they had that afternoon.</w:t>
      </w:r>
      <w:r>
        <w:br/>
      </w:r>
      <w:r>
        <w:t xml:space="preserve">    (a) instances of donating one's income to a church; or the gifts given</w:t>
      </w:r>
      <w:r>
        <w:br/>
      </w:r>
      <w:r>
        <w:t xml:space="preserve">    (b) the act of breathing air out of the lungs; or the air breathed out</w:t>
      </w:r>
      <w:r>
        <w:br/>
      </w:r>
      <w:r>
        <w:t xml:space="preserve">    (c) fixed values or limits that establish how something should be done</w:t>
      </w:r>
    </w:p>
    <w:p>
      <w:pPr>
        <w:pStyle w:val="Compact"/>
        <w:numPr>
          <w:ilvl w:val="0"/>
          <w:numId w:val="1001"/>
        </w:numPr>
      </w:pPr>
      <w:r>
        <w:rPr>
          <w:b/>
          <w:bCs/>
        </w:rPr>
        <w:t xml:space="preserve">He knew instinctively how to</w:t>
      </w:r>
      <w:r>
        <w:rPr>
          <w:b/>
          <w:bCs/>
        </w:rPr>
        <w:t xml:space="preserve"> </w:t>
      </w:r>
      <w:r>
        <w:rPr>
          <w:b/>
          <w:bCs/>
          <w:u w:val="single"/>
        </w:rPr>
        <w:t xml:space="preserve">approach</w:t>
      </w:r>
      <w:r>
        <w:rPr>
          <w:b/>
          <w:bCs/>
        </w:rPr>
        <w:t xml:space="preserve">, how to touch, how to confuse and distract, so that, fearful or not, the dog found itself acquiescing.</w:t>
      </w:r>
      <w:r>
        <w:br/>
      </w:r>
      <w:r>
        <w:t xml:space="preserve">    (a) to support by providing money or other economic aid</w:t>
      </w:r>
      <w:r>
        <w:br/>
      </w:r>
      <w:r>
        <w:t xml:space="preserve">    (b) begin communication with someone about something</w:t>
      </w:r>
      <w:r>
        <w:br/>
      </w:r>
      <w:r>
        <w:t xml:space="preserve">    (c) did not find a condition or substance to be present</w:t>
      </w:r>
    </w:p>
    <w:p>
      <w:pPr>
        <w:pStyle w:val="Compact"/>
        <w:numPr>
          <w:ilvl w:val="0"/>
          <w:numId w:val="1001"/>
        </w:numPr>
      </w:pPr>
      <w:r>
        <w:rPr>
          <w:b/>
          <w:bCs/>
        </w:rPr>
        <w:t xml:space="preserve">Henry took a swallow of beer and watched them</w:t>
      </w:r>
      <w:r>
        <w:rPr>
          <w:b/>
          <w:bCs/>
        </w:rPr>
        <w:t xml:space="preserve"> </w:t>
      </w:r>
      <w:r>
        <w:rPr>
          <w:b/>
          <w:bCs/>
          <w:u w:val="single"/>
        </w:rPr>
        <w:t xml:space="preserve">approach</w:t>
      </w:r>
      <w:r>
        <w:rPr>
          <w:b/>
          <w:bCs/>
        </w:rPr>
        <w:t xml:space="preserve">.</w:t>
      </w:r>
      <w:r>
        <w:br/>
      </w:r>
      <w:r>
        <w:t xml:space="preserve">    (a) mirror back (an image)</w:t>
      </w:r>
      <w:r>
        <w:br/>
      </w:r>
      <w:r>
        <w:t xml:space="preserve">    (b) get near</w:t>
      </w:r>
      <w:r>
        <w:br/>
      </w:r>
      <w:r>
        <w:t xml:space="preserve">    (c) create dramatic change</w:t>
      </w:r>
    </w:p>
    <w:p>
      <w:pPr>
        <w:pStyle w:val="Compact"/>
        <w:numPr>
          <w:ilvl w:val="0"/>
          <w:numId w:val="1001"/>
        </w:numPr>
      </w:pPr>
      <w:r>
        <w:rPr>
          <w:b/>
          <w:bCs/>
        </w:rPr>
        <w:t xml:space="preserve">Just above his head, the raindrop paused, wobbling in midair like a</w:t>
      </w:r>
      <w:r>
        <w:rPr>
          <w:b/>
          <w:bCs/>
        </w:rPr>
        <w:t xml:space="preserve"> </w:t>
      </w:r>
      <w:r>
        <w:rPr>
          <w:b/>
          <w:bCs/>
          <w:u w:val="single"/>
        </w:rPr>
        <w:t xml:space="preserve">transparent</w:t>
      </w:r>
      <w:r>
        <w:rPr>
          <w:b/>
          <w:bCs/>
        </w:rPr>
        <w:t xml:space="preserve"> </w:t>
      </w:r>
      <w:r>
        <w:rPr>
          <w:b/>
          <w:bCs/>
        </w:rPr>
        <w:t xml:space="preserve">pearl, and began to fall again.</w:t>
      </w:r>
      <w:r>
        <w:br/>
      </w:r>
      <w:r>
        <w:t xml:space="preserve">    (a) relating to properties of sound or hearing</w:t>
      </w:r>
      <w:r>
        <w:br/>
      </w:r>
      <w:r>
        <w:t xml:space="preserve">    (b) mental activity of which one is self-aware</w:t>
      </w:r>
      <w:r>
        <w:br/>
      </w:r>
      <w:r>
        <w:t xml:space="preserve">    (c) capable of being seen through</w:t>
      </w:r>
    </w:p>
    <w:p>
      <w:pPr>
        <w:pStyle w:val="Compact"/>
        <w:numPr>
          <w:ilvl w:val="0"/>
          <w:numId w:val="1001"/>
        </w:numPr>
      </w:pPr>
      <w:r>
        <w:rPr>
          <w:b/>
          <w:bCs/>
        </w:rPr>
        <w:t xml:space="preserve">She'd imagined he would stay</w:t>
      </w:r>
      <w:r>
        <w:rPr>
          <w:b/>
          <w:bCs/>
        </w:rPr>
        <w:t xml:space="preserve"> </w:t>
      </w:r>
      <w:r>
        <w:rPr>
          <w:b/>
          <w:bCs/>
          <w:u w:val="single"/>
        </w:rPr>
        <w:t xml:space="preserve">transparent</w:t>
      </w:r>
      <w:r>
        <w:rPr>
          <w:b/>
          <w:bCs/>
        </w:rPr>
        <w:t xml:space="preserve"> </w:t>
      </w:r>
      <w:r>
        <w:rPr>
          <w:b/>
          <w:bCs/>
        </w:rPr>
        <w:t xml:space="preserve">to her, more part of her, for so much longer.</w:t>
      </w:r>
      <w:r>
        <w:br/>
      </w:r>
      <w:r>
        <w:t xml:space="preserve">    (a) easily understood</w:t>
      </w:r>
      <w:r>
        <w:br/>
      </w:r>
      <w:r>
        <w:t xml:space="preserve">    (b) non-traditional or non-standard</w:t>
      </w:r>
      <w:r>
        <w:br/>
      </w:r>
      <w:r>
        <w:t xml:space="preserve">    (c) poor ability to make a decision</w:t>
      </w:r>
    </w:p>
    <w:p>
      <w:pPr>
        <w:pStyle w:val="Compact"/>
        <w:numPr>
          <w:ilvl w:val="0"/>
          <w:numId w:val="1001"/>
        </w:numPr>
      </w:pPr>
      <w:r>
        <w:rPr>
          <w:b/>
          <w:bCs/>
        </w:rPr>
        <w:t xml:space="preserve">But when it came to knowing his thoughts, Edgar could be as</w:t>
      </w:r>
      <w:r>
        <w:rPr>
          <w:b/>
          <w:bCs/>
        </w:rPr>
        <w:t xml:space="preserve"> </w:t>
      </w:r>
      <w:r>
        <w:rPr>
          <w:b/>
          <w:bCs/>
          <w:u w:val="single"/>
        </w:rPr>
        <w:t xml:space="preserve">opaque</w:t>
      </w:r>
      <w:r>
        <w:rPr>
          <w:b/>
          <w:bCs/>
        </w:rPr>
        <w:t xml:space="preserve"> </w:t>
      </w:r>
      <w:r>
        <w:rPr>
          <w:b/>
          <w:bCs/>
        </w:rPr>
        <w:t xml:space="preserve">as a rock.</w:t>
      </w:r>
      <w:r>
        <w:br/>
      </w:r>
      <w:r>
        <w:t xml:space="preserve">    (a) an argument attributed to one's opponent that is weaker than their actual argument</w:t>
      </w:r>
      <w:r>
        <w:br/>
      </w:r>
      <w:r>
        <w:t xml:space="preserve">    (b) difficult to understand (see into)</w:t>
      </w:r>
      <w:r>
        <w:br/>
      </w:r>
      <w:r>
        <w:t xml:space="preserve">    (c) the quality of feeling angry or unhappy about having to accept something not liked</w:t>
      </w:r>
    </w:p>
    <w:p>
      <w:pPr>
        <w:pStyle w:val="Compact"/>
        <w:numPr>
          <w:ilvl w:val="0"/>
          <w:numId w:val="1001"/>
        </w:numPr>
      </w:pPr>
      <w:r>
        <w:rPr>
          <w:b/>
          <w:bCs/>
        </w:rPr>
        <w:t xml:space="preserve">The once-narrow ribbon of smoke had become an</w:t>
      </w:r>
      <w:r>
        <w:rPr>
          <w:b/>
          <w:bCs/>
        </w:rPr>
        <w:t xml:space="preserve"> </w:t>
      </w:r>
      <w:r>
        <w:rPr>
          <w:b/>
          <w:bCs/>
          <w:u w:val="single"/>
        </w:rPr>
        <w:t xml:space="preserve">opaque</w:t>
      </w:r>
      <w:r>
        <w:rPr>
          <w:b/>
          <w:bCs/>
        </w:rPr>
        <w:t xml:space="preserve"> </w:t>
      </w:r>
      <w:r>
        <w:rPr>
          <w:b/>
          <w:bCs/>
        </w:rPr>
        <w:t xml:space="preserve">mass that belched from the top half of the barn's entryway.</w:t>
      </w:r>
      <w:r>
        <w:br/>
      </w:r>
      <w:r>
        <w:t xml:space="preserve">    (a) not sensible or careful</w:t>
      </w:r>
      <w:r>
        <w:br/>
      </w:r>
      <w:r>
        <w:t xml:space="preserve">    (b) unable to be seen through</w:t>
      </w:r>
      <w:r>
        <w:br/>
      </w:r>
      <w:r>
        <w:t xml:space="preserve">    (c) optimistic or agreeable</w:t>
      </w:r>
    </w:p>
    <w:p>
      <w:pPr>
        <w:pStyle w:val="Compact"/>
        <w:numPr>
          <w:ilvl w:val="0"/>
          <w:numId w:val="1001"/>
        </w:numPr>
      </w:pPr>
      <w:r>
        <w:rPr>
          <w:b/>
          <w:bCs/>
        </w:rPr>
        <w:t xml:space="preserve">He retreated across photographs and</w:t>
      </w:r>
      <w:r>
        <w:rPr>
          <w:b/>
          <w:bCs/>
        </w:rPr>
        <w:t xml:space="preserve"> </w:t>
      </w:r>
      <w:r>
        <w:rPr>
          <w:b/>
          <w:bCs/>
          <w:u w:val="single"/>
        </w:rPr>
        <w:t xml:space="preserve">pedigrees</w:t>
      </w:r>
      <w:r>
        <w:rPr>
          <w:b/>
          <w:bCs/>
        </w:rPr>
        <w:t xml:space="preserve"> </w:t>
      </w:r>
      <w:r>
        <w:rPr>
          <w:b/>
          <w:bCs/>
        </w:rPr>
        <w:t xml:space="preserve">scattered over the floor like a lunatic's history of the kennel.</w:t>
      </w:r>
      <w:r>
        <w:br/>
      </w:r>
      <w:r>
        <w:t xml:space="preserve">    (a) things created -- typically works of music or writing; or acts of creating such work; or the structures of such work</w:t>
      </w:r>
      <w:r>
        <w:br/>
      </w:r>
      <w:r>
        <w:t xml:space="preserve">    (b) the line of ancestors of an animal; or any background or history of a person or idea, showing origins and development</w:t>
      </w:r>
      <w:r>
        <w:br/>
      </w:r>
      <w:r>
        <w:t xml:space="preserve">    (c) intangible (non-touchable) properties that are the result of creativity (such as patents or trademarks or copyrights)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2026-07-31T20:15:25Z</dcterms:created>
  <dcterms:modified xsi:type="dcterms:W3CDTF">2026-07-31T20:15:25Z</dcterms:modified>
</cp:coreProperties>
</file>

<file path=docProps/custom.xml><?xml version="1.0" encoding="utf-8"?>
<Properties xmlns="http://schemas.openxmlformats.org/officeDocument/2006/custom-properties" xmlns:vt="http://schemas.openxmlformats.org/officeDocument/2006/docPropsVTypes"/>
</file>