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cd2cf0222d08d0ec5bed801b726f5783bcc0e51"/>
    <w:p>
      <w:pPr>
        <w:pStyle w:val="Heading1"/>
      </w:pPr>
      <w:r>
        <w:rPr>
          <w:b/>
          <w:bCs/>
        </w:rPr>
        <w:t xml:space="preserve">The Spy Who Came In From The Cold</w:t>
      </w:r>
      <w:r>
        <w:br/>
      </w:r>
      <w:r>
        <w:rPr>
          <w:i/>
          <w:iCs/>
        </w:rPr>
        <w:t xml:space="preserve">John Le Carre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he went carefully after that, told Karl much less, used more of the hocus-pocus of espionage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technique</w:t>
      </w:r>
      <w:r>
        <w:rPr>
          <w:b/>
          <w:bCs/>
        </w:rPr>
        <w:t xml:space="preserve">.</w:t>
      </w:r>
      <w:r>
        <w:br/>
      </w:r>
      <w:r>
        <w:t xml:space="preserve">    (a) way of doing something</w:t>
      </w:r>
      <w:r>
        <w:br/>
      </w:r>
      <w:r>
        <w:t xml:space="preserve">    (b) not easily set on fire</w:t>
      </w:r>
      <w:r>
        <w:br/>
      </w:r>
      <w:r>
        <w:t xml:space="preserve">    (c) surrounding conditions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still the lonely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sentry</w:t>
      </w:r>
      <w:r>
        <w:rPr>
          <w:b/>
          <w:bCs/>
        </w:rPr>
        <w:t xml:space="preserve"> </w:t>
      </w:r>
      <w:r>
        <w:rPr>
          <w:b/>
          <w:bCs/>
        </w:rPr>
        <w:t xml:space="preserve">on the bridge, and he had turned and was watching Karl.</w:t>
      </w:r>
      <w:r>
        <w:br/>
      </w:r>
      <w:r>
        <w:t xml:space="preserve">    (a) social event or ceremony</w:t>
      </w:r>
      <w:r>
        <w:br/>
      </w:r>
      <w:r>
        <w:t xml:space="preserve">    (b) someone who stands guard</w:t>
      </w:r>
      <w:r>
        <w:br/>
      </w:r>
      <w:r>
        <w:t xml:space="preserve">    (c) a positively charged 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marked his file for review at the end of every year--stubborn, willful,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contemptuous</w:t>
      </w:r>
      <w:r>
        <w:rPr>
          <w:b/>
          <w:bCs/>
        </w:rPr>
        <w:t xml:space="preserve"> </w:t>
      </w:r>
      <w:r>
        <w:rPr>
          <w:b/>
          <w:bCs/>
        </w:rPr>
        <w:t xml:space="preserve">of instruction,</w:t>
      </w:r>
      <w:r>
        <w:br/>
      </w:r>
      <w:r>
        <w:t xml:space="preserve">    (a) able to be disagreed with</w:t>
      </w:r>
      <w:r>
        <w:br/>
      </w:r>
      <w:r>
        <w:t xml:space="preserve">    (b) not tending to find fault</w:t>
      </w:r>
      <w:r>
        <w:br/>
      </w:r>
      <w:r>
        <w:t xml:space="preserve">    (c) disrespectful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responsible for allocating currency, equipment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personnel</w:t>
      </w:r>
      <w:r>
        <w:rPr>
          <w:b/>
          <w:bCs/>
        </w:rPr>
        <w:t xml:space="preserve"> </w:t>
      </w:r>
      <w:r>
        <w:rPr>
          <w:b/>
          <w:bCs/>
        </w:rPr>
        <w:t xml:space="preserve">for special tasks.</w:t>
      </w:r>
      <w:r>
        <w:br/>
      </w:r>
      <w:r>
        <w:t xml:space="preserve">    (a) not trustworthy with secrets, and/or conspicuous or obtrusive</w:t>
      </w:r>
      <w:r>
        <w:br/>
      </w:r>
      <w:r>
        <w:t xml:space="preserve">    (b) employees of an organization</w:t>
      </w:r>
      <w:r>
        <w:br/>
      </w:r>
      <w:r>
        <w:t xml:space="preserve">    (c) the state or degree of being able to be taken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"We really must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discredit</w:t>
      </w:r>
      <w:r>
        <w:rPr>
          <w:b/>
          <w:bCs/>
        </w:rPr>
        <w:t xml:space="preserve"> </w:t>
      </w:r>
      <w:r>
        <w:rPr>
          <w:b/>
          <w:bCs/>
        </w:rPr>
        <w:t xml:space="preserve">Mundt," he said.</w:t>
      </w:r>
      <w:r>
        <w:br/>
      </w:r>
      <w:r>
        <w:t xml:space="preserve">    (a) struggle or disagreement</w:t>
      </w:r>
      <w:r>
        <w:br/>
      </w:r>
      <w:r>
        <w:t xml:space="preserve">    (b) include consideration of</w:t>
      </w:r>
      <w:r>
        <w:br/>
      </w:r>
      <w:r>
        <w:t xml:space="preserve">    (c) damage the reputation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think I can manage my buttons now," Leamas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retorted</w:t>
      </w:r>
      <w:r>
        <w:rPr>
          <w:b/>
          <w:bCs/>
        </w:rPr>
        <w:t xml:space="preserve">.</w:t>
      </w:r>
      <w:r>
        <w:br/>
      </w:r>
      <w:r>
        <w:t xml:space="preserve">    (a) quickly replied</w:t>
      </w:r>
      <w:r>
        <w:br/>
      </w:r>
      <w:r>
        <w:t xml:space="preserve">    (b) greatly annoyed</w:t>
      </w:r>
      <w:r>
        <w:br/>
      </w:r>
      <w:r>
        <w:t xml:space="preserve">    (c) said indirectly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young Dutch officer gave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perfunctory</w:t>
      </w:r>
      <w:r>
        <w:rPr>
          <w:b/>
          <w:bCs/>
        </w:rPr>
        <w:t xml:space="preserve"> </w:t>
      </w:r>
      <w:r>
        <w:rPr>
          <w:b/>
          <w:bCs/>
        </w:rPr>
        <w:t xml:space="preserve">glance at their luggage and passports and announced in awkward, throaty English, "I hope you have a pleasant stay in the Netherlands."</w:t>
      </w:r>
      <w:r>
        <w:br/>
      </w:r>
      <w:r>
        <w:t xml:space="preserve">    (a) done without much interest or effort</w:t>
      </w:r>
      <w:r>
        <w:br/>
      </w:r>
      <w:r>
        <w:t xml:space="preserve">    (b) related to intelligence -- such as requiring, appealing to, or possessing intelligence</w:t>
      </w:r>
      <w:r>
        <w:br/>
      </w:r>
      <w:r>
        <w:t xml:space="preserve">    (c) (adjective) designed to stop something  OR  (noun) something that stops something else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reckon you'll need about three days for a preliminary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interrogation</w:t>
      </w:r>
      <w:r>
        <w:rPr>
          <w:b/>
          <w:bCs/>
        </w:rPr>
        <w:t xml:space="preserve">.</w:t>
      </w:r>
      <w:r>
        <w:br/>
      </w:r>
      <w:r>
        <w:t xml:space="preserve">    (a) any substance that tends to increase the flow of urine</w:t>
      </w:r>
      <w:r>
        <w:br/>
      </w:r>
      <w:r>
        <w:t xml:space="preserve">    (b) the process of asking a series of questions of someone</w:t>
      </w:r>
      <w:r>
        <w:br/>
      </w:r>
      <w:r>
        <w:t xml:space="preserve">    (c) an electronic component that acts like a one-way valve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Leamas developed them that night: one film contained as usual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minutes</w:t>
      </w:r>
      <w:r>
        <w:rPr>
          <w:b/>
          <w:bCs/>
        </w:rPr>
        <w:t xml:space="preserve"> </w:t>
      </w:r>
      <w:r>
        <w:rPr>
          <w:b/>
          <w:bCs/>
        </w:rPr>
        <w:t xml:space="preserve">of the Praesidium's last meeting;</w:t>
      </w:r>
      <w:r>
        <w:br/>
      </w:r>
      <w:r>
        <w:t xml:space="preserve">    (a) things not easily set on fire</w:t>
      </w:r>
      <w:r>
        <w:br/>
      </w:r>
      <w:r>
        <w:t xml:space="preserve">    (b) formal notes (from a meeting)</w:t>
      </w:r>
      <w:r>
        <w:br/>
      </w:r>
      <w:r>
        <w:t xml:space="preserve">    (c) results or predictable values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remembered, in the fevered condition of her mind, how, as a child, she had been horrified to learn that with every step she made, thousands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</w:t>
      </w:r>
      <w:r>
        <w:rPr>
          <w:b/>
          <w:bCs/>
        </w:rPr>
        <w:t xml:space="preserve"> </w:t>
      </w:r>
      <w:r>
        <w:rPr>
          <w:b/>
          <w:bCs/>
        </w:rPr>
        <w:t xml:space="preserve">creatures were destroyed beneath her foot; and now, whether she had lied or told the truth—or even, she was sure, had kept silent—she had been forced to destroy a human being; perhaps two, for was there not also the Jew, Fiedler, who had been gentle with her, taken her arm and told her to go back to England?</w:t>
      </w:r>
      <w:r>
        <w:br/>
      </w:r>
      <w:r>
        <w:t xml:space="preserve">    (a) awake</w:t>
      </w:r>
      <w:r>
        <w:br/>
      </w:r>
      <w:r>
        <w:t xml:space="preserve">    (b) tiny</w:t>
      </w:r>
      <w:r>
        <w:br/>
      </w:r>
      <w:r>
        <w:t xml:space="preserve">    (c) exact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I knew was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alias</w:t>
      </w:r>
      <w:r>
        <w:rPr>
          <w:b/>
          <w:bCs/>
        </w:rPr>
        <w:t xml:space="preserve">.</w:t>
      </w:r>
      <w:r>
        <w:br/>
      </w:r>
      <w:r>
        <w:t xml:space="preserve">    (a) alternative name</w:t>
      </w:r>
      <w:r>
        <w:br/>
      </w:r>
      <w:r>
        <w:t xml:space="preserve">    (b) risky investment</w:t>
      </w:r>
      <w:r>
        <w:br/>
      </w:r>
      <w:r>
        <w:t xml:space="preserve">    (c) chaotic disorder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Stalin said so—" he smiled drily, "it is not fashionable to quote Stalin—but he said once 'Half a million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liquidated</w:t>
      </w:r>
      <w:r>
        <w:rPr>
          <w:b/>
          <w:bCs/>
        </w:rPr>
        <w:t xml:space="preserve"> </w:t>
      </w:r>
      <w:r>
        <w:rPr>
          <w:b/>
          <w:bCs/>
        </w:rPr>
        <w:t xml:space="preserve">is a statistic, and one man killed in a traffic accident is a national tragedy.'</w:t>
      </w:r>
      <w:r>
        <w:br/>
      </w:r>
      <w:r>
        <w:t xml:space="preserve">    (a) (verb) showed, demonstrated, proved, or caused acceptance  OR  (adjective) proven, known, accepted/trusted/successful</w:t>
      </w:r>
      <w:r>
        <w:br/>
      </w:r>
      <w:r>
        <w:t xml:space="preserve">    (b) atoned (demonstrated sorrow for a wrong either by doing something good in return for the wrong, or by accepting punishment)</w:t>
      </w:r>
      <w:r>
        <w:br/>
      </w:r>
      <w:r>
        <w:t xml:space="preserve">    (c) To settle or dispose of something completely -- especially by selling assets or forcefully eliminating a person or 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occurred to me," Fiedler continued after a slight pause, "that you could still help us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</w:t>
      </w:r>
      <w:r>
        <w:rPr>
          <w:b/>
          <w:bCs/>
        </w:rPr>
        <w:t xml:space="preserve"> </w:t>
      </w:r>
      <w:r>
        <w:rPr>
          <w:b/>
          <w:bCs/>
        </w:rPr>
        <w:t xml:space="preserve">whether any of that money was ever drawn.</w:t>
      </w:r>
      <w:r>
        <w:br/>
      </w:r>
      <w:r>
        <w:t xml:space="preserve">    (a) show, determine, or understand</w:t>
      </w:r>
      <w:r>
        <w:br/>
      </w:r>
      <w:r>
        <w:t xml:space="preserve">    (b) take (power or responsibility)</w:t>
      </w:r>
      <w:r>
        <w:br/>
      </w:r>
      <w:r>
        <w:t xml:space="preserve">    (c) accept as true (without proof)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Still keeping Mundt's identity a close secret, they connived at Riemeck's enlistment and enabled indirect contact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established</w:t>
      </w:r>
      <w:r>
        <w:rPr>
          <w:b/>
          <w:bCs/>
        </w:rPr>
        <w:t xml:space="preserve"> </w:t>
      </w:r>
      <w:r>
        <w:rPr>
          <w:b/>
          <w:bCs/>
        </w:rPr>
        <w:t xml:space="preserve">between Mundt and the Berlin command.</w:t>
      </w:r>
      <w:r>
        <w:br/>
      </w:r>
      <w:r>
        <w:t xml:space="preserve">    (a) not having a relationship whereby a change in one thing helps predict a change in another</w:t>
      </w:r>
      <w:r>
        <w:br/>
      </w:r>
      <w:r>
        <w:t xml:space="preserve">    (b) persuaded someone to want something (often sex or love) by tempting with something desired</w:t>
      </w:r>
      <w:r>
        <w:br/>
      </w:r>
      <w:r>
        <w:t xml:space="preserve">    (c) created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is a grand opportunity for our comrades to profit from the experiences of a young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socialist</w:t>
      </w:r>
      <w:r>
        <w:rPr>
          <w:b/>
          <w:bCs/>
        </w:rPr>
        <w:t xml:space="preserve"> </w:t>
      </w:r>
      <w:r>
        <w:rPr>
          <w:b/>
          <w:bCs/>
        </w:rPr>
        <w:t xml:space="preserve">system.</w:t>
      </w:r>
      <w:r>
        <w:br/>
      </w:r>
      <w:r>
        <w:t xml:space="preserve">    (a) relating to the 20th century movement of artists and writers who used impossible or unlikely images to represent unconscious thoughts and dreams</w:t>
      </w:r>
      <w:r>
        <w:br/>
      </w:r>
      <w:r>
        <w:t xml:space="preserve">    (b) a person who wants an economic system based on government ownership or control of all important companies -- with the ideal of equal benefits to all people</w:t>
      </w:r>
      <w:r>
        <w:br/>
      </w:r>
      <w:r>
        <w:t xml:space="preserve">    (c) relating to an artistic movement pioneered by Pablo Picasso and Georges Braque that featured surfaces of geometrical planes to depict three-dimensional organic forms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Vainly he tried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discern</w:t>
      </w:r>
      <w:r>
        <w:rPr>
          <w:b/>
          <w:bCs/>
        </w:rPr>
        <w:t xml:space="preserve"> </w:t>
      </w:r>
      <w:r>
        <w:rPr>
          <w:b/>
          <w:bCs/>
        </w:rPr>
        <w:t xml:space="preserve">the figure that must be standing in the doorway, but there was no light</w:t>
      </w:r>
      <w:r>
        <w:br/>
      </w:r>
      <w:r>
        <w:t xml:space="preserve">    (a) made by taking on as one's own</w:t>
      </w:r>
      <w:r>
        <w:br/>
      </w:r>
      <w:r>
        <w:t xml:space="preserve">    (b) a sensible view of a situation</w:t>
      </w:r>
      <w:r>
        <w:br/>
      </w:r>
      <w:r>
        <w:t xml:space="preserve">    (c) see (something that is hard to see)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Nothing could more clearly demonstrate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impartiality</w:t>
      </w:r>
      <w:r>
        <w:rPr>
          <w:b/>
          <w:bCs/>
        </w:rPr>
        <w:t xml:space="preserve"> </w:t>
      </w:r>
      <w:r>
        <w:rPr>
          <w:b/>
          <w:bCs/>
        </w:rPr>
        <w:t xml:space="preserve">of Leamas than this: that he still refuses, for reasons I will explain, to believe that Mundt was a British agent.</w:t>
      </w:r>
      <w:r>
        <w:br/>
      </w:r>
      <w:r>
        <w:t xml:space="preserve">    (a) lack of favoritism or bias</w:t>
      </w:r>
      <w:r>
        <w:br/>
      </w:r>
      <w:r>
        <w:t xml:space="preserve">    (b) rain, snow, hail, or sleet</w:t>
      </w:r>
      <w:r>
        <w:br/>
      </w:r>
      <w:r>
        <w:t xml:space="preserve">    (c) requires (to do something)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the rumors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persisted</w:t>
      </w:r>
      <w:r>
        <w:rPr>
          <w:b/>
          <w:bCs/>
        </w:rPr>
        <w:t xml:space="preserve">.</w:t>
      </w:r>
      <w:r>
        <w:br/>
      </w:r>
      <w:r>
        <w:t xml:space="preserve">    (a) continued</w:t>
      </w:r>
      <w:r>
        <w:br/>
      </w:r>
      <w:r>
        <w:t xml:space="preserve">    (b) disagreed</w:t>
      </w:r>
      <w:r>
        <w:br/>
      </w:r>
      <w:r>
        <w:t xml:space="preserve">    (c) stuck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People's Prosecutor,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collaboration</w:t>
      </w:r>
      <w:r>
        <w:rPr>
          <w:b/>
          <w:bCs/>
        </w:rPr>
        <w:t xml:space="preserve"> </w:t>
      </w:r>
      <w:r>
        <w:rPr>
          <w:b/>
          <w:bCs/>
        </w:rPr>
        <w:t xml:space="preserve">with Comrade Mundt, will no doubt consider what action is to be taken against...</w:t>
      </w:r>
      <w:r>
        <w:br/>
      </w:r>
      <w:r>
        <w:t xml:space="preserve">    (a) result or predictable value</w:t>
      </w:r>
      <w:r>
        <w:br/>
      </w:r>
      <w:r>
        <w:t xml:space="preserve">    (b) the act of working together</w:t>
      </w:r>
      <w:r>
        <w:br/>
      </w:r>
      <w:r>
        <w:t xml:space="preserve">    (c) a long uninterrupted speech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cannot build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communism</w:t>
      </w:r>
      <w:r>
        <w:rPr>
          <w:b/>
          <w:bCs/>
        </w:rPr>
        <w:t xml:space="preserve"> </w:t>
      </w:r>
      <w:r>
        <w:rPr>
          <w:b/>
          <w:bCs/>
        </w:rPr>
        <w:t xml:space="preserve">without doing away with individualism.</w:t>
      </w:r>
      <w:r>
        <w:br/>
      </w:r>
      <w:r>
        <w:t xml:space="preserve">    (a) infectious disease characterized by inflammation of the tissues that surround the brain or spinal cord</w:t>
      </w:r>
      <w:r>
        <w:br/>
      </w:r>
      <w:r>
        <w:t xml:space="preserve">    (b) a will (written instructions expressing how somebody wants their property distributed after they die)</w:t>
      </w:r>
      <w:r>
        <w:br/>
      </w:r>
      <w:r>
        <w:t xml:space="preserve">    (c) an economic system that abolishes private ownership of property in a classless society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2026-07-31T16:17:34Z</dcterms:created>
  <dcterms:modified xsi:type="dcterms:W3CDTF">2026-07-31T16:17:34Z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