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86639043a5b324bb2abfeb4cca160a99667c98"/>
    <w:p>
      <w:pPr>
        <w:pStyle w:val="Heading1"/>
      </w:pPr>
      <w:r>
        <w:rPr>
          <w:b/>
          <w:bCs/>
        </w:rPr>
        <w:t xml:space="preserve">The Song Of Hiawatha</w:t>
      </w:r>
      <w:r>
        <w:br/>
      </w:r>
      <w:r>
        <w:rPr>
          <w:i/>
          <w:iCs/>
        </w:rPr>
        <w:t xml:space="preserve">Henry Wadsworth Longfellow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"All the wild-fowl sang them to him,</w:t>
      </w:r>
      <w:r>
        <w:br/>
      </w:r>
      <w:r>
        <w:rPr>
          <w:b/>
          <w:bCs/>
        </w:rPr>
        <w:t xml:space="preserve">In the moorlands and the fen-lands,</w:t>
      </w:r>
      <w:r>
        <w:br/>
      </w:r>
      <w:r>
        <w:rPr>
          <w:b/>
          <w:bCs/>
        </w:rPr>
        <w:t xml:space="preserve">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marshes;</w:t>
      </w:r>
      <w:r>
        <w:br/>
      </w:r>
      <w:r>
        <w:rPr>
          <w:b/>
          <w:bCs/>
        </w:rPr>
        <w:t xml:space="preserve">Chetowaik, the plover, sang them,</w:t>
      </w:r>
      <w:r>
        <w:br/>
      </w:r>
      <w:r>
        <w:rPr>
          <w:b/>
          <w:bCs/>
        </w:rPr>
        <w:t xml:space="preserve">Mahng, the loon, the wild-goose, Wawa,</w:t>
      </w:r>
      <w:r>
        <w:br/>
      </w:r>
      <w:r>
        <w:rPr>
          <w:b/>
          <w:bCs/>
        </w:rPr>
        <w:t xml:space="preserve">The blue heron, the Shuh-shuh-gah,</w:t>
      </w:r>
      <w:r>
        <w:br/>
      </w:r>
      <w:r>
        <w:rPr>
          <w:b/>
          <w:bCs/>
        </w:rPr>
        <w:t xml:space="preserve">And the grouse, the Mushkodasa!"</w:t>
      </w:r>
      <w:r>
        <w:br/>
      </w:r>
      <w:r>
        <w:t xml:space="preserve">    (a) a sad feeling or manner</w:t>
      </w:r>
      <w:r>
        <w:br/>
      </w:r>
      <w:r>
        <w:t xml:space="preserve">    (b) relating to the outside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Ye, who sometimes, in your rambles</w:t>
      </w:r>
      <w:r>
        <w:br/>
      </w:r>
      <w:r>
        <w:rPr>
          <w:b/>
          <w:bCs/>
        </w:rPr>
        <w:t xml:space="preserve">Through the green lanes of the country,</w:t>
      </w:r>
      <w:r>
        <w:br/>
      </w:r>
      <w:r>
        <w:rPr>
          <w:b/>
          <w:bCs/>
        </w:rPr>
        <w:t xml:space="preserve">Where the tangled barberry-bushes</w:t>
      </w:r>
      <w:r>
        <w:br/>
      </w:r>
      <w:r>
        <w:rPr>
          <w:b/>
          <w:bCs/>
        </w:rPr>
        <w:t xml:space="preserve">Hang their tufts of crimson berries</w:t>
      </w:r>
      <w:r>
        <w:br/>
      </w:r>
      <w:r>
        <w:rPr>
          <w:b/>
          <w:bCs/>
        </w:rPr>
        <w:t xml:space="preserve">Over stone walls gray with mosses,</w:t>
      </w:r>
      <w:r>
        <w:br/>
      </w:r>
      <w:r>
        <w:rPr>
          <w:b/>
          <w:bCs/>
        </w:rPr>
        <w:t xml:space="preserve">Pause by some neglected graveyard,</w:t>
      </w:r>
      <w:r>
        <w:br/>
      </w:r>
      <w:r>
        <w:rPr>
          <w:b/>
          <w:bCs/>
        </w:rPr>
        <w:t xml:space="preserve">For a while to muse,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</w:t>
      </w:r>
      <w:r>
        <w:br/>
      </w:r>
      <w:r>
        <w:rPr>
          <w:b/>
          <w:bCs/>
        </w:rPr>
        <w:t xml:space="preserve">On a half-effaced inscription,</w:t>
      </w:r>
      <w:r>
        <w:br/>
      </w:r>
      <w:r>
        <w:rPr>
          <w:b/>
          <w:bCs/>
        </w:rPr>
        <w:t xml:space="preserve">Written with little skill of song-craft,</w:t>
      </w:r>
      <w:r>
        <w:br/>
      </w:r>
      <w:r>
        <w:rPr>
          <w:b/>
          <w:bCs/>
        </w:rPr>
        <w:t xml:space="preserve">Homely phrases, but each letter</w:t>
      </w:r>
      <w:r>
        <w:br/>
      </w:r>
      <w:r>
        <w:rPr>
          <w:b/>
          <w:bCs/>
        </w:rPr>
        <w:t xml:space="preserve">Full of hope and yet of heart-break,</w:t>
      </w:r>
      <w:r>
        <w:br/>
      </w:r>
      <w:r>
        <w:rPr>
          <w:b/>
          <w:bCs/>
        </w:rPr>
        <w:t xml:space="preserve">Full of all the tender pathos</w:t>
      </w:r>
      <w:r>
        <w:br/>
      </w:r>
      <w:r>
        <w:rPr>
          <w:b/>
          <w:bCs/>
        </w:rPr>
        <w:t xml:space="preserve">Of the Here and the Hereafter;</w:t>
      </w:r>
      <w:r>
        <w:br/>
      </w:r>
      <w:r>
        <w:rPr>
          <w:b/>
          <w:bCs/>
        </w:rPr>
        <w:t xml:space="preserve">Stay and read this rude inscription,</w:t>
      </w:r>
      <w:r>
        <w:br/>
      </w:r>
      <w:r>
        <w:rPr>
          <w:b/>
          <w:bCs/>
        </w:rPr>
        <w:t xml:space="preserve">Read this Song of Hiawatha!</w:t>
      </w:r>
      <w:r>
        <w:br/>
      </w:r>
      <w:r>
        <w:t xml:space="preserve">    (a) fulfill one's highest potential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smoke rose slowly, slowly,</w:t>
      </w:r>
      <w:r>
        <w:br/>
      </w:r>
      <w:r>
        <w:rPr>
          <w:b/>
          <w:bCs/>
        </w:rPr>
        <w:t xml:space="preserve">Through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tranquil</w:t>
      </w:r>
      <w:r>
        <w:rPr>
          <w:b/>
          <w:bCs/>
        </w:rPr>
        <w:t xml:space="preserve"> </w:t>
      </w:r>
      <w:r>
        <w:rPr>
          <w:b/>
          <w:bCs/>
        </w:rPr>
        <w:t xml:space="preserve">air of morning,</w:t>
      </w:r>
      <w:r>
        <w:br/>
      </w:r>
      <w:r>
        <w:rPr>
          <w:b/>
          <w:bCs/>
        </w:rPr>
        <w:t xml:space="preserve">First a single line of darkness,</w:t>
      </w:r>
      <w:r>
        <w:br/>
      </w:r>
      <w:r>
        <w:rPr>
          <w:b/>
          <w:bCs/>
        </w:rPr>
        <w:t xml:space="preserve">Then a denser, bluer vapor,</w:t>
      </w:r>
      <w:r>
        <w:br/>
      </w:r>
      <w:r>
        <w:rPr>
          <w:b/>
          <w:bCs/>
        </w:rPr>
        <w:t xml:space="preserve">Then a snow-white cloud unfolding,</w:t>
      </w:r>
      <w:r>
        <w:br/>
      </w:r>
      <w:r>
        <w:rPr>
          <w:b/>
          <w:bCs/>
        </w:rPr>
        <w:t xml:space="preserve">Like the tree-tops of the forest,</w:t>
      </w:r>
      <w:r>
        <w:br/>
      </w:r>
      <w:r>
        <w:rPr>
          <w:b/>
          <w:bCs/>
        </w:rPr>
        <w:t xml:space="preserve">Ever rising, rising, rising,</w:t>
      </w:r>
      <w:r>
        <w:br/>
      </w:r>
      <w:r>
        <w:rPr>
          <w:b/>
          <w:bCs/>
        </w:rPr>
        <w:t xml:space="preserve">Till it touched the top of heaven,</w:t>
      </w:r>
      <w:r>
        <w:br/>
      </w:r>
      <w:r>
        <w:rPr>
          <w:b/>
          <w:bCs/>
        </w:rPr>
        <w:t xml:space="preserve">Till it broke against the heaven,</w:t>
      </w:r>
      <w:r>
        <w:br/>
      </w:r>
      <w:r>
        <w:rPr>
          <w:b/>
          <w:bCs/>
        </w:rPr>
        <w:t xml:space="preserve">And rolled outward all around it.</w:t>
      </w:r>
      <w:r>
        <w:br/>
      </w:r>
      <w:r>
        <w:t xml:space="preserve">    (a) calm and undisturbed</w:t>
      </w:r>
      <w:r>
        <w:br/>
      </w:r>
      <w:r>
        <w:t xml:space="preserve">    (b) sensible and careful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signal of the Peace-Pipe,</w:t>
      </w:r>
      <w:r>
        <w:br/>
      </w:r>
      <w:r>
        <w:rPr>
          <w:b/>
          <w:bCs/>
        </w:rPr>
        <w:t xml:space="preserve">Bending like a wand of willow,</w:t>
      </w:r>
      <w:r>
        <w:br/>
      </w:r>
      <w:r>
        <w:rPr>
          <w:b/>
          <w:bCs/>
        </w:rPr>
        <w:t xml:space="preserve">Waving like a hand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beckons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Gitche Manito, the mighty,</w:t>
      </w:r>
      <w:r>
        <w:br/>
      </w:r>
      <w:r>
        <w:rPr>
          <w:b/>
          <w:bCs/>
        </w:rPr>
        <w:t xml:space="preserve">Calls the tribes of men together,</w:t>
      </w:r>
      <w:r>
        <w:br/>
      </w:r>
      <w:r>
        <w:rPr>
          <w:b/>
          <w:bCs/>
        </w:rPr>
        <w:t xml:space="preserve">Calls the warriors to his council!</w:t>
      </w:r>
      <w:r>
        <w:br/>
      </w:r>
      <w:r>
        <w:t xml:space="preserve">    (a) spends time with; or the people with whom someone spends much time</w:t>
      </w:r>
      <w:r>
        <w:br/>
      </w:r>
      <w:r>
        <w:t xml:space="preserve">    (b) surprises -- often so much that one doesn't know what to say or do</w:t>
      </w:r>
      <w:r>
        <w:br/>
      </w:r>
      <w:r>
        <w:t xml:space="preserve">    (c) calls -- typically to come nearer by using a hand gesture or a nod</w:t>
      </w:r>
    </w:p>
    <w:p>
      <w:pPr>
        <w:pStyle w:val="Compact"/>
        <w:numPr>
          <w:ilvl w:val="0"/>
          <w:numId w:val="1001"/>
        </w:numPr>
      </w:pPr>
      <w:r>
        <w:br/>
      </w:r>
      <w:r>
        <w:rPr>
          <w:b/>
          <w:bCs/>
        </w:rPr>
        <w:t xml:space="preserve">In their faces stern defiance,</w:t>
      </w:r>
      <w:r>
        <w:br/>
      </w:r>
      <w:r>
        <w:rPr>
          <w:b/>
          <w:bCs/>
        </w:rPr>
        <w:t xml:space="preserve">In their hearts the feuds of ages,</w:t>
      </w:r>
      <w:r>
        <w:br/>
      </w:r>
      <w:r>
        <w:rPr>
          <w:b/>
          <w:bCs/>
        </w:rPr>
        <w:t xml:space="preserve">The hereditary hatred,</w:t>
      </w:r>
      <w:r>
        <w:br/>
      </w:r>
      <w:r>
        <w:rPr>
          <w:b/>
          <w:bCs/>
        </w:rPr>
        <w:t xml:space="preserve">The ancestral thirst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.</w:t>
      </w:r>
      <w:r>
        <w:br/>
      </w:r>
      <w:r>
        <w:t xml:space="preserve">    (a) something made from parts</w:t>
      </w:r>
      <w:r>
        <w:br/>
      </w:r>
      <w:r>
        <w:t xml:space="preserve">    (b) the act of taking revenge</w:t>
      </w:r>
      <w:r>
        <w:br/>
      </w:r>
      <w:r>
        <w:t xml:space="preserve">    (c) something that stands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Gitche Manito, the mighty,</w:t>
      </w:r>
      <w:r>
        <w:br/>
      </w:r>
      <w:r>
        <w:rPr>
          <w:b/>
          <w:bCs/>
        </w:rPr>
        <w:t xml:space="preserve">The creator of the nations,</w:t>
      </w:r>
      <w:r>
        <w:br/>
      </w:r>
      <w:r>
        <w:rPr>
          <w:b/>
          <w:bCs/>
        </w:rPr>
        <w:t xml:space="preserve">Looked upon them with compassion,</w:t>
      </w:r>
      <w:r>
        <w:br/>
      </w:r>
      <w:r>
        <w:rPr>
          <w:b/>
          <w:bCs/>
        </w:rPr>
        <w:t xml:space="preserve">With paternal love and pity;</w:t>
      </w:r>
      <w:r>
        <w:br/>
      </w:r>
      <w:r>
        <w:rPr>
          <w:b/>
          <w:bCs/>
        </w:rPr>
        <w:t xml:space="preserve">Looked upon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and wrangling</w:t>
      </w:r>
      <w:r>
        <w:br/>
      </w:r>
      <w:r>
        <w:rPr>
          <w:b/>
          <w:bCs/>
        </w:rPr>
        <w:t xml:space="preserve">But as quarrels among children,</w:t>
      </w:r>
      <w:r>
        <w:br/>
      </w:r>
      <w:r>
        <w:rPr>
          <w:b/>
          <w:bCs/>
        </w:rPr>
        <w:t xml:space="preserve">But as feuds and fights of children!</w:t>
      </w:r>
      <w:r>
        <w:br/>
      </w:r>
      <w:r>
        <w:t xml:space="preserve">    (a) use of reason</w:t>
      </w:r>
      <w:r>
        <w:br/>
      </w:r>
      <w:r>
        <w:t xml:space="preserve">    (b) extreme anger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heeded</w:t>
      </w:r>
      <w:r>
        <w:rPr>
          <w:b/>
          <w:bCs/>
        </w:rPr>
        <w:t xml:space="preserve"> </w:t>
      </w:r>
      <w:r>
        <w:rPr>
          <w:b/>
          <w:bCs/>
        </w:rPr>
        <w:t xml:space="preserve">not the warning,</w:t>
      </w:r>
      <w:r>
        <w:br/>
      </w:r>
      <w:r>
        <w:rPr>
          <w:b/>
          <w:bCs/>
        </w:rPr>
        <w:t xml:space="preserve">Heeded not those words of wisdom,</w:t>
      </w:r>
      <w:r>
        <w:br/>
      </w:r>
      <w:r>
        <w:rPr>
          <w:b/>
          <w:bCs/>
        </w:rPr>
        <w:t xml:space="preserve">And the West-Wind came at evening,</w:t>
      </w:r>
      <w:r>
        <w:br/>
      </w:r>
      <w:r>
        <w:rPr>
          <w:b/>
          <w:bCs/>
        </w:rPr>
        <w:t xml:space="preserve">Walking lightly o'er the prairie,</w:t>
      </w:r>
      <w:r>
        <w:br/>
      </w:r>
      <w:r>
        <w:rPr>
          <w:b/>
          <w:bCs/>
        </w:rPr>
        <w:t xml:space="preserve">Whispering to the leaves and blossoms,</w:t>
      </w:r>
      <w:r>
        <w:br/>
      </w:r>
      <w:r>
        <w:rPr>
          <w:b/>
          <w:bCs/>
        </w:rPr>
        <w:t xml:space="preserve">Bending low the flowers and grasses,</w:t>
      </w:r>
      <w:r>
        <w:br/>
      </w:r>
      <w:r>
        <w:rPr>
          <w:b/>
          <w:bCs/>
        </w:rPr>
        <w:t xml:space="preserve">Found the beautiful Wenonah,</w:t>
      </w:r>
      <w:r>
        <w:br/>
      </w:r>
      <w:r>
        <w:rPr>
          <w:b/>
          <w:bCs/>
        </w:rPr>
        <w:t xml:space="preserve">Lying there among the lilies,</w:t>
      </w:r>
      <w:r>
        <w:br/>
      </w:r>
      <w:r>
        <w:rPr>
          <w:b/>
          <w:bCs/>
        </w:rPr>
        <w:t xml:space="preserve">Wooed her with his words of sweetness,</w:t>
      </w:r>
      <w:r>
        <w:br/>
      </w:r>
      <w:r>
        <w:rPr>
          <w:b/>
          <w:bCs/>
        </w:rPr>
        <w:t xml:space="preserve">Wooed her with his soft caresses,</w:t>
      </w:r>
      <w:r>
        <w:br/>
      </w:r>
      <w:r>
        <w:rPr>
          <w:b/>
          <w:bCs/>
        </w:rPr>
        <w:t xml:space="preserve">Till she bore a son in sorrow,</w:t>
      </w:r>
      <w:r>
        <w:br/>
      </w:r>
      <w:r>
        <w:rPr>
          <w:b/>
          <w:bCs/>
        </w:rPr>
        <w:t xml:space="preserve">Bore a son of love and sorrow.</w:t>
      </w:r>
      <w:r>
        <w:br/>
      </w:r>
      <w:r>
        <w:t xml:space="preserve">    (a) supported by providing money or other economic aid</w:t>
      </w:r>
      <w:r>
        <w:br/>
      </w:r>
      <w:r>
        <w:t xml:space="preserve">    (b) prepared food in a way that keeps it from spoiling</w:t>
      </w:r>
      <w:r>
        <w:br/>
      </w:r>
      <w:r>
        <w:t xml:space="preserve">    (c) paid close attention to; or did what was suggested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Patiently sat Hiawatha,</w:t>
      </w:r>
      <w:r>
        <w:br/>
      </w:r>
      <w:r>
        <w:rPr>
          <w:b/>
          <w:bCs/>
        </w:rPr>
        <w:t xml:space="preserve">Listening to his father's boasting;</w:t>
      </w:r>
      <w:r>
        <w:br/>
      </w:r>
      <w:r>
        <w:rPr>
          <w:b/>
          <w:bCs/>
        </w:rPr>
        <w:t xml:space="preserve">With a smile he sat and listened,</w:t>
      </w:r>
      <w:r>
        <w:br/>
      </w:r>
      <w:r>
        <w:rPr>
          <w:b/>
          <w:bCs/>
          <w:u w:val="single"/>
        </w:rPr>
        <w:t xml:space="preserve">Uttered</w:t>
      </w:r>
      <w:r>
        <w:rPr>
          <w:b/>
          <w:bCs/>
        </w:rPr>
        <w:t xml:space="preserve"> </w:t>
      </w:r>
      <w:r>
        <w:rPr>
          <w:b/>
          <w:bCs/>
        </w:rPr>
        <w:t xml:space="preserve">neither threat nor menace,</w:t>
      </w:r>
      <w:r>
        <w:br/>
      </w:r>
      <w:r>
        <w:rPr>
          <w:b/>
          <w:bCs/>
        </w:rPr>
        <w:t xml:space="preserve">Neither word nor look betrayed him,</w:t>
      </w:r>
      <w:r>
        <w:br/>
      </w:r>
      <w:r>
        <w:rPr>
          <w:b/>
          <w:bCs/>
        </w:rPr>
        <w:t xml:space="preserve">But his heart was hot within him,</w:t>
      </w:r>
      <w:r>
        <w:br/>
      </w:r>
      <w:r>
        <w:rPr>
          <w:b/>
          <w:bCs/>
        </w:rPr>
        <w:t xml:space="preserve">Like a living coal his heart was.</w:t>
      </w:r>
      <w:r>
        <w:br/>
      </w:r>
      <w:r>
        <w:t xml:space="preserve">    (a) genetically changed through evolution</w:t>
      </w:r>
      <w:r>
        <w:br/>
      </w:r>
      <w:r>
        <w:t xml:space="preserve">    (b) said (or make a sound) with the voice</w:t>
      </w:r>
      <w:r>
        <w:br/>
      </w:r>
      <w:r>
        <w:t xml:space="preserve">    (c) controlled (how something turned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ruler of the West-Wind</w:t>
      </w:r>
      <w:r>
        <w:br/>
      </w:r>
      <w:r>
        <w:rPr>
          <w:b/>
          <w:bCs/>
        </w:rPr>
        <w:t xml:space="preserve">Blew the fragments backward from him,</w:t>
      </w:r>
      <w:r>
        <w:br/>
      </w:r>
      <w:r>
        <w:rPr>
          <w:b/>
          <w:bCs/>
        </w:rPr>
        <w:t xml:space="preserve">With the breathing of his nostrils,</w:t>
      </w:r>
      <w:r>
        <w:br/>
      </w:r>
      <w:r>
        <w:rPr>
          <w:b/>
          <w:bCs/>
        </w:rPr>
        <w:t xml:space="preserve">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</w:t>
      </w:r>
      <w:r>
        <w:rPr>
          <w:b/>
          <w:bCs/>
        </w:rPr>
        <w:t xml:space="preserve"> </w:t>
      </w:r>
      <w:r>
        <w:rPr>
          <w:b/>
          <w:bCs/>
        </w:rPr>
        <w:t xml:space="preserve">of his anger,</w:t>
      </w:r>
      <w:r>
        <w:br/>
      </w:r>
      <w:r>
        <w:rPr>
          <w:b/>
          <w:bCs/>
        </w:rPr>
        <w:t xml:space="preserve">Blew them back at his assailant;</w:t>
      </w:r>
      <w:r>
        <w:br/>
      </w:r>
      <w:r>
        <w:rPr>
          <w:b/>
          <w:bCs/>
        </w:rPr>
        <w:t xml:space="preserve">Seized the bulrush, the Apukwa,</w:t>
      </w:r>
      <w:r>
        <w:br/>
      </w:r>
      <w:r>
        <w:rPr>
          <w:b/>
          <w:bCs/>
        </w:rPr>
        <w:t xml:space="preserve">Dragged it with its roots and fibres</w:t>
      </w:r>
      <w:r>
        <w:br/>
      </w:r>
      <w:r>
        <w:rPr>
          <w:b/>
          <w:bCs/>
        </w:rPr>
        <w:t xml:space="preserve">From the margin of the meadow,</w:t>
      </w:r>
      <w:r>
        <w:br/>
      </w:r>
      <w:r>
        <w:rPr>
          <w:b/>
          <w:bCs/>
        </w:rPr>
        <w:t xml:space="preserve">From its ooze the giant bulrush;</w:t>
      </w:r>
      <w:r>
        <w:br/>
      </w:r>
      <w:r>
        <w:rPr>
          <w:b/>
          <w:bCs/>
        </w:rPr>
        <w:t xml:space="preserve">Long and loud laughed Hiawatha!</w:t>
      </w:r>
      <w:r>
        <w:br/>
      </w:r>
      <w:r>
        <w:t xml:space="preserve">    (a) to dominate harshly and unfairly  OR  to deny equal rights to others or make them suffer</w:t>
      </w:r>
      <w:r>
        <w:br/>
      </w:r>
      <w:r>
        <w:t xml:space="preserve">    (b) a long and determined effort for a cause that is passionately believed to be important</w:t>
      </w:r>
      <w:r>
        <w:br/>
      </w:r>
      <w:r>
        <w:t xml:space="preserve">    (c) a violent commotion or disturbance -- especially a violent storm or emotional outburst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they wrestled there together</w:t>
      </w:r>
      <w:r>
        <w:br/>
      </w:r>
      <w:r>
        <w:rPr>
          <w:b/>
          <w:bCs/>
        </w:rPr>
        <w:t xml:space="preserve">In the glory of the sunset,</w:t>
      </w:r>
      <w:r>
        <w:br/>
      </w:r>
      <w:r>
        <w:rPr>
          <w:b/>
          <w:bCs/>
        </w:rPr>
        <w:t xml:space="preserve">And the more they strove and struggled,</w:t>
      </w:r>
      <w:r>
        <w:br/>
      </w:r>
      <w:r>
        <w:rPr>
          <w:b/>
          <w:bCs/>
        </w:rPr>
        <w:t xml:space="preserve">Stronger still grew Hiawatha;</w:t>
      </w:r>
      <w:r>
        <w:br/>
      </w:r>
      <w:r>
        <w:rPr>
          <w:b/>
          <w:bCs/>
        </w:rPr>
        <w:t xml:space="preserve">Till the darkness fell around them,</w:t>
      </w:r>
      <w:r>
        <w:br/>
      </w:r>
      <w:r>
        <w:rPr>
          <w:b/>
          <w:bCs/>
        </w:rPr>
        <w:t xml:space="preserve">And the heron, the Shuh-shuh-gah,</w:t>
      </w:r>
      <w:r>
        <w:br/>
      </w:r>
      <w:r>
        <w:rPr>
          <w:b/>
          <w:bCs/>
        </w:rPr>
        <w:t xml:space="preserve">From her nest among the pine-trees,</w:t>
      </w:r>
      <w:r>
        <w:br/>
      </w:r>
      <w:r>
        <w:rPr>
          <w:b/>
          <w:bCs/>
        </w:rPr>
        <w:t xml:space="preserve">Gave a cry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lamentation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Gave a scream of pain and famine.</w:t>
      </w:r>
      <w:r>
        <w:br/>
      </w:r>
      <w:r>
        <w:t xml:space="preserve">    (a) passionate expression of grief or sorrow</w:t>
      </w:r>
      <w:r>
        <w:br/>
      </w:r>
      <w:r>
        <w:t xml:space="preserve">    (b) a range of things between two boundaries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morrow and the next day,</w:t>
      </w:r>
      <w:r>
        <w:br/>
      </w:r>
      <w:r>
        <w:rPr>
          <w:b/>
          <w:bCs/>
        </w:rPr>
        <w:t xml:space="preserve">When the sun through heaven descending,</w:t>
      </w:r>
      <w:r>
        <w:br/>
      </w:r>
      <w:r>
        <w:rPr>
          <w:b/>
          <w:bCs/>
        </w:rPr>
        <w:t xml:space="preserve">Like a red and burning cinder</w:t>
      </w:r>
      <w:r>
        <w:br/>
      </w:r>
      <w:r>
        <w:rPr>
          <w:b/>
          <w:bCs/>
        </w:rPr>
        <w:t xml:space="preserve">From the hearth of the Great Spirit,</w:t>
      </w:r>
      <w:r>
        <w:br/>
      </w:r>
      <w:r>
        <w:rPr>
          <w:b/>
          <w:bCs/>
        </w:rPr>
        <w:t xml:space="preserve">Fell into the western waters,</w:t>
      </w:r>
      <w:r>
        <w:br/>
      </w:r>
      <w:r>
        <w:rPr>
          <w:b/>
          <w:bCs/>
        </w:rPr>
        <w:t xml:space="preserve">Came Mondamin for the trial,</w:t>
      </w:r>
      <w:r>
        <w:br/>
      </w:r>
      <w:r>
        <w:rPr>
          <w:b/>
          <w:bCs/>
        </w:rPr>
        <w:t xml:space="preserve">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 </w:t>
      </w:r>
      <w:r>
        <w:rPr>
          <w:b/>
          <w:bCs/>
        </w:rPr>
        <w:t xml:space="preserve">with Hiawatha;</w:t>
      </w:r>
      <w:r>
        <w:br/>
      </w:r>
      <w:r>
        <w:rPr>
          <w:b/>
          <w:bCs/>
        </w:rPr>
        <w:t xml:space="preserve">Came as silent as the dew comes,</w:t>
      </w:r>
      <w:r>
        <w:br/>
      </w:r>
      <w:r>
        <w:rPr>
          <w:b/>
          <w:bCs/>
        </w:rPr>
        <w:t xml:space="preserve">From the empty air appearing,</w:t>
      </w:r>
      <w:r>
        <w:br/>
      </w:r>
      <w:r>
        <w:rPr>
          <w:b/>
          <w:bCs/>
        </w:rPr>
        <w:t xml:space="preserve">Into empty air returning,</w:t>
      </w:r>
      <w:r>
        <w:br/>
      </w:r>
      <w:r>
        <w:rPr>
          <w:b/>
          <w:bCs/>
        </w:rPr>
        <w:t xml:space="preserve">Taking shape when earth it touches,</w:t>
      </w:r>
      <w:r>
        <w:br/>
      </w:r>
      <w:r>
        <w:rPr>
          <w:b/>
          <w:bCs/>
        </w:rPr>
        <w:t xml:space="preserve">But invisible to all men</w:t>
      </w:r>
      <w:r>
        <w:br/>
      </w:r>
      <w:r>
        <w:rPr>
          <w:b/>
          <w:bCs/>
        </w:rPr>
        <w:t xml:space="preserve">In its coming and its going.</w:t>
      </w:r>
      <w:r>
        <w:br/>
      </w:r>
      <w:r>
        <w:t xml:space="preserve">    (a) violent conflict or angry disagreement</w:t>
      </w:r>
      <w:r>
        <w:br/>
      </w:r>
      <w:r>
        <w:t xml:space="preserve">    (b) thing that affects a result or outcome</w:t>
      </w:r>
      <w:r>
        <w:br/>
      </w:r>
      <w:r>
        <w:t xml:space="preserve">    (c) job, reservation, booking, or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Forth upon the Gitche Gumee,</w:t>
      </w:r>
      <w:r>
        <w:br/>
      </w:r>
      <w:r>
        <w:rPr>
          <w:b/>
          <w:bCs/>
        </w:rPr>
        <w:t xml:space="preserve">On the shining Big-Sea-Water,</w:t>
      </w:r>
      <w:r>
        <w:br/>
      </w:r>
      <w:r>
        <w:rPr>
          <w:b/>
          <w:bCs/>
        </w:rPr>
        <w:t xml:space="preserve">With his fishing-line of cedar,</w:t>
      </w:r>
      <w:r>
        <w:br/>
      </w:r>
      <w:r>
        <w:rPr>
          <w:b/>
          <w:bCs/>
        </w:rPr>
        <w:t xml:space="preserve">Of the twisted bark of cedar,</w:t>
      </w:r>
      <w:r>
        <w:br/>
      </w:r>
      <w:r>
        <w:rPr>
          <w:b/>
          <w:bCs/>
        </w:rPr>
        <w:t xml:space="preserve">Forth to catch the sturgeon Nahma,</w:t>
      </w:r>
      <w:r>
        <w:br/>
      </w:r>
      <w:r>
        <w:rPr>
          <w:b/>
          <w:bCs/>
        </w:rPr>
        <w:t xml:space="preserve">Mishe-Nahma, King of Fishes,</w:t>
      </w:r>
      <w:r>
        <w:br/>
      </w:r>
      <w:r>
        <w:rPr>
          <w:b/>
          <w:bCs/>
        </w:rPr>
        <w:t xml:space="preserve">In his birch canoe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exulting</w:t>
      </w:r>
      <w:r>
        <w:br/>
      </w:r>
      <w:r>
        <w:rPr>
          <w:b/>
          <w:bCs/>
        </w:rPr>
        <w:t xml:space="preserve">All alone went Hiawatha.</w:t>
      </w:r>
      <w:r>
        <w:br/>
      </w:r>
      <w:r>
        <w:t xml:space="preserve">    (a) moving out of an interacting position; or stopping</w:t>
      </w:r>
      <w:r>
        <w:br/>
      </w:r>
      <w:r>
        <w:t xml:space="preserve">    (b) feeling or expressing extreme happiness or elation</w:t>
      </w:r>
      <w:r>
        <w:br/>
      </w:r>
      <w:r>
        <w:t xml:space="preserve">    (c) canceling or annulling a formal ruling or contract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Quiet lay the sturgeon, Nahma,</w:t>
      </w:r>
      <w:r>
        <w:br/>
      </w:r>
      <w:r>
        <w:rPr>
          <w:b/>
          <w:bCs/>
        </w:rPr>
        <w:t xml:space="preserve">Fanning slowly in the water,</w:t>
      </w:r>
      <w:r>
        <w:br/>
      </w:r>
      <w:r>
        <w:rPr>
          <w:b/>
          <w:bCs/>
        </w:rPr>
        <w:t xml:space="preserve">Looking up at Hiawatha,</w:t>
      </w:r>
      <w:r>
        <w:br/>
      </w:r>
      <w:r>
        <w:rPr>
          <w:b/>
          <w:bCs/>
        </w:rPr>
        <w:t xml:space="preserve">Listening to his call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clamor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His unnecessary tumult,</w:t>
      </w:r>
      <w:r>
        <w:br/>
      </w:r>
      <w:r>
        <w:rPr>
          <w:b/>
          <w:bCs/>
        </w:rPr>
        <w:t xml:space="preserve">Till he wearied of the shouting;</w:t>
      </w:r>
      <w:r>
        <w:br/>
      </w:r>
      <w:r>
        <w:rPr>
          <w:b/>
          <w:bCs/>
        </w:rPr>
        <w:t xml:space="preserve">And he said to the Kenozha,</w:t>
      </w:r>
      <w:r>
        <w:br/>
      </w:r>
      <w:r>
        <w:rPr>
          <w:b/>
          <w:bCs/>
        </w:rPr>
        <w:t xml:space="preserve">To the pike, the Maskenozha,</w:t>
      </w:r>
      <w:r>
        <w:br/>
      </w:r>
      <w:r>
        <w:rPr>
          <w:b/>
          <w:bCs/>
        </w:rPr>
        <w:t xml:space="preserve">"Take the bait of this rude fellow,</w:t>
      </w:r>
      <w:r>
        <w:br/>
      </w:r>
      <w:r>
        <w:rPr>
          <w:b/>
          <w:bCs/>
        </w:rPr>
        <w:t xml:space="preserve">Break the line of Hiawatha!"</w:t>
      </w:r>
      <w:r>
        <w:br/>
      </w:r>
      <w:r>
        <w:t xml:space="preserve">    (a) loud noise and/or persistent demands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dissuading</w:t>
      </w:r>
      <w:r>
        <w:rPr>
          <w:b/>
          <w:bCs/>
        </w:rPr>
        <w:t xml:space="preserve"> </w:t>
      </w:r>
      <w:r>
        <w:rPr>
          <w:b/>
          <w:bCs/>
        </w:rPr>
        <w:t xml:space="preserve">spake Nokomis,</w:t>
      </w:r>
      <w:r>
        <w:br/>
      </w:r>
      <w:r>
        <w:rPr>
          <w:b/>
          <w:bCs/>
        </w:rPr>
        <w:t xml:space="preserve">And my Hiawatha answered</w:t>
      </w:r>
      <w:r>
        <w:br/>
      </w:r>
      <w:r>
        <w:rPr>
          <w:b/>
          <w:bCs/>
        </w:rPr>
        <w:t xml:space="preserve">Only this: "Dear old Nokomis,</w:t>
      </w:r>
      <w:r>
        <w:br/>
      </w:r>
      <w:r>
        <w:rPr>
          <w:b/>
          <w:bCs/>
        </w:rPr>
        <w:t xml:space="preserve">Very pleasant is the firelight,</w:t>
      </w:r>
      <w:r>
        <w:br/>
      </w:r>
      <w:r>
        <w:rPr>
          <w:b/>
          <w:bCs/>
        </w:rPr>
        <w:t xml:space="preserve">But I like the starlight better,</w:t>
      </w:r>
      <w:r>
        <w:br/>
      </w:r>
      <w:r>
        <w:rPr>
          <w:b/>
          <w:bCs/>
        </w:rPr>
        <w:t xml:space="preserve">Better do I like the moonlight!"</w:t>
      </w:r>
      <w:r>
        <w:br/>
      </w:r>
      <w:r>
        <w:t xml:space="preserve">    (a) requiring (obligating) to do something</w:t>
      </w:r>
      <w:r>
        <w:br/>
      </w:r>
      <w:r>
        <w:t xml:space="preserve">    (b) making strips of hair lighter in color</w:t>
      </w:r>
      <w:r>
        <w:br/>
      </w:r>
      <w:r>
        <w:t xml:space="preserve">    (c) persuading someone not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departed Hiawatha</w:t>
      </w:r>
      <w:r>
        <w:br/>
      </w:r>
      <w:r>
        <w:rPr>
          <w:b/>
          <w:bCs/>
        </w:rPr>
        <w:t xml:space="preserve">To the land of the Dacotahs,</w:t>
      </w:r>
      <w:r>
        <w:br/>
      </w:r>
      <w:r>
        <w:rPr>
          <w:b/>
          <w:bCs/>
        </w:rPr>
        <w:t xml:space="preserve">To the land of handsome women;</w:t>
      </w:r>
      <w:r>
        <w:br/>
      </w:r>
      <w:r>
        <w:rPr>
          <w:b/>
          <w:bCs/>
        </w:rPr>
        <w:t xml:space="preserve">Striding over moor and meadow,</w:t>
      </w:r>
      <w:r>
        <w:br/>
      </w:r>
      <w:r>
        <w:rPr>
          <w:b/>
          <w:bCs/>
        </w:rPr>
        <w:t xml:space="preserve">Through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interminable</w:t>
      </w:r>
      <w:r>
        <w:rPr>
          <w:b/>
          <w:bCs/>
        </w:rPr>
        <w:t xml:space="preserve"> </w:t>
      </w:r>
      <w:r>
        <w:rPr>
          <w:b/>
          <w:bCs/>
        </w:rPr>
        <w:t xml:space="preserve">forests,</w:t>
      </w:r>
      <w:r>
        <w:br/>
      </w:r>
      <w:r>
        <w:rPr>
          <w:b/>
          <w:bCs/>
        </w:rPr>
        <w:t xml:space="preserve">Through uninterrupted silence.</w:t>
      </w:r>
      <w:r>
        <w:br/>
      </w:r>
      <w:r>
        <w:t xml:space="preserve">    (a) full of anger or unhappiness at having to accept something not liked</w:t>
      </w:r>
      <w:r>
        <w:br/>
      </w:r>
      <w:r>
        <w:t xml:space="preserve">    (b) relating to expert judgement of what is good and bad about something</w:t>
      </w:r>
      <w:r>
        <w:br/>
      </w:r>
      <w:r>
        <w:t xml:space="preserve">    (c) seemingly endless; or long and unpleasant (often boring or annoying)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was the feast Nokomis</w:t>
      </w:r>
      <w:r>
        <w:br/>
      </w:r>
      <w:r>
        <w:rPr>
          <w:b/>
          <w:bCs/>
        </w:rPr>
        <w:t xml:space="preserve">Made at Hiawatha's wedding;</w:t>
      </w:r>
      <w:r>
        <w:br/>
      </w:r>
      <w:r>
        <w:rPr>
          <w:b/>
          <w:bCs/>
        </w:rPr>
        <w:t xml:space="preserve">All the bowls were made of bass-wood,</w:t>
      </w:r>
      <w:r>
        <w:br/>
      </w:r>
      <w:r>
        <w:rPr>
          <w:b/>
          <w:bCs/>
        </w:rPr>
        <w:t xml:space="preserve">White and polished very smoothly,</w:t>
      </w:r>
      <w:r>
        <w:br/>
      </w:r>
      <w:r>
        <w:rPr>
          <w:b/>
          <w:bCs/>
        </w:rPr>
        <w:t xml:space="preserve">All the spoons of horn of bison,</w:t>
      </w:r>
      <w:r>
        <w:br/>
      </w:r>
      <w:r>
        <w:rPr>
          <w:b/>
          <w:bCs/>
        </w:rPr>
        <w:t xml:space="preserve">Black and polished very smoothly.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magnificent (impressively wonderful) -- often indicating something expensive</w:t>
      </w:r>
      <w:r>
        <w:br/>
      </w:r>
      <w:r>
        <w:t xml:space="preserve">    (c) the state or degree of having the ability to change for different situations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safe from danger;</w:t>
      </w:r>
      <w:r>
        <w:br/>
      </w:r>
      <w:r>
        <w:rPr>
          <w:b/>
          <w:bCs/>
        </w:rPr>
        <w:t xml:space="preserve">Can you not, with all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All your wisdom and contrivance,</w:t>
      </w:r>
      <w:r>
        <w:br/>
      </w:r>
      <w:r>
        <w:rPr>
          <w:b/>
          <w:bCs/>
        </w:rPr>
        <w:t xml:space="preserve">Change me, too, into a beaver?</w:t>
      </w:r>
      <w:r>
        <w:br/>
      </w:r>
      <w:r>
        <w:t xml:space="preserve">    (a) related to the natural world (life, air, water, land...)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good at achieving goals through cleverness and deception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the overhanging branches,</w:t>
      </w:r>
      <w:r>
        <w:br/>
      </w:r>
      <w:r>
        <w:rPr>
          <w:b/>
          <w:bCs/>
        </w:rPr>
        <w:t xml:space="preserve">From the tassels of the birch-trees,</w:t>
      </w:r>
      <w:r>
        <w:br/>
      </w:r>
      <w:r>
        <w:rPr>
          <w:b/>
          <w:bCs/>
        </w:rPr>
        <w:t xml:space="preserve">Soft the Spirit of Sleep descended;</w:t>
      </w:r>
      <w:r>
        <w:br/>
      </w:r>
      <w:r>
        <w:rPr>
          <w:b/>
          <w:bCs/>
        </w:rPr>
        <w:t xml:space="preserve">By his airy hosts surrounded,</w:t>
      </w:r>
      <w:r>
        <w:br/>
      </w:r>
      <w:r>
        <w:rPr>
          <w:b/>
          <w:bCs/>
        </w:rPr>
        <w:t xml:space="preserve">His invisible attendants,</w:t>
      </w:r>
      <w:r>
        <w:br/>
      </w:r>
      <w:r>
        <w:rPr>
          <w:b/>
          <w:bCs/>
        </w:rPr>
        <w:t xml:space="preserve">Came the Spirit of Sleep, Nepahwin;</w:t>
      </w:r>
      <w:r>
        <w:br/>
      </w:r>
      <w:r>
        <w:rPr>
          <w:b/>
          <w:bCs/>
        </w:rPr>
        <w:t xml:space="preserve">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burnished</w:t>
      </w:r>
      <w:r>
        <w:rPr>
          <w:b/>
          <w:bCs/>
        </w:rPr>
        <w:t xml:space="preserve"> </w:t>
      </w:r>
      <w:r>
        <w:rPr>
          <w:b/>
          <w:bCs/>
        </w:rPr>
        <w:t xml:space="preserve">Dush-kwo-ne-she,</w:t>
      </w:r>
      <w:r>
        <w:br/>
      </w:r>
      <w:r>
        <w:rPr>
          <w:b/>
          <w:bCs/>
        </w:rPr>
        <w:t xml:space="preserve">Like a dragon-fly, he hovered</w:t>
      </w:r>
      <w:r>
        <w:br/>
      </w:r>
      <w:r>
        <w:rPr>
          <w:b/>
          <w:bCs/>
        </w:rPr>
        <w:t xml:space="preserve">O'er the drowsy head of Kwasind.</w:t>
      </w:r>
      <w:r>
        <w:br/>
      </w:r>
      <w:r>
        <w:t xml:space="preserve">    (a) held together (connected or united) or wrapped</w:t>
      </w:r>
      <w:r>
        <w:br/>
      </w:r>
      <w:r>
        <w:t xml:space="preserve">    (b) considered (for affect on a result or outcome)</w:t>
      </w:r>
      <w:r>
        <w:br/>
      </w:r>
      <w:r>
        <w:t xml:space="preserve">    (c) polished and made shiny; or improved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 evening meal was ready,</w:t>
      </w:r>
      <w:r>
        <w:br/>
      </w:r>
      <w:r>
        <w:rPr>
          <w:b/>
          <w:bCs/>
        </w:rPr>
        <w:t xml:space="preserve">And the deer had been divided,</w:t>
      </w:r>
      <w:r>
        <w:br/>
      </w:r>
      <w:r>
        <w:rPr>
          <w:b/>
          <w:bCs/>
        </w:rPr>
        <w:t xml:space="preserve">Both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guests, the strangers,</w:t>
      </w:r>
      <w:r>
        <w:br/>
      </w:r>
      <w:r>
        <w:rPr>
          <w:b/>
          <w:bCs/>
        </w:rPr>
        <w:t xml:space="preserve">Springing from among the shadows,</w:t>
      </w:r>
      <w:r>
        <w:br/>
      </w:r>
      <w:r>
        <w:rPr>
          <w:b/>
          <w:bCs/>
        </w:rPr>
        <w:t xml:space="preserve">Seized upon the choicest portions,</w:t>
      </w:r>
      <w:r>
        <w:br/>
      </w:r>
      <w:r>
        <w:rPr>
          <w:b/>
          <w:bCs/>
        </w:rPr>
        <w:t xml:space="preserve">Seized the white fat of the roebuck,</w:t>
      </w:r>
      <w:r>
        <w:br/>
      </w:r>
      <w:r>
        <w:rPr>
          <w:b/>
          <w:bCs/>
        </w:rPr>
        <w:t xml:space="preserve">Set apart for Laughing Water,</w:t>
      </w:r>
      <w:r>
        <w:br/>
      </w:r>
      <w:r>
        <w:rPr>
          <w:b/>
          <w:bCs/>
        </w:rPr>
        <w:t xml:space="preserve">For the wife of Hiawatha;</w:t>
      </w:r>
      <w:r>
        <w:br/>
      </w:r>
      <w:r>
        <w:rPr>
          <w:b/>
          <w:bCs/>
        </w:rPr>
        <w:t xml:space="preserve">Without asking, without thanking,</w:t>
      </w:r>
      <w:r>
        <w:br/>
      </w:r>
      <w:r>
        <w:rPr>
          <w:b/>
          <w:bCs/>
        </w:rPr>
        <w:t xml:space="preserve">Eagerly devoured the morsels,</w:t>
      </w:r>
      <w:r>
        <w:br/>
      </w:r>
      <w:r>
        <w:rPr>
          <w:b/>
          <w:bCs/>
        </w:rPr>
        <w:t xml:space="preserve">Flitted back among the shadows</w:t>
      </w:r>
      <w:r>
        <w:br/>
      </w:r>
      <w:r>
        <w:rPr>
          <w:b/>
          <w:bCs/>
        </w:rPr>
        <w:t xml:space="preserve">In the corner of the wigwam.</w:t>
      </w:r>
      <w:r>
        <w:br/>
      </w:r>
      <w:r>
        <w:t xml:space="preserve">    (a) abnormally pale (lacking healthy skin color); or anything that lacks energy or liveliness</w:t>
      </w:r>
      <w:r>
        <w:br/>
      </w:r>
      <w:r>
        <w:t xml:space="preserve">    (b) mental weakness caused by old age; or describing a medical condition as caused by old age</w:t>
      </w:r>
      <w:r>
        <w:br/>
      </w:r>
      <w:r>
        <w:t xml:space="preserve">    (c) relating to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 that I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perished</w:t>
      </w:r>
      <w:r>
        <w:rPr>
          <w:b/>
          <w:bCs/>
        </w:rPr>
        <w:t xml:space="preserve"> </w:t>
      </w:r>
      <w:r>
        <w:rPr>
          <w:b/>
          <w:bCs/>
        </w:rPr>
        <w:t xml:space="preserve">for you,</w:t>
      </w:r>
      <w:r>
        <w:br/>
      </w:r>
      <w:r>
        <w:rPr>
          <w:b/>
          <w:bCs/>
        </w:rPr>
        <w:t xml:space="preserve">Would that I were dead as you are!</w:t>
      </w:r>
      <w:r>
        <w:br/>
      </w:r>
      <w:r>
        <w:t xml:space="preserve">    (a) examined in detail to better understand</w:t>
      </w:r>
      <w:r>
        <w:br/>
      </w:r>
      <w:r>
        <w:t xml:space="preserve">    (b) moved into position to work; or started</w:t>
      </w:r>
      <w:r>
        <w:br/>
      </w:r>
      <w:r>
        <w:t xml:space="preserve">    (c) died, was destroyed, or ceased to exist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2026-07-31T19:11:21Z</dcterms:created>
  <dcterms:modified xsi:type="dcterms:W3CDTF">2026-07-31T19:11:21Z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