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0a91a6279c9acc13893e273e83415911fdb526"/>
    <w:p>
      <w:pPr>
        <w:pStyle w:val="Heading1"/>
      </w:pPr>
      <w:r>
        <w:rPr>
          <w:b/>
          <w:bCs/>
        </w:rPr>
        <w:t xml:space="preserve">The Son of Neptune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is against</w:t>
      </w:r>
      <w:r>
        <w:br/>
      </w:r>
      <w:r>
        <w:t xml:space="preserve">    (b) supports</w:t>
      </w:r>
      <w:r>
        <w:br/>
      </w:r>
      <w:r>
        <w:t xml:space="preserve">    (c) researches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Amish lead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lifestyle that limits the use of technology.</w:t>
      </w:r>
      <w:r>
        <w:br/>
      </w:r>
      <w:r>
        <w:t xml:space="preserve">    (a) non-standard</w:t>
      </w:r>
      <w:r>
        <w:br/>
      </w:r>
      <w:r>
        <w:t xml:space="preserve">    (b) traditional or standard</w:t>
      </w:r>
      <w:r>
        <w:br/>
      </w:r>
      <w:r>
        <w:t xml:space="preserve">    (c) oriental or East Asian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Faraday introduced the words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anion</w:t>
      </w:r>
      <w:r>
        <w:rPr>
          <w:b/>
          <w:bCs/>
        </w:rPr>
        <w:t xml:space="preserve"> </w:t>
      </w:r>
      <w:r>
        <w:rPr>
          <w:b/>
          <w:bCs/>
        </w:rPr>
        <w:t xml:space="preserve">and cation.</w:t>
      </w:r>
      <w:r>
        <w:br/>
      </w:r>
      <w:r>
        <w:t xml:space="preserve">    (a) a negatively charged ion</w:t>
      </w:r>
      <w:r>
        <w:br/>
      </w:r>
      <w:r>
        <w:t xml:space="preserve">    (b) social event or ceremony</w:t>
      </w:r>
      <w:r>
        <w:br/>
      </w:r>
      <w:r>
        <w:t xml:space="preserve">    (c) Islamic religious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Black holes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all traces of what falls into them.</w:t>
      </w:r>
      <w:r>
        <w:br/>
      </w:r>
      <w:r>
        <w:t xml:space="preserve">    (a) completely destroy</w:t>
      </w:r>
      <w:r>
        <w:br/>
      </w:r>
      <w:r>
        <w:t xml:space="preserve">    (b) carefully preserve</w:t>
      </w:r>
      <w:r>
        <w:br/>
      </w:r>
      <w:r>
        <w:t xml:space="preserve">    (c) slowly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Owens Valley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aqueduct</w:t>
      </w:r>
      <w:r>
        <w:rPr>
          <w:b/>
          <w:bCs/>
        </w:rPr>
        <w:t xml:space="preserve"> </w:t>
      </w:r>
      <w:r>
        <w:rPr>
          <w:b/>
          <w:bCs/>
        </w:rPr>
        <w:t xml:space="preserve">carries water from the Sierras to Los Angeles.</w:t>
      </w:r>
      <w:r>
        <w:br/>
      </w:r>
      <w:r>
        <w:t xml:space="preserve">    (a) canal used for boats</w:t>
      </w:r>
      <w:r>
        <w:br/>
      </w:r>
      <w:r>
        <w:t xml:space="preserve">    (b) structure that carries water</w:t>
      </w:r>
      <w:r>
        <w:br/>
      </w:r>
      <w:r>
        <w:t xml:space="preserve">    (c) road that follows a rive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dark clouds rolled in on the morning of the picnic, she took it as a bad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for how the day would go.</w:t>
      </w:r>
      <w:r>
        <w:br/>
      </w:r>
      <w:r>
        <w:t xml:space="preserve">    (a) something that is different than others of its type (synonyms could include: adaptation, version, alternate form)</w:t>
      </w:r>
      <w:r>
        <w:br/>
      </w:r>
      <w:r>
        <w:t xml:space="preserve">    (b) related to a theory that views history as class struggle and argues that capitalism will be replaced by communism</w:t>
      </w:r>
      <w:r>
        <w:br/>
      </w:r>
      <w:r>
        <w:t xml:space="preserve">    (c) omen or 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questioning</w:t>
      </w:r>
      <w:r>
        <w:br/>
      </w:r>
      <w:r>
        <w:t xml:space="preserve">    (b) complaining about</w:t>
      </w:r>
      <w:r>
        <w:br/>
      </w:r>
      <w:r>
        <w:t xml:space="preserve">    (c) ignoring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unbiased</w:t>
      </w:r>
      <w:r>
        <w:br/>
      </w:r>
      <w:r>
        <w:t xml:space="preserve">    (c)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magic words</w:t>
      </w:r>
      <w:r>
        <w:br/>
      </w:r>
      <w:r>
        <w:t xml:space="preserve">    (b) foreign phrase</w:t>
      </w:r>
      <w:r>
        <w:br/>
      </w:r>
      <w:r>
        <w:t xml:space="preserve">    (c) common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hilltop fortress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behind its cliffs and thick walls.</w:t>
      </w:r>
      <w:r>
        <w:br/>
      </w:r>
      <w:r>
        <w:t xml:space="preserve">    (a) likely to surrender</w:t>
      </w:r>
      <w:r>
        <w:br/>
      </w:r>
      <w:r>
        <w:t xml:space="preserve">    (b) unable to be harmed</w:t>
      </w:r>
      <w:r>
        <w:br/>
      </w:r>
      <w:r>
        <w:t xml:space="preserve">    (c) easy to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became quick friends, finding in each other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lively</w:t>
      </w:r>
      <w:r>
        <w:br/>
      </w:r>
      <w:r>
        <w:t xml:space="preserve">    (b) similar</w:t>
      </w:r>
      <w:r>
        <w:br/>
      </w:r>
      <w:r>
        <w:t xml:space="preserve">    (c)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authoritarian (overly strict)</w:t>
      </w:r>
      <w:r>
        <w:br/>
      </w:r>
      <w:r>
        <w:t xml:space="preserve">    (c) concerned or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placate</w:t>
      </w:r>
      <w:r>
        <w:rPr>
          <w:b/>
          <w:bCs/>
        </w:rPr>
        <w:t xml:space="preserve"> </w:t>
      </w:r>
      <w:r>
        <w:rPr>
          <w:b/>
          <w:bCs/>
        </w:rPr>
        <w:t xml:space="preserve">his upset sister with a heartfelt apology.</w:t>
      </w:r>
      <w:r>
        <w:br/>
      </w:r>
      <w:r>
        <w:t xml:space="preserve">    (a) soothe or pacify</w:t>
      </w:r>
      <w:r>
        <w:br/>
      </w:r>
      <w:r>
        <w:t xml:space="preserve">    (b) ignore or avoid</w:t>
      </w:r>
      <w:r>
        <w:br/>
      </w:r>
      <w:r>
        <w:t xml:space="preserve">    (c) irritate or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conducted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study to ensure the results were reliable.</w:t>
      </w:r>
      <w:r>
        <w:br/>
      </w:r>
      <w:r>
        <w:t xml:space="preserve">    (a) thorough</w:t>
      </w:r>
      <w:r>
        <w:br/>
      </w:r>
      <w:r>
        <w:t xml:space="preserve">    (b) speedy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theory sounded impressive, but the evidence behind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tenuous</w:t>
      </w:r>
      <w:r>
        <w:br/>
      </w:r>
      <w:r>
        <w:t xml:space="preserve">    (a) weak</w:t>
      </w:r>
      <w:r>
        <w:br/>
      </w:r>
      <w:r>
        <w:t xml:space="preserve">    (b) groundbreaking</w:t>
      </w:r>
      <w:r>
        <w:br/>
      </w:r>
      <w:r>
        <w:t xml:space="preserve">    (c)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feeling something between normal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trepidation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excessive test anxiety.</w:t>
      </w:r>
      <w:r>
        <w:br/>
      </w:r>
      <w:r>
        <w:t xml:space="preserve">    (a) nervousness</w:t>
      </w:r>
      <w:r>
        <w:br/>
      </w:r>
      <w:r>
        <w:t xml:space="preserve">    (b) sleepiness</w:t>
      </w:r>
      <w:r>
        <w:br/>
      </w:r>
      <w:r>
        <w:t xml:space="preserve">    (c) 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lawsuit claims that the President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usurping</w:t>
      </w:r>
      <w:r>
        <w:rPr>
          <w:b/>
          <w:bCs/>
        </w:rPr>
        <w:t xml:space="preserve"> </w:t>
      </w:r>
      <w:r>
        <w:rPr>
          <w:b/>
          <w:bCs/>
        </w:rPr>
        <w:t xml:space="preserve">constitutional powers of Congress.</w:t>
      </w:r>
      <w:r>
        <w:br/>
      </w:r>
      <w:r>
        <w:t xml:space="preserve">    (a) wrongfully seizing</w:t>
      </w:r>
      <w:r>
        <w:br/>
      </w:r>
      <w:r>
        <w:t xml:space="preserve">    (b) legally exercising</w:t>
      </w:r>
      <w:r>
        <w:br/>
      </w:r>
      <w:r>
        <w:t xml:space="preserve">    (c) publicly defending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vertigo</w:t>
      </w:r>
      <w:r>
        <w:rPr>
          <w:b/>
          <w:bCs/>
        </w:rPr>
        <w:t xml:space="preserve"> </w:t>
      </w:r>
      <w:r>
        <w:rPr>
          <w:b/>
          <w:bCs/>
        </w:rPr>
        <w:t xml:space="preserve">from an inner ear infection.</w:t>
      </w:r>
      <w:r>
        <w:br/>
      </w:r>
      <w:r>
        <w:t xml:space="preserve">    (a) congestion</w:t>
      </w:r>
      <w:r>
        <w:br/>
      </w:r>
      <w:r>
        <w:t xml:space="preserve">    (b) pain</w:t>
      </w:r>
      <w:r>
        <w:br/>
      </w:r>
      <w:r>
        <w:t xml:space="preserve">    (c) dizziness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underestimate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old attorney.</w:t>
      </w:r>
      <w:r>
        <w:br/>
      </w:r>
      <w:r>
        <w:t xml:space="preserve">    (a) clever</w:t>
      </w:r>
      <w:r>
        <w:br/>
      </w:r>
      <w:r>
        <w:t xml:space="preserve">    (b) experienced</w:t>
      </w:r>
      <w:r>
        <w:br/>
      </w:r>
      <w:r>
        <w:t xml:space="preserve">    (c) well-connected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was used to connect the horses, so they could pull the carriage together.</w:t>
      </w:r>
      <w:r>
        <w:br/>
      </w:r>
      <w:r>
        <w:t xml:space="preserve">    (a) wood framework</w:t>
      </w:r>
      <w:r>
        <w:br/>
      </w:r>
      <w:r>
        <w:t xml:space="preserve">    (b) tied rope</w:t>
      </w:r>
      <w:r>
        <w:br/>
      </w:r>
      <w:r>
        <w:t xml:space="preserve">    (c) connecting chain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2026-07-31T18:39:01Z</dcterms:created>
  <dcterms:modified xsi:type="dcterms:W3CDTF">2026-07-31T18:39:01Z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