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3d60536298b8d0abd412e5ce19da0b21efbd61"/>
    <w:p>
      <w:pPr>
        <w:pStyle w:val="Heading1"/>
      </w:pPr>
      <w:r>
        <w:rPr>
          <w:b/>
          <w:bCs/>
        </w:rPr>
        <w:t xml:space="preserve">The Son of Neptune</w:t>
      </w:r>
      <w:r>
        <w:br/>
      </w:r>
      <w:r>
        <w:rPr>
          <w:i/>
          <w:iCs/>
        </w:rPr>
        <w:t xml:space="preserve">Rick Riordan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Wooden watchtowers rose at each corner, manned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sentries</w:t>
      </w:r>
      <w:r>
        <w:rPr>
          <w:b/>
          <w:bCs/>
        </w:rPr>
        <w:t xml:space="preserve"> </w:t>
      </w:r>
      <w:r>
        <w:rPr>
          <w:b/>
          <w:bCs/>
        </w:rPr>
        <w:t xml:space="preserve">with oversized, mounted crossbows.</w:t>
      </w:r>
      <w:r>
        <w:br/>
      </w:r>
      <w:r>
        <w:t xml:space="preserve">    (a) things that stand out</w:t>
      </w:r>
      <w:r>
        <w:br/>
      </w:r>
      <w:r>
        <w:t xml:space="preserve">    (b) shows or demonstrates</w:t>
      </w:r>
      <w:r>
        <w:br/>
      </w:r>
      <w:r>
        <w:t xml:space="preserve">    (c) people standing guard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Amnesiac</w:t>
      </w:r>
      <w:r>
        <w:rPr>
          <w:b/>
          <w:bCs/>
        </w:rPr>
        <w:t xml:space="preserve"> </w:t>
      </w:r>
      <w:r>
        <w:rPr>
          <w:b/>
          <w:bCs/>
        </w:rPr>
        <w:t xml:space="preserve">demigods who had gotten on Reyna's bad side?</w:t>
      </w:r>
      <w:r>
        <w:br/>
      </w:r>
      <w:r>
        <w:t xml:space="preserve">    (a) someone who mocks or makes fun of</w:t>
      </w:r>
      <w:r>
        <w:br/>
      </w:r>
      <w:r>
        <w:t xml:space="preserve">    (b) someone who expels or gets rid of</w:t>
      </w:r>
      <w:r>
        <w:br/>
      </w:r>
      <w:r>
        <w:t xml:space="preserve">    (c) someone who has lost their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Plus, a lot of the campers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legacies</w:t>
      </w:r>
      <w:r>
        <w:rPr>
          <w:b/>
          <w:bCs/>
        </w:rPr>
        <w:t xml:space="preserve">—second or third generation.</w:t>
      </w:r>
      <w:r>
        <w:br/>
      </w:r>
      <w:r>
        <w:t xml:space="preserve">    (a) people whose parents or grandparents preceded them in the organization</w:t>
      </w:r>
      <w:r>
        <w:br/>
      </w:r>
      <w:r>
        <w:t xml:space="preserve">    (b) males, females, or various trans categories</w:t>
      </w:r>
      <w:r>
        <w:br/>
      </w:r>
      <w:r>
        <w:t xml:space="preserve">    (c) jobs, reservations, bookings, or activities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camp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 </w:t>
      </w:r>
      <w:r>
        <w:rPr>
          <w:b/>
          <w:bCs/>
        </w:rPr>
        <w:t xml:space="preserve">we're going to meet, Octavian, he's a legacy, descendant of Apollo.</w:t>
      </w:r>
      <w:r>
        <w:br/>
      </w:r>
      <w:r>
        <w:t xml:space="preserve">    (a)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(b) to indicate or predict that something will happen --especially as a sign of what’s to come; or in ancient Rome, a religious official who interpreted signs and omens to guide public decisions</w:t>
      </w:r>
      <w:r>
        <w:br/>
      </w:r>
      <w:r>
        <w:t xml:space="preserve">    (c) (verb) to intentionally anger, challenge, or upset someone -- especially by mocking them or hurling insults  OR  (noun) an insult or other action intended to anger, challenge, or upset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got the gift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prophecy</w:t>
      </w:r>
      <w:r>
        <w:rPr>
          <w:b/>
          <w:bCs/>
        </w:rPr>
        <w:t xml:space="preserve">, supposedly.</w:t>
      </w:r>
      <w:r>
        <w:br/>
      </w:r>
      <w:r>
        <w:t xml:space="preserve">    (a) social event or ceremony</w:t>
      </w:r>
      <w:r>
        <w:br/>
      </w:r>
      <w:r>
        <w:t xml:space="preserve">    (b) (ability of) prediction of the future</w:t>
      </w:r>
      <w:r>
        <w:br/>
      </w:r>
      <w:r>
        <w:t xml:space="preserve">    (c) a positively charged 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though he was beat up, dirty, and stooped with exhaustion, he'd had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aura</w:t>
      </w:r>
      <w:r>
        <w:rPr>
          <w:b/>
          <w:bCs/>
        </w:rPr>
        <w:t xml:space="preserve"> </w:t>
      </w:r>
      <w:r>
        <w:rPr>
          <w:b/>
          <w:bCs/>
        </w:rPr>
        <w:t xml:space="preserve">of power.</w:t>
      </w:r>
      <w:r>
        <w:br/>
      </w:r>
      <w:r>
        <w:t xml:space="preserve">    (a) a distinctive but intangible quality surrounding a person or thing</w:t>
      </w:r>
      <w:r>
        <w:br/>
      </w:r>
      <w:r>
        <w:t xml:space="preserve">    (b) treatment with extra kindness or tolerance  OR  (more rarely) a special pleasure (typically something done in excess of what is thought good -- such as eating too much cake, or being too lazy)</w:t>
      </w:r>
      <w:r>
        <w:br/>
      </w:r>
      <w:r>
        <w:t xml:space="preserve">    (c) a person with or something related to an eating disorder in which overeating is followed by guilt and unhealthy attempts at correction -- especially self-induced vomiting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turned a pen into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sword.</w:t>
      </w:r>
      <w:r>
        <w:br/>
      </w:r>
      <w:r>
        <w:t xml:space="preserve">    (a) made of a type of high-quality metal</w:t>
      </w:r>
      <w:r>
        <w:br/>
      </w:r>
      <w:r>
        <w:t xml:space="preserve">    (b) appropriate in size, amount, or degree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"Um, thanks," Percy said, but his attention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on Nico.</w:t>
      </w:r>
      <w:r>
        <w:br/>
      </w:r>
      <w:r>
        <w:t xml:space="preserve">    (a) began speaking with someone about something</w:t>
      </w:r>
      <w:r>
        <w:br/>
      </w:r>
      <w:r>
        <w:t xml:space="preserve">    (b) concentrating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came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, looking down at him from the bed.</w:t>
      </w:r>
      <w:r>
        <w:br/>
      </w:r>
      <w:r>
        <w:t xml:space="preserve">    (a) a state where something has come into view or can be seen clearly</w:t>
      </w:r>
      <w:r>
        <w:br/>
      </w:r>
      <w:r>
        <w:t xml:space="preserve">    (b) a condition where the body cannot properly regulate blood sugar levels because it produces little or no insulin</w:t>
      </w:r>
      <w:r>
        <w:br/>
      </w:r>
      <w:r>
        <w:t xml:space="preserve">    (c) software that stops uninvited software from spreading between computers and causing damage to data and software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omens</w:t>
      </w:r>
      <w:r>
        <w:rPr>
          <w:b/>
          <w:bCs/>
        </w:rPr>
        <w:t xml:space="preserve"> </w:t>
      </w:r>
      <w:r>
        <w:rPr>
          <w:b/>
          <w:bCs/>
        </w:rPr>
        <w:t xml:space="preserve">are not as dramatic as a chicken, of course.</w:t>
      </w:r>
      <w:r>
        <w:br/>
      </w:r>
      <w:r>
        <w:t xml:space="preserve">    (a) signs of what will happen in the future</w:t>
      </w:r>
      <w:r>
        <w:br/>
      </w:r>
      <w:r>
        <w:t xml:space="preserve">    (b) examines in detail to better understand</w:t>
      </w:r>
      <w:r>
        <w:br/>
      </w:r>
      <w:r>
        <w:t xml:space="preserve">    (c) protects something or keeps it as it 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, Fai.</w:t>
      </w:r>
      <w:r>
        <w:br/>
      </w:r>
      <w:r>
        <w:t xml:space="preserve">    (a) influence opinion</w:t>
      </w:r>
      <w:r>
        <w:br/>
      </w:r>
      <w:r>
        <w:t xml:space="preserve">    (b) continue to exist</w:t>
      </w:r>
      <w:r>
        <w:br/>
      </w:r>
      <w:r>
        <w:t xml:space="preserve">    (c) differ; or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past four years, I've wanted to kill Percy Jackson for what he made 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.</w:t>
      </w:r>
      <w:r>
        <w:br/>
      </w:r>
      <w:r>
        <w:t xml:space="preserve">    (a) communication through gestures and body movements (without words)</w:t>
      </w:r>
      <w:r>
        <w:br/>
      </w:r>
      <w:r>
        <w:t xml:space="preserve">    (b) suffer through (or put up with something difficult or unpleasant)</w:t>
      </w:r>
      <w:r>
        <w:br/>
      </w:r>
      <w:r>
        <w:t xml:space="preserve">    (c) call -- typically to come nearer by using a hand gesture or a nod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thought about Grandmother's silly gold statues of Chinese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immortals</w:t>
      </w:r>
      <w:r>
        <w:rPr>
          <w:b/>
          <w:bCs/>
        </w:rPr>
        <w:t xml:space="preserve">, her superstitions about putting furniture in certain places and avoiding unlucky numbers.</w:t>
      </w:r>
      <w:r>
        <w:br/>
      </w:r>
      <w:r>
        <w:t xml:space="preserve">    (a) instances of taking on or adopting of power or responsibility</w:t>
      </w:r>
      <w:r>
        <w:br/>
      </w:r>
      <w:r>
        <w:t xml:space="preserve">    (b) tiles designed to affect noise -- typically to decrease noise</w:t>
      </w:r>
      <w:r>
        <w:br/>
      </w:r>
      <w:r>
        <w:t xml:space="preserve">    (c) people who live forever  OR  people famous throughout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quest has been issued by Mars Ultor,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</w:t>
      </w:r>
      <w:r>
        <w:rPr>
          <w:b/>
          <w:bCs/>
        </w:rPr>
        <w:t xml:space="preserve"> </w:t>
      </w:r>
      <w:r>
        <w:rPr>
          <w:b/>
          <w:bCs/>
        </w:rPr>
        <w:t xml:space="preserve">of Rome.</w:t>
      </w:r>
      <w:r>
        <w:br/>
      </w:r>
      <w:r>
        <w:t xml:space="preserve">    (a) someone who supports (helps)</w:t>
      </w:r>
      <w:r>
        <w:br/>
      </w:r>
      <w:r>
        <w:t xml:space="preserve">    (b) someone who speaks in an ambiguous manner that does not clearly express an opinion or decision</w:t>
      </w:r>
      <w:r>
        <w:br/>
      </w:r>
      <w:r>
        <w:t xml:space="preserve">    (c) someone with delusions of grandeur (the belief that they are much more important than they are)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why she gave you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reprieve</w:t>
      </w:r>
      <w:r>
        <w:rPr>
          <w:b/>
          <w:bCs/>
        </w:rPr>
        <w:t xml:space="preserve">.</w:t>
      </w:r>
      <w:r>
        <w:br/>
      </w:r>
      <w:r>
        <w:t xml:space="preserve">    (a) the act of hiding something by making it blend in with its surroundings; or hiding the truth; or something that hides or deceives</w:t>
      </w:r>
      <w:r>
        <w:br/>
      </w:r>
      <w:r>
        <w:t xml:space="preserve">    (b) temporary relief from something difficult or unpleasant; can also refer to a delay in punishment -- especially the death penalty</w:t>
      </w:r>
      <w:r>
        <w:br/>
      </w:r>
      <w:r>
        <w:t xml:space="preserve">    (c) present something to treat as true in order to advance a discussion or to further investigation even though it might not be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Conveyor belts</w:t>
      </w:r>
      <w:r>
        <w:rPr>
          <w:b/>
          <w:bCs/>
        </w:rPr>
        <w:t xml:space="preserve"> </w:t>
      </w:r>
      <w:r>
        <w:rPr>
          <w:b/>
          <w:bCs/>
        </w:rPr>
        <w:t xml:space="preserve">wound through the room like waterslides, carrying boxes in every direction.</w:t>
      </w:r>
      <w:r>
        <w:br/>
      </w:r>
      <w:r>
        <w:t xml:space="preserve">    (a) things exclusive to (someone or some group) -- such as an activity or place</w:t>
      </w:r>
      <w:r>
        <w:br/>
      </w:r>
      <w:r>
        <w:t xml:space="preserve">    (b) a moving band or belt that transports objects -- such as goods in a factory</w:t>
      </w:r>
      <w:r>
        <w:br/>
      </w:r>
      <w:r>
        <w:t xml:space="preserve">    (c) artists who created medieval European art associated with Gothic cathedrals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Shields, spears,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quivers</w:t>
      </w:r>
      <w:r>
        <w:rPr>
          <w:b/>
          <w:bCs/>
        </w:rPr>
        <w:t xml:space="preserve"> </w:t>
      </w:r>
      <w:r>
        <w:rPr>
          <w:b/>
          <w:bCs/>
        </w:rPr>
        <w:t xml:space="preserve">of arrows hung along one wall—almost as many as in the Camp Jupiter armory.</w:t>
      </w:r>
      <w:r>
        <w:br/>
      </w:r>
      <w:r>
        <w:t xml:space="preserve">    (a) not working or not operating</w:t>
      </w:r>
      <w:r>
        <w:br/>
      </w:r>
      <w:r>
        <w:t xml:space="preserve">    (b) to shake or tremble slightly</w:t>
      </w:r>
      <w:r>
        <w:br/>
      </w:r>
      <w:r>
        <w:t xml:space="preserve">    (c) calculates or judges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Ella, it's not safe here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ogres</w:t>
      </w:r>
      <w:r>
        <w:rPr>
          <w:b/>
          <w:bCs/>
        </w:rPr>
        <w:t xml:space="preserve">.</w:t>
      </w:r>
      <w:r>
        <w:br/>
      </w:r>
      <w:r>
        <w:t xml:space="preserve">    (a) frightening giants that like to eat people</w:t>
      </w:r>
      <w:r>
        <w:br/>
      </w:r>
      <w:r>
        <w:t xml:space="preserve">    (b) soccer players who play in the middle third of the field and who assist with both defense and offense</w:t>
      </w:r>
      <w:r>
        <w:br/>
      </w:r>
      <w:r>
        <w:t xml:space="preserve">    (c) aka natural rights -- rights that are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wondered if this was what it was like to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</w:t>
      </w:r>
      <w:r>
        <w:rPr>
          <w:b/>
          <w:bCs/>
        </w:rPr>
        <w:t xml:space="preserve">.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a mythical being that is half man and half horse</w:t>
      </w:r>
      <w:r>
        <w:br/>
      </w:r>
      <w:r>
        <w:t xml:space="preserve">    (c) the act, process, or instance of telling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mortals</w:t>
      </w:r>
      <w:r>
        <w:rPr>
          <w:b/>
          <w:bCs/>
        </w:rPr>
        <w:t xml:space="preserve"> </w:t>
      </w:r>
      <w:r>
        <w:rPr>
          <w:b/>
          <w:bCs/>
        </w:rPr>
        <w:t xml:space="preserve">and your short lives.</w:t>
      </w:r>
      <w:r>
        <w:br/>
      </w:r>
      <w:r>
        <w:t xml:space="preserve">    (a) humans (especially merely humans)</w:t>
      </w:r>
      <w:r>
        <w:br/>
      </w:r>
      <w:r>
        <w:t xml:space="preserve">    (b) things or characteristics that express agreement or approval</w:t>
      </w:r>
      <w:r>
        <w:br/>
      </w:r>
      <w:r>
        <w:t xml:space="preserve">    (c) acts of being in a working position; or the acts of starting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2026-07-31T18:39:01Z</dcterms:created>
  <dcterms:modified xsi:type="dcterms:W3CDTF">2026-07-31T18:39:01Z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