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470f17f9e67c47b656d2e0af576465498265c5"/>
    <w:p>
      <w:pPr>
        <w:pStyle w:val="Heading1"/>
      </w:pPr>
      <w:r>
        <w:rPr>
          <w:b/>
          <w:bCs/>
        </w:rPr>
        <w:t xml:space="preserve">The Soloist</w:t>
      </w:r>
      <w:r>
        <w:br/>
      </w:r>
      <w:r>
        <w:rPr>
          <w:i/>
          <w:iCs/>
        </w:rPr>
        <w:t xml:space="preserve">Steve Lopez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Men and women move about, duty-</w:t>
      </w:r>
      <w:r>
        <w:rPr>
          <w:b/>
          <w:bCs/>
          <w:u w:val="single"/>
        </w:rPr>
        <w:t xml:space="preserve">bound</w:t>
      </w:r>
      <w:r>
        <w:rPr>
          <w:b/>
          <w:bCs/>
        </w:rPr>
        <w:t xml:space="preserve">, ignoring him for the most part as they disappear around corners and into entryways.</w:t>
      </w:r>
      <w:r>
        <w:br/>
      </w:r>
      <w:r>
        <w:t xml:space="preserve">    (a) obligated (busy)</w:t>
      </w:r>
      <w:r>
        <w:br/>
      </w:r>
      <w:r>
        <w:t xml:space="preserve">    (b) an exceedingly small quantity or indication of</w:t>
      </w:r>
      <w:r>
        <w:br/>
      </w:r>
      <w:r>
        <w:t xml:space="preserve">    (c) the state or character of being bad or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"Oh, yes," she shrieks,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bounding</w:t>
      </w:r>
      <w:r>
        <w:rPr>
          <w:b/>
          <w:bCs/>
        </w:rPr>
        <w:t xml:space="preserve"> </w:t>
      </w:r>
      <w:r>
        <w:rPr>
          <w:b/>
          <w:bCs/>
        </w:rPr>
        <w:t xml:space="preserve">out of the car.</w:t>
      </w:r>
      <w:r>
        <w:br/>
      </w:r>
      <w:r>
        <w:t xml:space="preserve">    (a) helping make clear</w:t>
      </w:r>
      <w:r>
        <w:br/>
      </w:r>
      <w:r>
        <w:t xml:space="preserve">    (b) leaping</w:t>
      </w:r>
      <w:r>
        <w:br/>
      </w:r>
      <w:r>
        <w:t xml:space="preserve">    (c) thinking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 poor soul is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delusional</w:t>
      </w:r>
      <w:r>
        <w:rPr>
          <w:b/>
          <w:bCs/>
        </w:rPr>
        <w:t xml:space="preserve">, he's even sicker than I thought.</w:t>
      </w:r>
      <w:r>
        <w:br/>
      </w:r>
      <w:r>
        <w:t xml:space="preserve">    (a) the state or degree of criticism or disagreement</w:t>
      </w:r>
      <w:r>
        <w:br/>
      </w:r>
      <w:r>
        <w:t xml:space="preserve">    (b) tending to have excessively unfavorable opinions</w:t>
      </w:r>
      <w:r>
        <w:br/>
      </w:r>
      <w:r>
        <w:t xml:space="preserve">    (c) out of touch with reality (having false beliefs)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no doctor, but I am able to diagnose the mild dread that is now washing over 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by a nervous stomach.</w:t>
      </w:r>
      <w:r>
        <w:br/>
      </w:r>
      <w:r>
        <w:t xml:space="preserve">    (a) traveled along with</w:t>
      </w:r>
      <w:r>
        <w:br/>
      </w:r>
      <w:r>
        <w:t xml:space="preserve">    (b) joined at the same time</w:t>
      </w:r>
      <w:r>
        <w:br/>
      </w:r>
      <w:r>
        <w:t xml:space="preserve">    (c) performed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play it yourself or have someone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you while you're on cello or violin.</w:t>
      </w:r>
      <w:r>
        <w:br/>
      </w:r>
      <w:r>
        <w:t xml:space="preserve">    (a) perform with</w:t>
      </w:r>
      <w:r>
        <w:br/>
      </w:r>
      <w:r>
        <w:t xml:space="preserve">    (b) hold sheet music for</w:t>
      </w:r>
      <w:r>
        <w:br/>
      </w:r>
      <w:r>
        <w:t xml:space="preserve">    (c) travel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diagnosis</w:t>
      </w:r>
      <w:r>
        <w:rPr>
          <w:b/>
          <w:bCs/>
        </w:rPr>
        <w:t xml:space="preserve"> </w:t>
      </w:r>
      <w:r>
        <w:rPr>
          <w:b/>
          <w:bCs/>
        </w:rPr>
        <w:t xml:space="preserve">was paranoid schizophrenia, and his life, as he had lived it until then, was over.</w:t>
      </w:r>
      <w:r>
        <w:br/>
      </w:r>
      <w:r>
        <w:t xml:space="preserve">    (a) a period of time when someone exhibits unusual behavior</w:t>
      </w:r>
      <w:r>
        <w:br/>
      </w:r>
      <w:r>
        <w:t xml:space="preserve">    (b) the act or process of stopping something from happening</w:t>
      </w:r>
      <w:r>
        <w:br/>
      </w:r>
      <w:r>
        <w:t xml:space="preserve">    (c) the name of a disease that was determined to be the cause of an illness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curious to know her every thought, her diagnosis, her prognosis,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prescription</w:t>
      </w:r>
      <w:r>
        <w:rPr>
          <w:b/>
          <w:bCs/>
        </w:rPr>
        <w:t xml:space="preserve">.</w:t>
      </w:r>
      <w:r>
        <w:br/>
      </w:r>
      <w:r>
        <w:t xml:space="preserve">    (a) submissiveness -- often an attitude of someone who is so submissive or eager to serve and please that they seem to lack self-respect</w:t>
      </w:r>
      <w:r>
        <w:br/>
      </w:r>
      <w:r>
        <w:t xml:space="preserve">    (b) lymph node -- one of many bean-sized organs that filter bacteria and other toxins from circulating white-blood-cell filled lymph fluid</w:t>
      </w:r>
      <w:r>
        <w:br/>
      </w:r>
      <w:r>
        <w:t xml:space="preserve">    (c) medical recommendation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Nathaniel, it seems, already has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 </w:t>
      </w:r>
      <w:r>
        <w:rPr>
          <w:b/>
          <w:bCs/>
        </w:rPr>
        <w:t xml:space="preserve">and trusted acquaintance, namely me.</w:t>
      </w:r>
      <w:r>
        <w:br/>
      </w:r>
      <w:r>
        <w:t xml:space="preserve">    (a) public supporter</w:t>
      </w:r>
      <w:r>
        <w:br/>
      </w:r>
      <w:r>
        <w:t xml:space="preserve">    (b) a type of small portable radio</w:t>
      </w:r>
      <w:r>
        <w:br/>
      </w:r>
      <w:r>
        <w:t xml:space="preserve">    (c) a change; or a changed 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 columnist, with a license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 </w:t>
      </w:r>
      <w:r>
        <w:rPr>
          <w:b/>
          <w:bCs/>
        </w:rPr>
        <w:t xml:space="preserve">for one thing or another, generally stops short of personal involvement in the life of a subject.</w:t>
      </w:r>
      <w:r>
        <w:br/>
      </w:r>
      <w:r>
        <w:t xml:space="preserve">    (a) a bitter, long-standing fight</w:t>
      </w:r>
      <w:r>
        <w:br/>
      </w:r>
      <w:r>
        <w:t xml:space="preserve">    (b) publicly support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scribble Nathaniel's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musings</w:t>
      </w:r>
      <w:r>
        <w:rPr>
          <w:b/>
          <w:bCs/>
        </w:rPr>
        <w:t xml:space="preserve"> </w:t>
      </w:r>
      <w:r>
        <w:rPr>
          <w:b/>
          <w:bCs/>
        </w:rPr>
        <w:t xml:space="preserve">in my spiral notebook, trying to keep up with a running soliloquy that is somewhat reminiscent of Joseph Mitchell's Professor Sea Gull character.</w:t>
      </w:r>
      <w:r>
        <w:br/>
      </w:r>
      <w:r>
        <w:t xml:space="preserve">    (a) restores</w:t>
      </w:r>
      <w:r>
        <w:br/>
      </w:r>
      <w:r>
        <w:t xml:space="preserve">    (b) thoughts</w:t>
      </w:r>
      <w:r>
        <w:br/>
      </w:r>
      <w:r>
        <w:t xml:space="preserve">    (c) thoughts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is as true today as it will always be, and for Nathaniel the music is both medicine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</w:t>
      </w:r>
      <w:r>
        <w:rPr>
          <w:b/>
          <w:bCs/>
        </w:rPr>
        <w:t xml:space="preserve">, no less an inspiration now than it was before his fall.</w:t>
      </w:r>
      <w:r>
        <w:br/>
      </w:r>
      <w:r>
        <w:t xml:space="preserve">    (a) someone responsible for making a judgment after thinking carefully about something</w:t>
      </w:r>
      <w:r>
        <w:br/>
      </w:r>
      <w:r>
        <w:t xml:space="preserve">    (b) source of inspiration</w:t>
      </w:r>
      <w:r>
        <w:br/>
      </w:r>
      <w:r>
        <w:t xml:space="preserve">    (c) someone who roughly calculates or guesses a value, quantity, or extent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doesn't mean that in the case of someone who is acutely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psychotic</w:t>
      </w:r>
      <w:r>
        <w:rPr>
          <w:b/>
          <w:bCs/>
        </w:rPr>
        <w:t xml:space="preserve">, and a threat to himself or someone else, Ragins would argue against meds and hospital care.</w:t>
      </w:r>
      <w:r>
        <w:br/>
      </w:r>
      <w:r>
        <w:t xml:space="preserve">    (a) related to psychosis or someone who suffers from a psychosis (any severe mental disorder in which contact with reality is lost or highly distorted)</w:t>
      </w:r>
      <w:r>
        <w:br/>
      </w:r>
      <w:r>
        <w:t xml:space="preserve">    (b) inability to think clearly; or an instance of not thinking clearly; or describing parts as not fitting together in a consistent or pleasing manner</w:t>
      </w:r>
      <w:r>
        <w:br/>
      </w:r>
      <w:r>
        <w:t xml:space="preserve">    (c) group of people responsible for determining if early release from prison is permitted and if so, what conditions should be required of the prisoner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did, however, dig up and copy Camille Saint—Saens's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Concerto</w:t>
      </w:r>
      <w:r>
        <w:rPr>
          <w:b/>
          <w:bCs/>
        </w:rPr>
        <w:t xml:space="preserve"> </w:t>
      </w:r>
      <w:r>
        <w:rPr>
          <w:b/>
          <w:bCs/>
        </w:rPr>
        <w:t xml:space="preserve">for Violoncello.</w:t>
      </w:r>
      <w:r>
        <w:br/>
      </w:r>
      <w:r>
        <w:t xml:space="preserve">    (a) an expert who shares professional opinions in a specific field</w:t>
      </w:r>
      <w:r>
        <w:br/>
      </w:r>
      <w:r>
        <w:t xml:space="preserve">    (b) the act of being in a working position; or the act of starting</w:t>
      </w:r>
      <w:r>
        <w:br/>
      </w:r>
      <w:r>
        <w:t xml:space="preserve">    (c) music written for orchestra and one (or more) solo instruments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Having spent years under Homer Mensch's wing, he recognized the sound as that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mentor</w:t>
      </w:r>
      <w:r>
        <w:rPr>
          <w:b/>
          <w:bCs/>
        </w:rPr>
        <w:t xml:space="preserve">, and he decided to steal just a minute or two to peek in and watch the master at work.</w:t>
      </w:r>
      <w:r>
        <w:br/>
      </w:r>
      <w:r>
        <w:t xml:space="preserve">    (a) a beam, bracket, or other structure supported only on one side; or to support something in that manner</w:t>
      </w:r>
      <w:r>
        <w:br/>
      </w:r>
      <w:r>
        <w:t xml:space="preserve">    (b) someone who guides and advises another who is less experienced; or the act of providing such guidance</w:t>
      </w:r>
      <w:r>
        <w:br/>
      </w:r>
      <w:r>
        <w:t xml:space="preserve">    (c) to gradually destroy or change the purpose of something -- such as a government, institution, or rule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Stuart Robinson is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competent</w:t>
      </w:r>
      <w:r>
        <w:rPr>
          <w:b/>
          <w:bCs/>
        </w:rPr>
        <w:t xml:space="preserve"> </w:t>
      </w:r>
      <w:r>
        <w:rPr>
          <w:b/>
          <w:bCs/>
        </w:rPr>
        <w:t xml:space="preserve">to manage Lamp, Los Angeles, Cleveland, New York City LAPD, and I don't want any of those clowns in there telling me what to do when they cannot deal with the drug addicts and cigarette smokers who come in here and steal everything.</w:t>
      </w:r>
      <w:r>
        <w:br/>
      </w:r>
      <w:r>
        <w:t xml:space="preserve">    (a) sensible and careful</w:t>
      </w:r>
      <w:r>
        <w:br/>
      </w:r>
      <w:r>
        <w:t xml:space="preserve">    (b) sincerity (realness)</w:t>
      </w:r>
      <w:r>
        <w:br/>
      </w:r>
      <w:r>
        <w:t xml:space="preserve">    (c) sufficiently capable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he's an excellent player, a magnificently accomplished professional musician, because I saw him playing Beethoven's Third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Symphony</w:t>
      </w:r>
      <w:r>
        <w:rPr>
          <w:b/>
          <w:bCs/>
        </w:rPr>
        <w:t xml:space="preserve">.</w:t>
      </w:r>
      <w:r>
        <w:br/>
      </w:r>
      <w:r>
        <w:t xml:space="preserve">    (a) a long and complex piece of music -- typically for full orchestra in four parts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treatment with extra kindness or tolerance  OR  (more rarely) a special pleasure (typically something done in excess of what is thought good -- such as eating too much cake, or being too lazy)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patio is an oasis of trees and benches, a manicured lawn and bougainvillea cascading over a wooden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arbor</w:t>
      </w:r>
      <w:r>
        <w:rPr>
          <w:b/>
          <w:bCs/>
        </w:rPr>
        <w:t xml:space="preserve">.</w:t>
      </w:r>
      <w:r>
        <w:br/>
      </w:r>
      <w:r>
        <w:t xml:space="preserve">    (a) soccer player who typically play in the middle third of the field and who assists with both defense and offense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a framework that supports climbing plants; or a shady rest area made by such a framework or by trees and shrubs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Talent—A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Technique</w:t>
      </w:r>
      <w:r>
        <w:rPr>
          <w:b/>
          <w:bCs/>
        </w:rPr>
        <w:t xml:space="preserve">—A Tone—A Rhythm—A Intonation—A Memory—B+ Grade—A Scholarship— Definitely.</w:t>
      </w:r>
      <w:r>
        <w:br/>
      </w:r>
      <w:r>
        <w:t xml:space="preserve">    (a) way of doing something</w:t>
      </w:r>
      <w:r>
        <w:br/>
      </w:r>
      <w:r>
        <w:t xml:space="preserve">    (b) not easily set on fire</w:t>
      </w:r>
      <w:r>
        <w:br/>
      </w:r>
      <w:r>
        <w:t xml:space="preserve">    (c) surrounding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listen to classical KUSC on my car radio and it's like having a DJ on board, with Nathaniel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narrating</w:t>
      </w:r>
      <w:r>
        <w:rPr>
          <w:b/>
          <w:bCs/>
        </w:rPr>
        <w:t xml:space="preserve"> </w:t>
      </w:r>
      <w:r>
        <w:rPr>
          <w:b/>
          <w:bCs/>
        </w:rPr>
        <w:t xml:space="preserve">and patiently tutoring me.</w:t>
      </w:r>
      <w:r>
        <w:br/>
      </w:r>
      <w:r>
        <w:t xml:space="preserve">    (a) telling (a story)</w:t>
      </w:r>
      <w:r>
        <w:br/>
      </w:r>
      <w:r>
        <w:t xml:space="preserve">    (b) becoming aware of</w:t>
      </w:r>
      <w:r>
        <w:br/>
      </w:r>
      <w:r>
        <w:t xml:space="preserve">    (c) causing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remembers too well her brother's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tirades</w:t>
      </w:r>
      <w:r>
        <w:rPr>
          <w:b/>
          <w:bCs/>
        </w:rPr>
        <w:t xml:space="preserve">, which terrified her and were like a dagger through her mother's heart.</w:t>
      </w:r>
      <w:r>
        <w:br/>
      </w:r>
      <w:r>
        <w:t xml:space="preserve">    (a) social events or ceremonies</w:t>
      </w:r>
      <w:r>
        <w:br/>
      </w:r>
      <w:r>
        <w:t xml:space="preserve">    (b) speeches of angry criticism</w:t>
      </w:r>
      <w:r>
        <w:br/>
      </w:r>
      <w:r>
        <w:t xml:space="preserve">    (c) reasons for doing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2026-07-31T18:08:47Z</dcterms:created>
  <dcterms:modified xsi:type="dcterms:W3CDTF">2026-07-31T18:08:47Z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