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d92db50f72196c462538665a0617d47f8277c0"/>
    <w:p>
      <w:pPr>
        <w:pStyle w:val="Heading1"/>
      </w:pPr>
      <w:r>
        <w:rPr>
          <w:b/>
          <w:bCs/>
        </w:rPr>
        <w:t xml:space="preserve">The Soloist</w:t>
      </w:r>
      <w:r>
        <w:br/>
      </w:r>
      <w:r>
        <w:rPr>
          <w:i/>
          <w:iCs/>
        </w:rPr>
        <w:t xml:space="preserve">Steve Lopez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Bipolar disorder</w:t>
      </w:r>
      <w:r>
        <w:rPr>
          <w:b/>
          <w:bCs/>
        </w:rPr>
        <w:t xml:space="preserve">?</w:t>
      </w:r>
      <w:r>
        <w:br/>
      </w:r>
      <w:r>
        <w:t xml:space="preserve">    (a) a mental disorder characterized by alternating episodes of major depression and abnormally elevated mood</w:t>
      </w:r>
      <w:r>
        <w:br/>
      </w:r>
      <w:r>
        <w:t xml:space="preserve">    (b) a system of law based on judicial precedents rather than statutory laws; (also called</w:t>
      </w:r>
      <w:r>
        <w:t xml:space="preserve"> </w:t>
      </w:r>
      <w:r>
        <w:rPr>
          <w:i/>
          <w:iCs/>
        </w:rPr>
        <w:t xml:space="preserve">"case law"</w:t>
      </w:r>
      <w:r>
        <w:t xml:space="preserve">)</w:t>
      </w:r>
      <w:r>
        <w:br/>
      </w:r>
      <w:r>
        <w:t xml:space="preserve">    (c) a common statistical distribution that is also called </w:t>
      </w:r>
      <w:r>
        <w:t xml:space="preserve"> </w:t>
      </w:r>
      <w:r>
        <w:rPr>
          <w:i/>
          <w:iCs/>
        </w:rPr>
        <w:t xml:space="preserve">normal distribution</w:t>
      </w:r>
      <w:r>
        <w:t xml:space="preserve"> </w:t>
      </w:r>
      <w:r>
        <w:t xml:space="preserve">or a</w:t>
      </w:r>
      <w:r>
        <w:t xml:space="preserve"> </w:t>
      </w:r>
      <w:r>
        <w:rPr>
          <w:i/>
          <w:iCs/>
        </w:rPr>
        <w:t xml:space="preserve">bell curve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dresser became a disheveled wreck who wandered the streets with musical instruments, slept in the woods and carved names into trees.</w:t>
      </w:r>
      <w:r>
        <w:br/>
      </w:r>
      <w:r>
        <w:t xml:space="preserve">    (a) not relevant (not related to the subject being considered, or not important enough to want to consider)</w:t>
      </w:r>
      <w:r>
        <w:br/>
      </w:r>
      <w:r>
        <w:t xml:space="preserve">    (b) a person who works from within to destroy an established order; or relating to such destructive efforts</w:t>
      </w:r>
      <w:r>
        <w:br/>
      </w:r>
      <w:r>
        <w:t xml:space="preserve">    (c) giving careful attention to detail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concerned with cleanliness or matters of taste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first order of business is for him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compulsively</w:t>
      </w:r>
      <w:r>
        <w:rPr>
          <w:b/>
          <w:bCs/>
        </w:rPr>
        <w:t xml:space="preserve"> </w:t>
      </w:r>
      <w:r>
        <w:rPr>
          <w:b/>
          <w:bCs/>
        </w:rPr>
        <w:t xml:space="preserve">pick up every speck of dirt, debris and tobacco by hand.</w:t>
      </w:r>
      <w:r>
        <w:br/>
      </w:r>
      <w:r>
        <w:t xml:space="preserve">    (a) excessively due to an uncontrollable desire</w:t>
      </w:r>
      <w:r>
        <w:br/>
      </w:r>
      <w:r>
        <w:t xml:space="preserve">    (b) in a manner involving only one part or side</w:t>
      </w:r>
      <w:r>
        <w:br/>
      </w:r>
      <w:r>
        <w:t xml:space="preserve">    (c) in a manner that stops or hinders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Nathaniel is refreshingly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uninhibited</w:t>
      </w:r>
      <w:r>
        <w:rPr>
          <w:b/>
          <w:bCs/>
        </w:rPr>
        <w:t xml:space="preserve"> </w:t>
      </w:r>
      <w:r>
        <w:rPr>
          <w:b/>
          <w:bCs/>
        </w:rPr>
        <w:t xml:space="preserve">and without pretense, uttering whatever pops into his head.</w:t>
      </w:r>
      <w:r>
        <w:br/>
      </w:r>
      <w:r>
        <w:t xml:space="preserve">    (a) the process of excessive encouragement or excitement</w:t>
      </w:r>
      <w:r>
        <w:br/>
      </w:r>
      <w:r>
        <w:t xml:space="preserve">    (b) the ability to take or adopt power or responsibility</w:t>
      </w:r>
      <w:r>
        <w:br/>
      </w:r>
      <w:r>
        <w:t xml:space="preserve">    (c) acting naturally without being overly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"Mr. Rich wants you to know these are your instruments to play as often and as long as you please," I tell him, surprised by how easily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white lie</w:t>
      </w:r>
      <w:r>
        <w:rPr>
          <w:b/>
          <w:bCs/>
        </w:rPr>
        <w:t xml:space="preserve"> </w:t>
      </w:r>
      <w:r>
        <w:rPr>
          <w:b/>
          <w:bCs/>
        </w:rPr>
        <w:t xml:space="preserve">comes.</w:t>
      </w:r>
      <w:r>
        <w:br/>
      </w:r>
      <w:r>
        <w:t xml:space="preserve">    (a) a lie of white privilege</w:t>
      </w:r>
      <w:r>
        <w:br/>
      </w:r>
      <w:r>
        <w:t xml:space="preserve">    (b) an unimportant lie (especially one told to be polite or helpful)</w:t>
      </w:r>
      <w:r>
        <w:br/>
      </w:r>
      <w:r>
        <w:t xml:space="preserve">    (c) something that is easily proved to be false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scribble Nathaniel's musings in my spiral notebook, trying to keep up with a running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soliloquy</w:t>
      </w:r>
      <w:r>
        <w:rPr>
          <w:b/>
          <w:bCs/>
        </w:rPr>
        <w:t xml:space="preserve"> </w:t>
      </w:r>
      <w:r>
        <w:rPr>
          <w:b/>
          <w:bCs/>
        </w:rPr>
        <w:t xml:space="preserve">that is somewhat reminiscent of Joseph Mitchell's Professor Sea Gull character.</w:t>
      </w:r>
      <w:r>
        <w:br/>
      </w:r>
      <w:r>
        <w:t xml:space="preserve">    (a) a long speech in which one is talking to oneself; or as a long uninterrupted part of a conversation</w:t>
      </w:r>
      <w:r>
        <w:br/>
      </w:r>
      <w:r>
        <w:t xml:space="preserve">    (b) an architectural feature at the top of a roof, usually dome-shaped and opened by windows or columns</w:t>
      </w:r>
      <w:r>
        <w:br/>
      </w:r>
      <w:r>
        <w:t xml:space="preserve">    (c) the degree to which a solution is simpler (and often more comprehensive) than most would anticipate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stop my car and imagine Nathaniel pushing his cart through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with a head full of beautiful music.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extremely dirty and unpleasant living conditions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schizophrenia, there's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bigotry</w:t>
      </w:r>
      <w:r>
        <w:rPr>
          <w:b/>
          <w:bCs/>
        </w:rPr>
        <w:t xml:space="preserve"> </w:t>
      </w:r>
      <w:r>
        <w:rPr>
          <w:b/>
          <w:bCs/>
        </w:rPr>
        <w:t xml:space="preserve">or hyper-religiosity, or both.</w:t>
      </w:r>
      <w:r>
        <w:br/>
      </w:r>
      <w:r>
        <w:t xml:space="preserve">    (a) not able to be translated</w:t>
      </w:r>
      <w:r>
        <w:br/>
      </w:r>
      <w:r>
        <w:t xml:space="preserve">    (b) intolerance and prejudice</w:t>
      </w:r>
      <w:r>
        <w:br/>
      </w:r>
      <w:r>
        <w:t xml:space="preserve">    (c) not tending to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ashamed that in a region of unprecedented wealth,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destitute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sick have been shoved into this human corral.</w:t>
      </w:r>
      <w:r>
        <w:br/>
      </w:r>
      <w:r>
        <w:t xml:space="preserve">    (a) people who are extremely poor; or lacking the necessities of life such as food and shelter</w:t>
      </w:r>
      <w:r>
        <w:br/>
      </w:r>
      <w:r>
        <w:t xml:space="preserve">    (b) working against the principles of democracy or representation of the people</w:t>
      </w:r>
      <w:r>
        <w:br/>
      </w:r>
      <w:r>
        <w:t xml:space="preserve">    (c) requiring great strength or effort (like that of the mythological Hercules)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progressed so quickly, the teacher advised him to take private lessons from a student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acclaimed</w:t>
      </w:r>
      <w:r>
        <w:rPr>
          <w:b/>
          <w:bCs/>
        </w:rPr>
        <w:t xml:space="preserve"> </w:t>
      </w:r>
      <w:r>
        <w:rPr>
          <w:b/>
          <w:bCs/>
        </w:rPr>
        <w:t xml:space="preserve">Homer Mensch, who was living in Flushing, New York, at the time.</w:t>
      </w:r>
      <w:r>
        <w:br/>
      </w:r>
      <w:r>
        <w:t xml:space="preserve">    (a) adjusted a lens to make an image clear</w:t>
      </w:r>
      <w:r>
        <w:br/>
      </w:r>
      <w:r>
        <w:t xml:space="preserve">    (b) popularly and enthusiastically praised</w:t>
      </w:r>
      <w:r>
        <w:br/>
      </w:r>
      <w:r>
        <w:t xml:space="preserve">    (c) differed notably in brightness or tone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March knows there's still a long way to go for him and for the cause she's still committed to, but she's encouraged by improvements in awareness—Tom Cruise's outburst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—and a breakthrough in brain scan technology that could one day allow doctors to diagnose schizophrenia in its early stages.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used to show that something remains true even though something else seems to go against it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longer you go without treatment, Kopelowicz says, the harder it can be to go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remission</w:t>
      </w:r>
      <w:r>
        <w:rPr>
          <w:b/>
          <w:bCs/>
        </w:rPr>
        <w:t xml:space="preserve"> </w:t>
      </w:r>
      <w:r>
        <w:rPr>
          <w:b/>
          <w:bCs/>
        </w:rPr>
        <w:t xml:space="preserve">and the less remission there will be.</w:t>
      </w:r>
      <w:r>
        <w:br/>
      </w:r>
      <w:r>
        <w:t xml:space="preserve">    (a) a type of vocal music that originated in African-American churches in the United States</w:t>
      </w:r>
      <w:r>
        <w:br/>
      </w:r>
      <w:r>
        <w:t xml:space="preserve">    (b) related to the smallest part of any material that cannot be broken up by chemical means</w:t>
      </w:r>
      <w:r>
        <w:br/>
      </w:r>
      <w:r>
        <w:t xml:space="preserve">    (c) a decrease in intensity -- most typically of a disease (or, in UK of a prison sentence)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Nathaniel is playing Bach's Cello Suite No. I: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Prelude</w:t>
      </w:r>
      <w:r>
        <w:rPr>
          <w:b/>
          <w:bCs/>
        </w:rPr>
        <w:t xml:space="preserve">, and eventually picks up the bow to give that a go.</w:t>
      </w:r>
      <w:r>
        <w:br/>
      </w:r>
      <w:r>
        <w:t xml:space="preserve">    (a) American football:  a defensive maneuver to swiftly tackle the quarterback by pursuing him with one or more defenders who normally remain behind the line of scrimmage</w:t>
      </w:r>
      <w:r>
        <w:br/>
      </w:r>
      <w:r>
        <w:t xml:space="preserve">    (b)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(c) something that comes before and prepares for what follows; in music, a short piece that introduces a larger work or stands alone as a brief, expressive piece (often for piano)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counterarguments</w:t>
      </w:r>
      <w:r>
        <w:rPr>
          <w:b/>
          <w:bCs/>
        </w:rPr>
        <w:t xml:space="preserve"> </w:t>
      </w:r>
      <w:r>
        <w:rPr>
          <w:b/>
          <w:bCs/>
        </w:rPr>
        <w:t xml:space="preserve">accomplish nothing other than to add a few more gray hairs to my balding head.</w:t>
      </w:r>
      <w:r>
        <w:br/>
      </w:r>
      <w:r>
        <w:t xml:space="preserve">    (a) periods of time or stages during the development of something</w:t>
      </w:r>
      <w:r>
        <w:br/>
      </w:r>
      <w:r>
        <w:t xml:space="preserve">    (b) tiles designed to affect noise -- typically to decrease noise</w:t>
      </w:r>
      <w:r>
        <w:br/>
      </w:r>
      <w:r>
        <w:t xml:space="preserve">    (c) persuasive reasoning offered in opposition to other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time Nathaniel strode by on the way to his first music lesson, the Cleveland Orchestra had become, under music director George Szell, one of the greatest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ensembles</w:t>
      </w:r>
      <w:r>
        <w:rPr>
          <w:b/>
          <w:bCs/>
        </w:rPr>
        <w:t xml:space="preserve"> </w:t>
      </w:r>
      <w:r>
        <w:rPr>
          <w:b/>
          <w:bCs/>
        </w:rPr>
        <w:t xml:space="preserve">in the world, and no one was prouder to be a part of it than Harry Barnoff.</w:t>
      </w:r>
      <w:r>
        <w:br/>
      </w:r>
      <w:r>
        <w:t xml:space="preserve">    (a) a group of people or things working or appearing together in a coordinated way -- especially a group of performers or a matching outfit</w:t>
      </w:r>
      <w:r>
        <w:br/>
      </w:r>
      <w:r>
        <w:t xml:space="preserve">    (b) enthusiastic expressions of feelings or thoughts  OR  things flowing or given off (often under pressure such as blood or leaking gas)</w:t>
      </w:r>
      <w:r>
        <w:br/>
      </w:r>
      <w:r>
        <w:t xml:space="preserve">    (c) (noun) people who like sexual practices considered unacceptable by society  OR  (verb) converts something so it is not what it should 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experts have been telling me recovery is not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linear</w:t>
      </w:r>
      <w:r>
        <w:rPr>
          <w:b/>
          <w:bCs/>
        </w:rPr>
        <w:t xml:space="preserve">, but I'm a natural skeptic and, besides, Nathaniel is making progress.</w:t>
      </w:r>
      <w:r>
        <w:br/>
      </w:r>
      <w:r>
        <w:t xml:space="preserve">    (a) arranged in a straight line or progressing in a straight, orderly sequence -- often used for shapes, movement, time, or ideas</w:t>
      </w:r>
      <w:r>
        <w:br/>
      </w:r>
      <w:r>
        <w:t xml:space="preserve">    (b) clear, easily noticed, and/or identifiable as different or separate -- sometimes to indicate a difference that is excellent</w:t>
      </w:r>
      <w:r>
        <w:br/>
      </w:r>
      <w:r>
        <w:t xml:space="preserve">    (c) using passive (sometimes subtle) resistance in interpersonal or occupational situations while avoiding direct confrontation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Alison was right about me in that regard, and though I haven't given up entirely on the idea of a career change, and have even talked to the head of a nonprofit organization about a possible job, I've decided to stick with the column for now One day in the Lamp courtyard, a client puts my limitations as an amateur social worker in perspective when he offers both a reality check and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critique</w:t>
      </w:r>
      <w:r>
        <w:rPr>
          <w:b/>
          <w:bCs/>
        </w:rPr>
        <w:t xml:space="preserve">.</w:t>
      </w:r>
      <w:r>
        <w:br/>
      </w:r>
      <w:r>
        <w:t xml:space="preserve">    (a) the difference between tones of an image</w:t>
      </w:r>
      <w:r>
        <w:br/>
      </w:r>
      <w:r>
        <w:t xml:space="preserve">    (b) hold together (connect or unite) or wrap</w:t>
      </w:r>
      <w:r>
        <w:br/>
      </w:r>
      <w:r>
        <w:t xml:space="preserve">    (c) an examination and judgment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smiles at the mere mention of her name, but Robinson and I begin to worry that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infatuation</w:t>
      </w:r>
      <w:r>
        <w:rPr>
          <w:b/>
          <w:bCs/>
        </w:rPr>
        <w:t xml:space="preserve"> </w:t>
      </w:r>
      <w:r>
        <w:rPr>
          <w:b/>
          <w:bCs/>
        </w:rPr>
        <w:t xml:space="preserve">has become an obsession, and that he'll end up with a broken heart.</w:t>
      </w:r>
      <w:r>
        <w:br/>
      </w:r>
      <w:r>
        <w:t xml:space="preserve">    (a) deeply but often foolishly in love with or obsessed with someone or something</w:t>
      </w:r>
      <w:r>
        <w:br/>
      </w:r>
      <w:r>
        <w:t xml:space="preserve">    (b) a stone shaped like a disk that spins and is used to grind, sharpen or polish</w:t>
      </w:r>
      <w:r>
        <w:br/>
      </w:r>
      <w:r>
        <w:t xml:space="preserve">    (c) a psychologist concerned with the treatment of abnormal thinking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picks up momentum as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limbers</w:t>
      </w:r>
      <w:r>
        <w:rPr>
          <w:b/>
          <w:bCs/>
        </w:rPr>
        <w:t xml:space="preserve">, and volume, too, and suddenly he is hunched over the keyboard and putting his shoulders into it, thunder-testing the walls of his new studio.</w:t>
      </w:r>
      <w:r>
        <w:br/>
      </w:r>
      <w:r>
        <w:t xml:space="preserve">    (a) leaps or jumps</w:t>
      </w:r>
      <w:r>
        <w:br/>
      </w:r>
      <w:r>
        <w:t xml:space="preserve">    (b) makes possible</w:t>
      </w:r>
      <w:r>
        <w:br/>
      </w:r>
      <w:r>
        <w:t xml:space="preserve">    (c) makes flexible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there a full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complement</w:t>
      </w:r>
      <w:r>
        <w:rPr>
          <w:b/>
          <w:bCs/>
        </w:rPr>
        <w:t xml:space="preserve">?</w:t>
      </w:r>
      <w:r>
        <w:br/>
      </w:r>
      <w:r>
        <w:t xml:space="preserve">    (a) power plants that produce energy by splitting atoms</w:t>
      </w:r>
      <w:r>
        <w:br/>
      </w:r>
      <w:r>
        <w:t xml:space="preserve">    (b) the state or characteristic of being less than zero</w:t>
      </w:r>
      <w:r>
        <w:br/>
      </w:r>
      <w:r>
        <w:t xml:space="preserve">    (c) a quantity of something that is considered complete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2026-07-31T18:08:47Z</dcterms:created>
  <dcterms:modified xsi:type="dcterms:W3CDTF">2026-07-31T18:08:47Z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