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45e70c6ab2ad620b9f45babd08566336d51635b"/>
    <w:p>
      <w:pPr>
        <w:pStyle w:val="Heading1"/>
      </w:pPr>
      <w:r>
        <w:rPr>
          <w:b/>
          <w:bCs/>
        </w:rPr>
        <w:t xml:space="preserve">The Silver Chair</w:t>
      </w:r>
      <w:r>
        <w:br/>
      </w:r>
      <w:r>
        <w:rPr>
          <w:i/>
          <w:iCs/>
        </w:rPr>
        <w:t xml:space="preserve">C. S. Lewis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injunction requires that they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cease</w:t>
      </w:r>
      <w:r>
        <w:rPr>
          <w:b/>
          <w:bCs/>
        </w:rPr>
        <w:t xml:space="preserve"> </w:t>
      </w:r>
      <w:r>
        <w:rPr>
          <w:b/>
          <w:bCs/>
        </w:rPr>
        <w:t xml:space="preserve">all activity on the site.</w:t>
      </w:r>
      <w:r>
        <w:br/>
      </w:r>
      <w:r>
        <w:t xml:space="preserve">    (a) stop</w:t>
      </w:r>
      <w:r>
        <w:br/>
      </w:r>
      <w:r>
        <w:t xml:space="preserve">    (b) record</w:t>
      </w:r>
      <w:r>
        <w:br/>
      </w:r>
      <w:r>
        <w:t xml:space="preserve">    (c) permit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Greek mythology, Chiron is probably the most famous of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centaurs</w:t>
      </w:r>
      <w:r>
        <w:rPr>
          <w:b/>
          <w:bCs/>
        </w:rPr>
        <w:t xml:space="preserve">. He is known for his wisdom and knowledge of medicine.</w:t>
      </w:r>
      <w:r>
        <w:br/>
      </w:r>
      <w:r>
        <w:t xml:space="preserve">    (a) winged horses that can fly</w:t>
      </w:r>
      <w:r>
        <w:br/>
      </w:r>
      <w:r>
        <w:t xml:space="preserve">    (b) demigod fighters in wars between gods</w:t>
      </w:r>
      <w:r>
        <w:br/>
      </w:r>
      <w:r>
        <w:t xml:space="preserve">    (c) mythical beings that are half man and half horse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were stopped by an impassable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chasm</w:t>
      </w:r>
      <w:r>
        <w:rPr>
          <w:b/>
          <w:bCs/>
        </w:rPr>
        <w:t xml:space="preserve">.</w:t>
      </w:r>
      <w:r>
        <w:br/>
      </w:r>
      <w:r>
        <w:t xml:space="preserve">    (a) raging river</w:t>
      </w:r>
      <w:r>
        <w:br/>
      </w:r>
      <w:r>
        <w:t xml:space="preserve">    (b) steep drop</w:t>
      </w:r>
      <w:r>
        <w:br/>
      </w:r>
      <w:r>
        <w:t xml:space="preserve">    (c) steep mountain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conceit</w:t>
      </w:r>
      <w:r>
        <w:rPr>
          <w:b/>
          <w:bCs/>
        </w:rPr>
        <w:t xml:space="preserve"> </w:t>
      </w:r>
      <w:r>
        <w:rPr>
          <w:b/>
          <w:bCs/>
        </w:rPr>
        <w:t xml:space="preserve">showed in the way she interrupted others and assumed she was always the smartest person in the room.</w:t>
      </w:r>
      <w:r>
        <w:br/>
      </w:r>
      <w:r>
        <w:t xml:space="preserve">    (a) arrogance</w:t>
      </w:r>
      <w:r>
        <w:br/>
      </w:r>
      <w:r>
        <w:t xml:space="preserve">    (b) ignorance</w:t>
      </w:r>
      <w:r>
        <w:br/>
      </w:r>
      <w:r>
        <w:t xml:space="preserve">    (c) encouragement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rescued me from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despair</w:t>
      </w:r>
      <w:r>
        <w:rPr>
          <w:b/>
          <w:bCs/>
        </w:rPr>
        <w:t xml:space="preserve">.</w:t>
      </w:r>
      <w:r>
        <w:br/>
      </w:r>
      <w:r>
        <w:t xml:space="preserve">    (a) hopelessness</w:t>
      </w:r>
      <w:r>
        <w:br/>
      </w:r>
      <w:r>
        <w:t xml:space="preserve">    (b) fear</w:t>
      </w:r>
      <w:r>
        <w:br/>
      </w:r>
      <w:r>
        <w:t xml:space="preserve">    (c) poverty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Two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distinct</w:t>
      </w:r>
      <w:r>
        <w:rPr>
          <w:b/>
          <w:bCs/>
        </w:rPr>
        <w:t xml:space="preserve"> </w:t>
      </w:r>
      <w:r>
        <w:rPr>
          <w:b/>
          <w:bCs/>
        </w:rPr>
        <w:t xml:space="preserve">brain networks guide our judgments.</w:t>
      </w:r>
      <w:r>
        <w:br/>
      </w:r>
      <w:r>
        <w:t xml:space="preserve">    (a) different</w:t>
      </w:r>
      <w:r>
        <w:br/>
      </w:r>
      <w:r>
        <w:t xml:space="preserve">    (b) similar</w:t>
      </w:r>
      <w:r>
        <w:br/>
      </w:r>
      <w:r>
        <w:t xml:space="preserve">    (c) identical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students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entreated</w:t>
      </w:r>
      <w:r>
        <w:rPr>
          <w:b/>
          <w:bCs/>
        </w:rPr>
        <w:t xml:space="preserve"> </w:t>
      </w:r>
      <w:r>
        <w:rPr>
          <w:b/>
          <w:bCs/>
        </w:rPr>
        <w:t xml:space="preserve">the Chinese troops not to use force against peaceful demonstrations.</w:t>
      </w:r>
      <w:r>
        <w:br/>
      </w:r>
      <w:r>
        <w:t xml:space="preserve">    (a) bribed (with gifts)</w:t>
      </w:r>
      <w:r>
        <w:br/>
      </w:r>
      <w:r>
        <w:t xml:space="preserve">    (b) asked earnestly</w:t>
      </w:r>
      <w:r>
        <w:br/>
      </w:r>
      <w:r>
        <w:t xml:space="preserve">    (c) threatened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indignant</w:t>
      </w:r>
      <w:r>
        <w:rPr>
          <w:b/>
          <w:bCs/>
        </w:rPr>
        <w:t xml:space="preserve">, but she agreed to be searched when they accused her of shoplifting.</w:t>
      </w:r>
      <w:r>
        <w:br/>
      </w:r>
      <w:r>
        <w:t xml:space="preserve">    (a) surprised at the unexpected</w:t>
      </w:r>
      <w:r>
        <w:br/>
      </w:r>
      <w:r>
        <w:t xml:space="preserve">    (b) annoyed at something unjust</w:t>
      </w:r>
      <w:r>
        <w:br/>
      </w:r>
      <w:r>
        <w:t xml:space="preserve">    (c) defensive about being suspected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official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inquiry</w:t>
      </w:r>
      <w:r>
        <w:rPr>
          <w:b/>
          <w:bCs/>
        </w:rPr>
        <w:t xml:space="preserve"> </w:t>
      </w:r>
      <w:r>
        <w:rPr>
          <w:b/>
          <w:bCs/>
        </w:rPr>
        <w:t xml:space="preserve">has ended, but the press continues to ask questions.</w:t>
      </w:r>
      <w:r>
        <w:br/>
      </w:r>
      <w:r>
        <w:t xml:space="preserve">    (a) investigation</w:t>
      </w:r>
      <w:r>
        <w:br/>
      </w:r>
      <w:r>
        <w:t xml:space="preserve">    (b) statement</w:t>
      </w:r>
      <w:r>
        <w:br/>
      </w:r>
      <w:r>
        <w:t xml:space="preserve">    (c) story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loathe</w:t>
      </w:r>
      <w:r>
        <w:rPr>
          <w:b/>
          <w:bCs/>
        </w:rPr>
        <w:t xml:space="preserve"> </w:t>
      </w:r>
      <w:r>
        <w:rPr>
          <w:b/>
          <w:bCs/>
        </w:rPr>
        <w:t xml:space="preserve">that man. He ruined my life.</w:t>
      </w:r>
      <w:r>
        <w:br/>
      </w:r>
      <w:r>
        <w:t xml:space="preserve">    (a) fear</w:t>
      </w:r>
      <w:r>
        <w:br/>
      </w:r>
      <w:r>
        <w:t xml:space="preserve">    (b) avoid</w:t>
      </w:r>
      <w:r>
        <w:br/>
      </w:r>
      <w:r>
        <w:t xml:space="preserve">    (c) hate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the story, she was neither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mortal</w:t>
      </w:r>
      <w:r>
        <w:rPr>
          <w:b/>
          <w:bCs/>
        </w:rPr>
        <w:t xml:space="preserve"> </w:t>
      </w:r>
      <w:r>
        <w:rPr>
          <w:b/>
          <w:bCs/>
        </w:rPr>
        <w:t xml:space="preserve">nor a god. She was a demi-god.</w:t>
      </w:r>
      <w:r>
        <w:br/>
      </w:r>
      <w:r>
        <w:t xml:space="preserve">    (a) type of bird</w:t>
      </w:r>
      <w:r>
        <w:br/>
      </w:r>
      <w:r>
        <w:t xml:space="preserve">    (b) human</w:t>
      </w:r>
      <w:r>
        <w:br/>
      </w:r>
      <w:r>
        <w:t xml:space="preserve">    (c) lucky survivor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are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mortal</w:t>
      </w:r>
      <w:r>
        <w:rPr>
          <w:b/>
          <w:bCs/>
        </w:rPr>
        <w:t xml:space="preserve"> </w:t>
      </w:r>
      <w:r>
        <w:rPr>
          <w:b/>
          <w:bCs/>
        </w:rPr>
        <w:t xml:space="preserve">enemies.</w:t>
      </w:r>
      <w:r>
        <w:br/>
      </w:r>
      <w:r>
        <w:t xml:space="preserve">    (a) human</w:t>
      </w:r>
      <w:r>
        <w:br/>
      </w:r>
      <w:r>
        <w:t xml:space="preserve">    (b) long-time</w:t>
      </w:r>
      <w:r>
        <w:br/>
      </w:r>
      <w:r>
        <w:t xml:space="preserve">    (c) intense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Sheik of Kuwait was admired for voluntarily creating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parliament</w:t>
      </w:r>
      <w:r>
        <w:rPr>
          <w:b/>
          <w:bCs/>
        </w:rPr>
        <w:t xml:space="preserve"> </w:t>
      </w:r>
      <w:r>
        <w:rPr>
          <w:b/>
          <w:bCs/>
        </w:rPr>
        <w:t xml:space="preserve">to share power with him.</w:t>
      </w:r>
      <w:r>
        <w:br/>
      </w:r>
      <w:r>
        <w:t xml:space="preserve">    (a) private fortress</w:t>
      </w:r>
      <w:r>
        <w:br/>
      </w:r>
      <w:r>
        <w:t xml:space="preserve">    (b) legislative assembly</w:t>
      </w:r>
      <w:r>
        <w:br/>
      </w:r>
      <w:r>
        <w:t xml:space="preserve">    (c) religious gathering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skied off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precipice</w:t>
      </w:r>
      <w:r>
        <w:rPr>
          <w:b/>
          <w:bCs/>
        </w:rPr>
        <w:t xml:space="preserve">, dropped her skis in midair, and then opened a parachute.</w:t>
      </w:r>
      <w:r>
        <w:br/>
      </w:r>
      <w:r>
        <w:t xml:space="preserve">    (a) airplane</w:t>
      </w:r>
      <w:r>
        <w:br/>
      </w:r>
      <w:r>
        <w:t xml:space="preserve">    (b) steep cliff</w:t>
      </w:r>
      <w:r>
        <w:br/>
      </w:r>
      <w:r>
        <w:t xml:space="preserve">    (c) ramp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While the young king was ill, his uncle served 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regent</w:t>
      </w:r>
      <w:r>
        <w:rPr>
          <w:b/>
          <w:bCs/>
        </w:rPr>
        <w:t xml:space="preserve"> </w:t>
      </w:r>
      <w:r>
        <w:rPr>
          <w:b/>
          <w:bCs/>
        </w:rPr>
        <w:t xml:space="preserve">to rule the kingdom.</w:t>
      </w:r>
      <w:r>
        <w:br/>
      </w:r>
      <w:r>
        <w:t xml:space="preserve">    (a) elected prime minister</w:t>
      </w:r>
      <w:r>
        <w:br/>
      </w:r>
      <w:r>
        <w:t xml:space="preserve">    (b) royal court advisor</w:t>
      </w:r>
      <w:r>
        <w:br/>
      </w:r>
      <w:r>
        <w:t xml:space="preserve">    (c) temporary substitute ruler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What does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serpent</w:t>
      </w:r>
      <w:r>
        <w:rPr>
          <w:b/>
          <w:bCs/>
        </w:rPr>
        <w:t xml:space="preserve"> </w:t>
      </w:r>
      <w:r>
        <w:rPr>
          <w:b/>
          <w:bCs/>
        </w:rPr>
        <w:t xml:space="preserve">represent in the Garden of Eden?</w:t>
      </w:r>
      <w:r>
        <w:br/>
      </w:r>
      <w:r>
        <w:t xml:space="preserve">    (a) fig leaf</w:t>
      </w:r>
      <w:r>
        <w:br/>
      </w:r>
      <w:r>
        <w:t xml:space="preserve">    (b) snake</w:t>
      </w:r>
      <w:r>
        <w:br/>
      </w:r>
      <w:r>
        <w:t xml:space="preserve">    (c) apple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Everyone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solemn</w:t>
      </w:r>
      <w:r>
        <w:rPr>
          <w:b/>
          <w:bCs/>
        </w:rPr>
        <w:t xml:space="preserve"> </w:t>
      </w:r>
      <w:r>
        <w:rPr>
          <w:b/>
          <w:bCs/>
        </w:rPr>
        <w:t xml:space="preserve">at the funeral.</w:t>
      </w:r>
      <w:r>
        <w:br/>
      </w:r>
      <w:r>
        <w:t xml:space="preserve">    (a) serious and dignified</w:t>
      </w:r>
      <w:r>
        <w:br/>
      </w:r>
      <w:r>
        <w:t xml:space="preserve">    (b) teary eyed</w:t>
      </w:r>
      <w:r>
        <w:br/>
      </w:r>
      <w:r>
        <w:t xml:space="preserve">    (c) dressed in dark colors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reduced locations where mosquito eggs can mature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therefore</w:t>
      </w:r>
      <w:r>
        <w:rPr>
          <w:b/>
          <w:bCs/>
        </w:rPr>
        <w:t xml:space="preserve"> </w:t>
      </w:r>
      <w:r>
        <w:rPr>
          <w:b/>
          <w:bCs/>
        </w:rPr>
        <w:t xml:space="preserve">reduced the number of mosquitoes.</w:t>
      </w:r>
      <w:r>
        <w:br/>
      </w:r>
      <w:r>
        <w:t xml:space="preserve">    (a) in spite of that</w:t>
      </w:r>
      <w:r>
        <w:br/>
      </w:r>
      <w:r>
        <w:t xml:space="preserve">    (b) for that reason</w:t>
      </w:r>
      <w:r>
        <w:br/>
      </w:r>
      <w:r>
        <w:t xml:space="preserve">    (c) in addition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As the disease progressed, her once strong muscles began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wither</w:t>
      </w:r>
      <w:r>
        <w:rPr>
          <w:b/>
          <w:bCs/>
        </w:rPr>
        <w:t xml:space="preserve"> </w:t>
      </w:r>
      <w:r>
        <w:rPr>
          <w:b/>
          <w:bCs/>
        </w:rPr>
        <w:t xml:space="preserve">and she struggled to even lift a glass of water.</w:t>
      </w:r>
      <w:r>
        <w:br/>
      </w:r>
      <w:r>
        <w:t xml:space="preserve">    (a) lose feeling</w:t>
      </w:r>
      <w:r>
        <w:br/>
      </w:r>
      <w:r>
        <w:t xml:space="preserve">    (b) hurt</w:t>
      </w:r>
      <w:r>
        <w:br/>
      </w:r>
      <w:r>
        <w:t xml:space="preserve">    (c) weaken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writhed</w:t>
      </w:r>
      <w:r>
        <w:rPr>
          <w:b/>
          <w:bCs/>
        </w:rPr>
        <w:t xml:space="preserve"> </w:t>
      </w:r>
      <w:r>
        <w:rPr>
          <w:b/>
          <w:bCs/>
        </w:rPr>
        <w:t xml:space="preserve">on the sidewalk begging that someone call an ambulance.</w:t>
      </w:r>
      <w:r>
        <w:br/>
      </w:r>
      <w:r>
        <w:t xml:space="preserve">    (a) yelled loudly</w:t>
      </w:r>
      <w:r>
        <w:br/>
      </w:r>
      <w:r>
        <w:t xml:space="preserve">    (b) cried and whimpered</w:t>
      </w:r>
      <w:r>
        <w:br/>
      </w:r>
      <w:r>
        <w:t xml:space="preserve">    (c) twisted and turned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2026-07-31T15:11:22Z</dcterms:created>
  <dcterms:modified xsi:type="dcterms:W3CDTF">2026-07-31T15:11:22Z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