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41b63ed6b893dc95b5ff89282b1650ea648bc6"/>
    <w:p>
      <w:pPr>
        <w:pStyle w:val="Heading1"/>
      </w:pPr>
      <w:r>
        <w:rPr>
          <w:b/>
          <w:bCs/>
        </w:rPr>
        <w:t xml:space="preserve">The Silver Chair</w:t>
      </w:r>
      <w:r>
        <w:br/>
      </w:r>
      <w:r>
        <w:rPr>
          <w:i/>
          <w:iCs/>
        </w:rPr>
        <w:t xml:space="preserve">C. S. Lewis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However much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abhor</w:t>
      </w:r>
      <w:r>
        <w:rPr>
          <w:b/>
          <w:bCs/>
        </w:rPr>
        <w:t xml:space="preserve"> </w:t>
      </w:r>
      <w:r>
        <w:rPr>
          <w:b/>
          <w:bCs/>
        </w:rPr>
        <w:t xml:space="preserve">it, we must be prepared for war.</w:t>
      </w:r>
      <w:r>
        <w:br/>
      </w:r>
      <w:r>
        <w:t xml:space="preserve">    (a) avoid</w:t>
      </w:r>
      <w:r>
        <w:br/>
      </w:r>
      <w:r>
        <w:t xml:space="preserve">    (b) hate</w:t>
      </w:r>
      <w:r>
        <w:br/>
      </w:r>
      <w:r>
        <w:t xml:space="preserve">    (c) don't expect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Wisconsin is called "The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Badger</w:t>
      </w:r>
      <w:r>
        <w:rPr>
          <w:b/>
          <w:bCs/>
        </w:rPr>
        <w:t xml:space="preserve">" state because lead miners who settled there in the 1800s spent winter nights burrowed into the hillside like the mammals.</w:t>
      </w:r>
      <w:r>
        <w:br/>
      </w:r>
      <w:r>
        <w:t xml:space="preserve">    (a) a type of mammal that digs tunnels with strong claws</w:t>
      </w:r>
      <w:r>
        <w:br/>
      </w:r>
      <w:r>
        <w:t xml:space="preserve">    (b) a type of steam-powered machine used to dig tunnels</w:t>
      </w:r>
      <w:r>
        <w:br/>
      </w:r>
      <w:r>
        <w:t xml:space="preserve">    (c) a multi-prong pick used for digging in soft soil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rules are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bastion</w:t>
      </w:r>
      <w:r>
        <w:rPr>
          <w:b/>
          <w:bCs/>
        </w:rPr>
        <w:t xml:space="preserve"> </w:t>
      </w:r>
      <w:r>
        <w:rPr>
          <w:b/>
          <w:bCs/>
        </w:rPr>
        <w:t xml:space="preserve">against corruption.</w:t>
      </w:r>
      <w:r>
        <w:br/>
      </w:r>
      <w:r>
        <w:t xml:space="preserve">    (a) defensive fortification</w:t>
      </w:r>
      <w:r>
        <w:br/>
      </w:r>
      <w:r>
        <w:t xml:space="preserve">    (b) prime example</w:t>
      </w:r>
      <w:r>
        <w:br/>
      </w:r>
      <w:r>
        <w:t xml:space="preserve">    (c) weak spot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sent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belated</w:t>
      </w:r>
      <w:r>
        <w:rPr>
          <w:b/>
          <w:bCs/>
        </w:rPr>
        <w:t xml:space="preserve"> </w:t>
      </w:r>
      <w:r>
        <w:rPr>
          <w:b/>
          <w:bCs/>
        </w:rPr>
        <w:t xml:space="preserve">thank-you note after realizing she had forgotten.</w:t>
      </w:r>
      <w:r>
        <w:br/>
      </w:r>
      <w:r>
        <w:t xml:space="preserve">    (a) kept secret</w:t>
      </w:r>
      <w:r>
        <w:br/>
      </w:r>
      <w:r>
        <w:t xml:space="preserve">    (b) written proudly</w:t>
      </w:r>
      <w:r>
        <w:br/>
      </w:r>
      <w:r>
        <w:t xml:space="preserve">    (c) sent late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closed the prayer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beseeching</w:t>
      </w:r>
      <w:r>
        <w:rPr>
          <w:b/>
          <w:bCs/>
        </w:rPr>
        <w:t xml:space="preserve"> </w:t>
      </w:r>
      <w:r>
        <w:rPr>
          <w:b/>
          <w:bCs/>
        </w:rPr>
        <w:t xml:space="preserve">God to grant them wisdom and patience.</w:t>
      </w:r>
      <w:r>
        <w:br/>
      </w:r>
      <w:r>
        <w:t xml:space="preserve">    (a) demanding</w:t>
      </w:r>
      <w:r>
        <w:br/>
      </w:r>
      <w:r>
        <w:t xml:space="preserve">    (b) asking</w:t>
      </w:r>
      <w:r>
        <w:br/>
      </w:r>
      <w:r>
        <w:t xml:space="preserve">    (c) instructing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brandished</w:t>
      </w:r>
      <w:r>
        <w:rPr>
          <w:b/>
          <w:bCs/>
        </w:rPr>
        <w:t xml:space="preserve"> </w:t>
      </w:r>
      <w:r>
        <w:rPr>
          <w:b/>
          <w:bCs/>
        </w:rPr>
        <w:t xml:space="preserve">the gun in his direction.</w:t>
      </w:r>
      <w:r>
        <w:br/>
      </w:r>
      <w:r>
        <w:t xml:space="preserve">    (a) pointed to the floor</w:t>
      </w:r>
      <w:r>
        <w:br/>
      </w:r>
      <w:r>
        <w:t xml:space="preserve">    (b) waved aggressively</w:t>
      </w:r>
      <w:r>
        <w:br/>
      </w:r>
      <w:r>
        <w:t xml:space="preserve">    (c) fired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mix -- greedy,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and without morals.</w:t>
      </w:r>
      <w:r>
        <w:br/>
      </w:r>
      <w:r>
        <w:t xml:space="preserve">    (a) strong and cruel</w:t>
      </w:r>
      <w:r>
        <w:br/>
      </w:r>
      <w:r>
        <w:t xml:space="preserve">    (b) clever and deceitful</w:t>
      </w:r>
      <w:r>
        <w:br/>
      </w:r>
      <w:r>
        <w:t xml:space="preserve">    (c) stupid and impatient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running through the rain, she arrived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disheveled</w:t>
      </w:r>
      <w:r>
        <w:rPr>
          <w:b/>
          <w:bCs/>
        </w:rPr>
        <w:t xml:space="preserve"> </w:t>
      </w:r>
      <w:r>
        <w:rPr>
          <w:b/>
          <w:bCs/>
        </w:rPr>
        <w:t xml:space="preserve">hair and muddy shoes.</w:t>
      </w:r>
      <w:r>
        <w:br/>
      </w:r>
      <w:r>
        <w:t xml:space="preserve">    (a) messy</w:t>
      </w:r>
      <w:r>
        <w:br/>
      </w:r>
      <w:r>
        <w:t xml:space="preserve">    (b) stylish</w:t>
      </w:r>
      <w:r>
        <w:br/>
      </w:r>
      <w:r>
        <w:t xml:space="preserve">    (c) 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financial loan</w:t>
      </w:r>
      <w:r>
        <w:br/>
      </w:r>
      <w:r>
        <w:t xml:space="preserve">    (b) family concerns</w:t>
      </w:r>
      <w:r>
        <w:br/>
      </w:r>
      <w:r>
        <w:t xml:space="preserve">    (c) patience or tolerance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grievous</w:t>
      </w:r>
      <w:r>
        <w:rPr>
          <w:b/>
          <w:bCs/>
        </w:rPr>
        <w:t xml:space="preserve"> </w:t>
      </w:r>
      <w:r>
        <w:rPr>
          <w:b/>
          <w:bCs/>
        </w:rPr>
        <w:t xml:space="preserve">offense against morality.</w:t>
      </w:r>
      <w:r>
        <w:br/>
      </w:r>
      <w:r>
        <w:t xml:space="preserve">    (a) serious</w:t>
      </w:r>
      <w:r>
        <w:br/>
      </w:r>
      <w:r>
        <w:t xml:space="preserve">    (b) foolish</w:t>
      </w:r>
      <w:r>
        <w:br/>
      </w:r>
      <w:r>
        <w:t xml:space="preserve">    (c) minor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making difficult</w:t>
      </w:r>
      <w:r>
        <w:br/>
      </w:r>
      <w:r>
        <w:t xml:space="preserve">    (b) drawing attention to</w:t>
      </w:r>
      <w:r>
        <w:br/>
      </w:r>
      <w:r>
        <w:t xml:space="preserve">    (c) helping or assisting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impeached</w:t>
      </w:r>
      <w:r>
        <w:rPr>
          <w:b/>
          <w:bCs/>
        </w:rPr>
        <w:t xml:space="preserve"> </w:t>
      </w:r>
      <w:r>
        <w:rPr>
          <w:b/>
          <w:bCs/>
        </w:rPr>
        <w:t xml:space="preserve">his integrity with questioning about the forged documents.</w:t>
      </w:r>
      <w:r>
        <w:br/>
      </w:r>
      <w:r>
        <w:t xml:space="preserve">    (a) seriously questioned</w:t>
      </w:r>
      <w:r>
        <w:br/>
      </w:r>
      <w:r>
        <w:t xml:space="preserve">    (b) extremely or excessively concentrated or paid attention to</w:t>
      </w:r>
      <w:r>
        <w:br/>
      </w:r>
      <w:r>
        <w:t xml:space="preserve">    (c) aka analyzed -- analyzed based upon a theory of psychiatry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alarm clock kept going off every five minutes.</w:t>
      </w:r>
      <w:r>
        <w:br/>
      </w:r>
      <w:r>
        <w:t xml:space="preserve">    (a) expensive</w:t>
      </w:r>
      <w:r>
        <w:br/>
      </w:r>
      <w:r>
        <w:t xml:space="preserve">    (b) antique</w:t>
      </w:r>
      <w:r>
        <w:br/>
      </w:r>
      <w:r>
        <w:t xml:space="preserve">    (c) annoying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inquisitive</w:t>
      </w:r>
      <w:r>
        <w:rPr>
          <w:b/>
          <w:bCs/>
        </w:rPr>
        <w:t xml:space="preserve"> </w:t>
      </w:r>
      <w:r>
        <w:rPr>
          <w:b/>
          <w:bCs/>
        </w:rPr>
        <w:t xml:space="preserve">nature led her to explore every corner of the old library.</w:t>
      </w:r>
      <w:r>
        <w:br/>
      </w:r>
      <w:r>
        <w:t xml:space="preserve">    (a) curious</w:t>
      </w:r>
      <w:r>
        <w:br/>
      </w:r>
      <w:r>
        <w:t xml:space="preserve">    (b) nervous</w:t>
      </w:r>
      <w:r>
        <w:br/>
      </w:r>
      <w:r>
        <w:t xml:space="preserve">    (c) forgetful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table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oblong</w:t>
      </w:r>
      <w:r>
        <w:rPr>
          <w:b/>
          <w:bCs/>
        </w:rPr>
        <w:t xml:space="preserve"> </w:t>
      </w:r>
      <w:r>
        <w:rPr>
          <w:b/>
          <w:bCs/>
        </w:rPr>
        <w:t xml:space="preserve">shape, with curved edges.</w:t>
      </w:r>
      <w:r>
        <w:br/>
      </w:r>
      <w:r>
        <w:t xml:space="preserve">    (a) elongated</w:t>
      </w:r>
      <w:r>
        <w:br/>
      </w:r>
      <w:r>
        <w:t xml:space="preserve">    (b) square</w:t>
      </w:r>
      <w:r>
        <w:br/>
      </w:r>
      <w:r>
        <w:t xml:space="preserve">    (c) circular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pantomime</w:t>
      </w:r>
      <w:r>
        <w:rPr>
          <w:b/>
          <w:bCs/>
        </w:rPr>
        <w:t xml:space="preserve"> </w:t>
      </w:r>
      <w:r>
        <w:rPr>
          <w:b/>
          <w:bCs/>
        </w:rPr>
        <w:t xml:space="preserve">artist entertained us while we waited in line.</w:t>
      </w:r>
      <w:r>
        <w:br/>
      </w:r>
      <w:r>
        <w:t xml:space="preserve">    (a) sketching with pencil</w:t>
      </w:r>
      <w:r>
        <w:br/>
      </w:r>
      <w:r>
        <w:t xml:space="preserve">    (b) acting with no words</w:t>
      </w:r>
      <w:r>
        <w:br/>
      </w:r>
      <w:r>
        <w:t xml:space="preserve">    (c) music with voice only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 deep-sea fish produce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phosphorescence</w:t>
      </w:r>
      <w:r>
        <w:rPr>
          <w:b/>
          <w:bCs/>
        </w:rPr>
        <w:t xml:space="preserve"> </w:t>
      </w:r>
      <w:r>
        <w:rPr>
          <w:b/>
          <w:bCs/>
        </w:rPr>
        <w:t xml:space="preserve">in dark waters.</w:t>
      </w:r>
      <w:r>
        <w:br/>
      </w:r>
      <w:r>
        <w:t xml:space="preserve">    (a) a loud crackling sound</w:t>
      </w:r>
      <w:r>
        <w:br/>
      </w:r>
      <w:r>
        <w:t xml:space="preserve">    (b) a sharp icy chill</w:t>
      </w:r>
      <w:r>
        <w:br/>
      </w:r>
      <w:r>
        <w:t xml:space="preserve">    (c) a faint natural glow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crew of the river boat used poles to avoid rocks,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shoals</w:t>
      </w:r>
      <w:r>
        <w:rPr>
          <w:b/>
          <w:bCs/>
        </w:rPr>
        <w:t xml:space="preserve">, and sandbars.</w:t>
      </w:r>
      <w:r>
        <w:br/>
      </w:r>
      <w:r>
        <w:t xml:space="preserve">    (a) limbs or trees hanging over water</w:t>
      </w:r>
      <w:r>
        <w:br/>
      </w:r>
      <w:r>
        <w:t xml:space="preserve">    (b) fast-moving currents</w:t>
      </w:r>
      <w:r>
        <w:br/>
      </w:r>
      <w:r>
        <w:t xml:space="preserve">    (c) sandbanks or other stretches of shallow water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rode off under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</w:t>
      </w:r>
      <w:r>
        <w:rPr>
          <w:b/>
          <w:bCs/>
        </w:rPr>
        <w:t xml:space="preserve"> </w:t>
      </w:r>
      <w:r>
        <w:rPr>
          <w:b/>
          <w:bCs/>
        </w:rPr>
        <w:t xml:space="preserve">sky.</w:t>
      </w:r>
      <w:r>
        <w:br/>
      </w:r>
      <w:r>
        <w:t xml:space="preserve">    (a) heavy with snow</w:t>
      </w:r>
      <w:r>
        <w:br/>
      </w:r>
      <w:r>
        <w:t xml:space="preserve">    (b) clear and windy</w:t>
      </w:r>
      <w:r>
        <w:br/>
      </w:r>
      <w:r>
        <w:t xml:space="preserve">    (c) darkened by clouds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unimportant</w:t>
      </w:r>
      <w:r>
        <w:br/>
      </w:r>
      <w:r>
        <w:t xml:space="preserve">    (b) other's</w:t>
      </w:r>
      <w:r>
        <w:br/>
      </w:r>
      <w:r>
        <w:t xml:space="preserve">    (c) future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2026-07-31T15:11:23Z</dcterms:created>
  <dcterms:modified xsi:type="dcterms:W3CDTF">2026-07-31T15:11:23Z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