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e0feb8f4699d994642a4c0756393aa00dd8b8c9"/>
    <w:p>
      <w:pPr>
        <w:pStyle w:val="Heading1"/>
      </w:pPr>
      <w:r>
        <w:rPr>
          <w:b/>
          <w:bCs/>
        </w:rPr>
        <w:t xml:space="preserve">The Silver Chair</w:t>
      </w:r>
      <w:r>
        <w:br/>
      </w:r>
      <w:r>
        <w:rPr>
          <w:i/>
          <w:iCs/>
        </w:rPr>
        <w:t xml:space="preserve">C. S. Lewis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"You don't know either," said Jill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indignantly</w:t>
      </w:r>
      <w:r>
        <w:rPr>
          <w:b/>
          <w:bCs/>
        </w:rPr>
        <w:t xml:space="preserve">.</w:t>
      </w:r>
      <w:r>
        <w:br/>
      </w:r>
      <w:r>
        <w:t xml:space="preserve">    (a) with acceptance of something undesired as unavoidable</w:t>
      </w:r>
      <w:r>
        <w:br/>
      </w:r>
      <w:r>
        <w:t xml:space="preserve">    (b) with surprise as something unexpected</w:t>
      </w:r>
      <w:r>
        <w:br/>
      </w:r>
      <w:r>
        <w:t xml:space="preserve">    (c) angry at being wronged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birds had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ceased</w:t>
      </w:r>
      <w:r>
        <w:rPr>
          <w:b/>
          <w:bCs/>
        </w:rPr>
        <w:t xml:space="preserve"> </w:t>
      </w:r>
      <w:r>
        <w:rPr>
          <w:b/>
          <w:bCs/>
        </w:rPr>
        <w:t xml:space="preserve">singing and there was perfect silence except for one small, persistent sound, which seemed to come from a good distance away.</w:t>
      </w:r>
      <w:r>
        <w:br/>
      </w:r>
      <w:r>
        <w:t xml:space="preserve">    (a) stopped or discontinued</w:t>
      </w:r>
      <w:r>
        <w:br/>
      </w:r>
      <w:r>
        <w:t xml:space="preserve">    (b) did in a particular way</w:t>
      </w:r>
      <w:r>
        <w:br/>
      </w:r>
      <w:r>
        <w:t xml:space="preserve">    (c) not taken on or adopted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Let us hold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parliament</w:t>
      </w:r>
      <w:r>
        <w:rPr>
          <w:b/>
          <w:bCs/>
        </w:rPr>
        <w:t xml:space="preserve"> </w:t>
      </w:r>
      <w:r>
        <w:rPr>
          <w:b/>
          <w:bCs/>
        </w:rPr>
        <w:t xml:space="preserve">of owls.</w:t>
      </w:r>
      <w:r>
        <w:br/>
      </w:r>
      <w:r>
        <w:t xml:space="preserve">    (a) someone who believes that all knowledge is derived from experience</w:t>
      </w:r>
      <w:r>
        <w:br/>
      </w:r>
      <w:r>
        <w:t xml:space="preserve">    (b) legislative assembly</w:t>
      </w:r>
      <w:r>
        <w:br/>
      </w:r>
      <w:r>
        <w:t xml:space="preserve">    (c) a place where conditions are kept as they were to protect wildlife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That if the Lord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Regent</w:t>
      </w:r>
      <w:r>
        <w:rPr>
          <w:b/>
          <w:bCs/>
        </w:rPr>
        <w:t xml:space="preserve">... hears you are going to look for the lost Prince, he won't let you start.</w:t>
      </w:r>
      <w:r>
        <w:br/>
      </w:r>
      <w:r>
        <w:t xml:space="preserve">    (a) relating to an artistic movement pioneered by Pablo Picasso and Georges Braque that featured surfaces of geometrical planes to depict three-dimensional organic forms</w:t>
      </w:r>
      <w:r>
        <w:br/>
      </w:r>
      <w:r>
        <w:t xml:space="preserve">    (b) someone who walks slowly without definite direction  OR  someone who writes or talks without definite direction (changing subjects or rambling rather than in a purposeful direct way)</w:t>
      </w:r>
      <w:r>
        <w:br/>
      </w:r>
      <w:r>
        <w:t xml:space="preserve">    (c) someone who rules a country temporarily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His expression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solemn</w:t>
      </w:r>
      <w:r>
        <w:rPr>
          <w:b/>
          <w:bCs/>
        </w:rPr>
        <w:t xml:space="preserve">,</w:t>
      </w:r>
      <w:r>
        <w:br/>
      </w:r>
      <w:r>
        <w:t xml:space="preserve">    (a) able to be taken on as one's own</w:t>
      </w:r>
      <w:r>
        <w:br/>
      </w:r>
      <w:r>
        <w:t xml:space="preserve">    (b) indicating approval or agreement</w:t>
      </w:r>
      <w:r>
        <w:br/>
      </w:r>
      <w:r>
        <w:t xml:space="preserve">    (c) serious and possibly dignified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Those eels will take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mortal</w:t>
      </w:r>
      <w:r>
        <w:rPr>
          <w:b/>
          <w:bCs/>
        </w:rPr>
        <w:t xml:space="preserve"> </w:t>
      </w:r>
      <w:r>
        <w:rPr>
          <w:b/>
          <w:bCs/>
        </w:rPr>
        <w:t xml:space="preserve">long time to cook, and either of you might faint with hunger before they're done.</w:t>
      </w:r>
      <w:r>
        <w:br/>
      </w:r>
      <w:r>
        <w:t xml:space="preserve">    (a) impossible to find</w:t>
      </w:r>
      <w:r>
        <w:br/>
      </w:r>
      <w:r>
        <w:t xml:space="preserve">    (b) good or beneficial</w:t>
      </w:r>
      <w:r>
        <w:br/>
      </w:r>
      <w:r>
        <w:t xml:space="preserve">    (c) extremely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who has suffered almost more than any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mortal</w:t>
      </w:r>
      <w:r>
        <w:rPr>
          <w:b/>
          <w:bCs/>
        </w:rPr>
        <w:t xml:space="preserve"> </w:t>
      </w:r>
      <w:r>
        <w:rPr>
          <w:b/>
          <w:bCs/>
        </w:rPr>
        <w:t xml:space="preserve">can bear.</w:t>
      </w:r>
      <w:r>
        <w:br/>
      </w:r>
      <w:r>
        <w:t xml:space="preserve">    (a) human (especially merely human) or subject to death</w:t>
      </w:r>
      <w:r>
        <w:br/>
      </w:r>
      <w:r>
        <w:t xml:space="preserve">    (b) someone who combines components into a complex whole</w:t>
      </w:r>
      <w:r>
        <w:br/>
      </w:r>
      <w:r>
        <w:t xml:space="preserve">    (c) someone who provides start-up money to new companies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beyond these, a country of high mountains, dark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precipices</w:t>
      </w:r>
      <w:r>
        <w:rPr>
          <w:b/>
          <w:bCs/>
        </w:rPr>
        <w:t xml:space="preserve">, stony valleys,</w:t>
      </w:r>
      <w:r>
        <w:br/>
      </w:r>
      <w:r>
        <w:t xml:space="preserve">    (a) lenses that limit light vibrations to a single plane</w:t>
      </w:r>
      <w:r>
        <w:br/>
      </w:r>
      <w:r>
        <w:t xml:space="preserve">    (b) performances that express personal feelings or ideas</w:t>
      </w:r>
      <w:r>
        <w:br/>
      </w:r>
      <w:r>
        <w:t xml:space="preserve">    (c) very steep cliffs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...found herself to her horror sliding down into a dark, narrow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chasm</w:t>
      </w:r>
      <w:r>
        <w:rPr>
          <w:b/>
          <w:bCs/>
        </w:rPr>
        <w:t xml:space="preserve">...</w:t>
      </w:r>
      <w:r>
        <w:br/>
      </w:r>
      <w:r>
        <w:t xml:space="preserve">    (a) a nerve or brain cell</w:t>
      </w:r>
      <w:r>
        <w:br/>
      </w:r>
      <w:r>
        <w:t xml:space="preserve">    (b) opening on the earth's surface</w:t>
      </w:r>
      <w:r>
        <w:br/>
      </w:r>
      <w:r>
        <w:t xml:space="preserve">    (c) long eventful journey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absolute misery to come back into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withering</w:t>
      </w:r>
      <w:r>
        <w:rPr>
          <w:b/>
          <w:bCs/>
        </w:rPr>
        <w:t xml:space="preserve"> </w:t>
      </w:r>
      <w:r>
        <w:rPr>
          <w:b/>
          <w:bCs/>
        </w:rPr>
        <w:t xml:space="preserve">coldness.</w:t>
      </w:r>
      <w:r>
        <w:br/>
      </w:r>
      <w:r>
        <w:t xml:space="preserve">    (a) temperature scale used in most of the world</w:t>
      </w:r>
      <w:r>
        <w:br/>
      </w:r>
      <w:r>
        <w:t xml:space="preserve">    (b) causing weakness</w:t>
      </w:r>
      <w:r>
        <w:br/>
      </w:r>
      <w:r>
        <w:t xml:space="preserve">    (c) devices that convert light into electricity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"Not a man ....Marsh-wiggle," replied Puddleglum in a somewhat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indistinct</w:t>
      </w:r>
      <w:r>
        <w:rPr>
          <w:b/>
          <w:bCs/>
        </w:rPr>
        <w:t xml:space="preserve"> </w:t>
      </w:r>
      <w:r>
        <w:rPr>
          <w:b/>
          <w:bCs/>
        </w:rPr>
        <w:t xml:space="preserve">voice.</w:t>
      </w:r>
      <w:r>
        <w:br/>
      </w:r>
      <w:r>
        <w:t xml:space="preserve">    (a) not clear or easily identifiable</w:t>
      </w:r>
      <w:r>
        <w:br/>
      </w:r>
      <w:r>
        <w:t xml:space="preserve">    (b) important, serious, or dangerous</w:t>
      </w:r>
      <w:r>
        <w:br/>
      </w:r>
      <w:r>
        <w:t xml:space="preserve">    (c) indicating approval or agreement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"It's my fault," she said in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despairing</w:t>
      </w:r>
      <w:r>
        <w:rPr>
          <w:b/>
          <w:bCs/>
        </w:rPr>
        <w:t xml:space="preserve"> </w:t>
      </w:r>
      <w:r>
        <w:rPr>
          <w:b/>
          <w:bCs/>
        </w:rPr>
        <w:t xml:space="preserve">tones.</w:t>
      </w:r>
      <w:r>
        <w:br/>
      </w:r>
      <w:r>
        <w:t xml:space="preserve">    (a) thoughtful</w:t>
      </w:r>
      <w:r>
        <w:br/>
      </w:r>
      <w:r>
        <w:t xml:space="preserve">    (b) triumphant</w:t>
      </w:r>
      <w:r>
        <w:br/>
      </w:r>
      <w:r>
        <w:t xml:space="preserve">    (c) hopeless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soon after that, I turn into the likeness of a great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serpent</w:t>
      </w:r>
      <w:r>
        <w:rPr>
          <w:b/>
          <w:bCs/>
        </w:rPr>
        <w:t xml:space="preserve">, hungry, fierce, and deadly.</w:t>
      </w:r>
      <w:r>
        <w:br/>
      </w:r>
      <w:r>
        <w:t xml:space="preserve">    (a) snake</w:t>
      </w:r>
      <w:r>
        <w:br/>
      </w:r>
      <w:r>
        <w:t xml:space="preserve">    (b) skill</w:t>
      </w:r>
      <w:r>
        <w:br/>
      </w:r>
      <w:r>
        <w:t xml:space="preserve">    (c) story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Jill was thinking, "He's the silliest, most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conceited</w:t>
      </w:r>
      <w:r>
        <w:rPr>
          <w:b/>
          <w:bCs/>
        </w:rPr>
        <w:t xml:space="preserve">, selfish pig I've met for a long time."</w:t>
      </w:r>
      <w:r>
        <w:br/>
      </w:r>
      <w:r>
        <w:t xml:space="preserve">    (a) excessively proud of himself</w:t>
      </w:r>
      <w:r>
        <w:br/>
      </w:r>
      <w:r>
        <w:t xml:space="preserve">    (b) not judged in a negative way</w:t>
      </w:r>
      <w:r>
        <w:br/>
      </w:r>
      <w:r>
        <w:t xml:space="preserve">    (c) calculated or judged too low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Listen while I am master of myself. When the fit is upon me, it well may be that I shall beg and implore you, with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entreaties</w:t>
      </w:r>
      <w:r>
        <w:rPr>
          <w:b/>
          <w:bCs/>
        </w:rPr>
        <w:t xml:space="preserve"> </w:t>
      </w:r>
      <w:r>
        <w:rPr>
          <w:b/>
          <w:bCs/>
        </w:rPr>
        <w:t xml:space="preserve">and threatenings, to loosen my bonds.</w:t>
      </w:r>
      <w:r>
        <w:br/>
      </w:r>
      <w:r>
        <w:t xml:space="preserve">    (a) acts of betrayal</w:t>
      </w:r>
      <w:r>
        <w:br/>
      </w:r>
      <w:r>
        <w:t xml:space="preserve">    (b) requests and persuasions</w:t>
      </w:r>
      <w:r>
        <w:br/>
      </w:r>
      <w:r>
        <w:t xml:space="preserve">    (c) relative amounts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His face was as pale as putty, and 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writhed</w:t>
      </w:r>
      <w:r>
        <w:rPr>
          <w:b/>
          <w:bCs/>
        </w:rPr>
        <w:t xml:space="preserve"> </w:t>
      </w:r>
      <w:r>
        <w:rPr>
          <w:b/>
          <w:bCs/>
        </w:rPr>
        <w:t xml:space="preserve">in his bonds.</w:t>
      </w:r>
      <w:r>
        <w:br/>
      </w:r>
      <w:r>
        <w:t xml:space="preserve">    (a) examined in detail to better understand</w:t>
      </w:r>
      <w:r>
        <w:br/>
      </w:r>
      <w:r>
        <w:t xml:space="preserve">    (b) tension from opposing ideas or feelings</w:t>
      </w:r>
      <w:r>
        <w:br/>
      </w:r>
      <w:r>
        <w:t xml:space="preserve">    (c) moved in a twisting or contorted motion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  <w:u w:val="single"/>
        </w:rPr>
        <w:t xml:space="preserve">Therefore</w:t>
      </w:r>
      <w:r>
        <w:rPr>
          <w:b/>
          <w:bCs/>
        </w:rPr>
        <w:t xml:space="preserve">, Madam, it is my purpose, as it is also my duty, to depart suddenly from your Highness's court into my own country.</w:t>
      </w:r>
      <w:r>
        <w:br/>
      </w:r>
      <w:r>
        <w:t xml:space="preserve">    (a) even though -- used to connect contrasting ideas</w:t>
      </w:r>
      <w:r>
        <w:br/>
      </w:r>
      <w:r>
        <w:t xml:space="preserve">    (b) despite that (used to connect contrasting ideas)</w:t>
      </w:r>
      <w:r>
        <w:br/>
      </w:r>
      <w:r>
        <w:t xml:space="preserve">    (c) for that reason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had flung two or three coils of its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loathsome</w:t>
      </w:r>
      <w:r>
        <w:rPr>
          <w:b/>
          <w:bCs/>
        </w:rPr>
        <w:t xml:space="preserve"> </w:t>
      </w:r>
      <w:r>
        <w:rPr>
          <w:b/>
          <w:bCs/>
        </w:rPr>
        <w:t xml:space="preserve">body round the Prince's legs.</w:t>
      </w:r>
      <w:r>
        <w:br/>
      </w:r>
      <w:r>
        <w:t xml:space="preserve">    (a) disgusting</w:t>
      </w:r>
      <w:r>
        <w:br/>
      </w:r>
      <w:r>
        <w:t xml:space="preserve">    (b) not aware of something</w:t>
      </w:r>
      <w:r>
        <w:br/>
      </w:r>
      <w:r>
        <w:t xml:space="preserve">    (c) consistent or the same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two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centaurs</w:t>
      </w:r>
      <w:r>
        <w:rPr>
          <w:b/>
          <w:bCs/>
        </w:rPr>
        <w:t xml:space="preserve"> </w:t>
      </w:r>
      <w:r>
        <w:rPr>
          <w:b/>
          <w:bCs/>
        </w:rPr>
        <w:t xml:space="preserve">have very kindly offered to let you ride on their backs</w:t>
      </w:r>
      <w:r>
        <w:br/>
      </w:r>
      <w:r>
        <w:t xml:space="preserve">    (a) electronic components that act as one-way valves</w:t>
      </w:r>
      <w:r>
        <w:br/>
      </w:r>
      <w:r>
        <w:t xml:space="preserve">    (b) images (seen on a mirror or other shiny surface)</w:t>
      </w:r>
      <w:r>
        <w:br/>
      </w:r>
      <w:r>
        <w:t xml:space="preserve">    (c) creatures that are half man, half horse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When the police arrived and found no lion, no broken wall, and no convicts, and the Head behaving like a lunatic, there was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inquiry</w:t>
      </w:r>
      <w:r>
        <w:rPr>
          <w:b/>
          <w:bCs/>
        </w:rPr>
        <w:t xml:space="preserve"> </w:t>
      </w:r>
      <w:r>
        <w:rPr>
          <w:b/>
          <w:bCs/>
        </w:rPr>
        <w:t xml:space="preserve">into the whole thing.</w:t>
      </w:r>
      <w:r>
        <w:br/>
      </w:r>
      <w:r>
        <w:t xml:space="preserve">    (a) reason (for doing something)</w:t>
      </w:r>
      <w:r>
        <w:br/>
      </w:r>
      <w:r>
        <w:t xml:space="preserve">    (b) small quantity or indication</w:t>
      </w:r>
      <w:r>
        <w:br/>
      </w:r>
      <w:r>
        <w:t xml:space="preserve">    (c) questioning or investigating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2026-07-31T15:11:23Z</dcterms:created>
  <dcterms:modified xsi:type="dcterms:W3CDTF">2026-07-31T15:11:23Z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