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14e881d344fdebfa1b1fb6ae052596e1bdfb02"/>
    <w:p>
      <w:pPr>
        <w:pStyle w:val="Heading1"/>
      </w:pPr>
      <w:r>
        <w:rPr>
          <w:b/>
          <w:bCs/>
        </w:rPr>
        <w:t xml:space="preserve">The Silver Chair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there were a lot of animals she knew as well; bears,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badgers</w:t>
      </w:r>
      <w:r>
        <w:rPr>
          <w:b/>
          <w:bCs/>
        </w:rPr>
        <w:t xml:space="preserve">, moles, leopards, mice, and various birds.</w:t>
      </w:r>
      <w:r>
        <w:br/>
      </w:r>
      <w:r>
        <w:t xml:space="preserve">    (a) relating to properties of sound or hearing</w:t>
      </w:r>
      <w:r>
        <w:br/>
      </w:r>
      <w:r>
        <w:t xml:space="preserve">    (b) mammals that dig tunnels with strong claws</w:t>
      </w:r>
      <w:r>
        <w:br/>
      </w:r>
      <w:r>
        <w:t xml:space="preserve">    (c) acts of crediting (a source for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the North there were low pale-coloured hills, in places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bastioned</w:t>
      </w:r>
      <w:r>
        <w:rPr>
          <w:b/>
          <w:bCs/>
        </w:rPr>
        <w:t xml:space="preserve"> </w:t>
      </w:r>
      <w:r>
        <w:rPr>
          <w:b/>
          <w:bCs/>
        </w:rPr>
        <w:t xml:space="preserve">with rock.</w:t>
      </w:r>
      <w:r>
        <w:br/>
      </w:r>
      <w:r>
        <w:t xml:space="preserve">    (a) arousing or inspiring</w:t>
      </w:r>
      <w:r>
        <w:br/>
      </w:r>
      <w:r>
        <w:t xml:space="preserve">    (b) protected</w:t>
      </w:r>
      <w:r>
        <w:br/>
      </w:r>
      <w:r>
        <w:t xml:space="preserve">    (c) psychiatric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rubbed his big frog-like hands together as if he were talking of going to a party or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pantomime</w:t>
      </w:r>
      <w:r>
        <w:rPr>
          <w:b/>
          <w:bCs/>
        </w:rPr>
        <w:t xml:space="preserve">.</w:t>
      </w:r>
      <w:r>
        <w:br/>
      </w:r>
      <w:r>
        <w:t xml:space="preserve">    (a) a performance of something through gestures and body movements without words</w:t>
      </w:r>
      <w:r>
        <w:br/>
      </w:r>
      <w:r>
        <w:t xml:space="preserve">    (b) suffer through (or put up with something difficult or unpleasant)</w:t>
      </w:r>
      <w:r>
        <w:br/>
      </w:r>
      <w:r>
        <w:t xml:space="preserve">    (c) call -- typically to come nearer by using a hand gesture or a nod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about nine o'clock next morning three lonely figures might have been seen picking their way across the Shribble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shoals</w:t>
      </w:r>
      <w:r>
        <w:rPr>
          <w:b/>
          <w:bCs/>
        </w:rPr>
        <w:t xml:space="preserve"> </w:t>
      </w:r>
      <w:r>
        <w:rPr>
          <w:b/>
          <w:bCs/>
        </w:rPr>
        <w:t xml:space="preserve">and stepping-stones.</w:t>
      </w:r>
      <w:r>
        <w:br/>
      </w:r>
      <w:r>
        <w:t xml:space="preserve">    (a) collides or collisions</w:t>
      </w:r>
      <w:r>
        <w:br/>
      </w:r>
      <w:r>
        <w:t xml:space="preserve">    (b) areas of shallow water</w:t>
      </w:r>
      <w:r>
        <w:br/>
      </w:r>
      <w:r>
        <w:t xml:space="preserve">    (c) requests or challenges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 rivers that poured out of echoing gorges to plunge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sullenly</w:t>
      </w:r>
      <w:r>
        <w:rPr>
          <w:b/>
          <w:bCs/>
        </w:rPr>
        <w:t xml:space="preserve"> </w:t>
      </w:r>
      <w:r>
        <w:rPr>
          <w:b/>
          <w:bCs/>
        </w:rPr>
        <w:t xml:space="preserve">into black depths.</w:t>
      </w:r>
      <w:r>
        <w:br/>
      </w:r>
      <w:r>
        <w:t xml:space="preserve">    (a) not in a self-aware manner</w:t>
      </w:r>
      <w:r>
        <w:br/>
      </w:r>
      <w:r>
        <w:t xml:space="preserve">    (b) in a gloomy manner (darkly)</w:t>
      </w:r>
      <w:r>
        <w:br/>
      </w:r>
      <w:r>
        <w:t xml:space="preserve">    (c) in a bad or harmful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to make matters worse it was crossed and crisscrossed with curious banks or dykes, which sometimes divided it up into squares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oblongs</w:t>
      </w:r>
      <w:r>
        <w:rPr>
          <w:b/>
          <w:bCs/>
        </w:rPr>
        <w:t xml:space="preserve">.</w:t>
      </w:r>
      <w:r>
        <w:br/>
      </w:r>
      <w:r>
        <w:t xml:space="preserve">    (a) soccer:  foul kicks taken from 12 yards in front of the goal and defended only by the goalkeeper who cannot advance beyond the goal line until the shot is taken</w:t>
      </w:r>
      <w:r>
        <w:br/>
      </w:r>
      <w:r>
        <w:t xml:space="preserve">    (b) the more or less continuous military expeditions in the 11th to 13th centuries when Christian powers of Europe invaded Muslims in the Holy Land in the Middle East</w:t>
      </w:r>
      <w:r>
        <w:br/>
      </w:r>
      <w:r>
        <w:t xml:space="preserve">    (c) an elongated shape (having more length than width) -- typically of a stretched circle that is longer than an oval, but occasionally used to describe a rectangle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it was, we'd be out of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wind down there.</w:t>
      </w:r>
      <w:r>
        <w:br/>
      </w:r>
      <w:r>
        <w:t xml:space="preserve">    (a) bad; or very annoying; or characteristic of hell</w:t>
      </w:r>
      <w:r>
        <w:br/>
      </w:r>
      <w:r>
        <w:t xml:space="preserve">    (b) strict, firm, or hard (not giving in, not giving way, or not giving up)</w:t>
      </w:r>
      <w:r>
        <w:br/>
      </w:r>
      <w:r>
        <w:t xml:space="preserve">    (c) relating to classical music plays in which most of the dialogue is sung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dare say you two thought I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</w:t>
      </w:r>
      <w:r>
        <w:rPr>
          <w:b/>
          <w:bCs/>
        </w:rPr>
        <w:t xml:space="preserve"> </w:t>
      </w:r>
      <w:r>
        <w:rPr>
          <w:b/>
          <w:bCs/>
        </w:rPr>
        <w:t xml:space="preserve">tipsy last night, but I do assure you it was - well, most of it was - put on.</w:t>
      </w:r>
      <w:r>
        <w:br/>
      </w:r>
      <w:r>
        <w:t xml:space="preserve">    (a) leave a place, job or position previously occupied</w:t>
      </w:r>
      <w:r>
        <w:br/>
      </w:r>
      <w:r>
        <w:t xml:space="preserve">    (b) little</w:t>
      </w:r>
      <w:r>
        <w:br/>
      </w:r>
      <w:r>
        <w:t xml:space="preserve">    (c) someone (or something) taking the place of another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she has found out by art magical that this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my deliverance from the grievous enchantment I lie under.</w:t>
      </w:r>
      <w:r>
        <w:br/>
      </w:r>
      <w:r>
        <w:t xml:space="preserve">    (a) make different; or show difference</w:t>
      </w:r>
      <w:r>
        <w:br/>
      </w:r>
      <w:r>
        <w:t xml:space="preserve">    (b) slowed down or caused problems for</w:t>
      </w:r>
      <w:r>
        <w:br/>
      </w:r>
      <w:r>
        <w:t xml:space="preserve">    (c) to cause something to move 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she has found out by art magical that this would hinder my deliverance from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grievous</w:t>
      </w:r>
      <w:r>
        <w:rPr>
          <w:b/>
          <w:bCs/>
        </w:rPr>
        <w:t xml:space="preserve"> </w:t>
      </w:r>
      <w:r>
        <w:rPr>
          <w:b/>
          <w:bCs/>
        </w:rPr>
        <w:t xml:space="preserve">enchantment I lie under.</w:t>
      </w:r>
      <w:r>
        <w:br/>
      </w:r>
      <w:r>
        <w:t xml:space="preserve">    (a) very bad; or causing grief</w:t>
      </w:r>
      <w:r>
        <w:br/>
      </w:r>
      <w:r>
        <w:t xml:space="preserve">    (b) not able to be translated</w:t>
      </w:r>
      <w:r>
        <w:br/>
      </w:r>
      <w:r>
        <w:t xml:space="preserve">    (c) not tending to find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she felt a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inquisitive</w:t>
      </w:r>
      <w:r>
        <w:rPr>
          <w:b/>
          <w:bCs/>
        </w:rPr>
        <w:t xml:space="preserve"> </w:t>
      </w:r>
      <w:r>
        <w:rPr>
          <w:b/>
          <w:bCs/>
        </w:rPr>
        <w:t xml:space="preserve">all the same.</w:t>
      </w:r>
      <w:r>
        <w:br/>
      </w:r>
      <w:r>
        <w:t xml:space="preserve">    (a) interested in learning about things -- often asking many questions</w:t>
      </w:r>
      <w:r>
        <w:br/>
      </w:r>
      <w:r>
        <w:t xml:space="preserve">    (b) not having the characteristic of bouncing back light/heat/sound...</w:t>
      </w:r>
      <w:r>
        <w:br/>
      </w:r>
      <w:r>
        <w:t xml:space="preserve">    (c) the quality or degree of the involvement of other people or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I shouldn't wonder, once he gets started.</w:t>
      </w:r>
      <w:r>
        <w:br/>
      </w:r>
      <w:r>
        <w:t xml:space="preserve">    (a) good at achieving goals through cleverness and deception</w:t>
      </w:r>
      <w:r>
        <w:br/>
      </w:r>
      <w:r>
        <w:t xml:space="preserve">    (b) related to the natural world (life, air, water, land...)</w:t>
      </w:r>
      <w:r>
        <w:br/>
      </w:r>
      <w:r>
        <w:t xml:space="preserve">    (c) relating to logical examination to improve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</w:t>
      </w:r>
      <w:r>
        <w:rPr>
          <w:b/>
          <w:bCs/>
        </w:rPr>
        <w:t xml:space="preserve"> </w:t>
      </w:r>
      <w:r>
        <w:rPr>
          <w:b/>
          <w:bCs/>
        </w:rPr>
        <w:t xml:space="preserve">you to hear me," said the Knight, forcing himself to speak calmly.</w:t>
      </w:r>
      <w:r>
        <w:br/>
      </w:r>
      <w:r>
        <w:t xml:space="preserve">    (a) to spread to other parts of the body</w:t>
      </w:r>
      <w:r>
        <w:br/>
      </w:r>
      <w:r>
        <w:t xml:space="preserve">    (b) to ask strongly or beg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 utterly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abhor</w:t>
      </w:r>
      <w:r>
        <w:rPr>
          <w:b/>
          <w:bCs/>
        </w:rPr>
        <w:t xml:space="preserve"> </w:t>
      </w:r>
      <w:r>
        <w:rPr>
          <w:b/>
          <w:bCs/>
        </w:rPr>
        <w:t xml:space="preserve">... it as plain villainy.</w:t>
      </w:r>
      <w:r>
        <w:br/>
      </w:r>
      <w:r>
        <w:t xml:space="preserve">    (a) hate</w:t>
      </w:r>
      <w:r>
        <w:br/>
      </w:r>
      <w:r>
        <w:t xml:space="preserve">    (b) tell (a story)</w:t>
      </w:r>
      <w:r>
        <w:br/>
      </w:r>
      <w:r>
        <w:t xml:space="preserve">    (c) lie or mislead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the Prince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brandish</w:t>
      </w:r>
      <w:r>
        <w:rPr>
          <w:b/>
          <w:bCs/>
        </w:rPr>
        <w:t xml:space="preserve"> </w:t>
      </w:r>
      <w:r>
        <w:rPr>
          <w:b/>
          <w:bCs/>
        </w:rPr>
        <w:t xml:space="preserve">his sword and make a show of charging them.</w:t>
      </w:r>
      <w:r>
        <w:br/>
      </w:r>
      <w:r>
        <w:t xml:space="preserve">    (a) think carefully and make a judgment about something again</w:t>
      </w:r>
      <w:r>
        <w:br/>
      </w:r>
      <w:r>
        <w:t xml:space="preserve">    (b) the act of waving something or exhibiting it aggressively</w:t>
      </w:r>
      <w:r>
        <w:br/>
      </w:r>
      <w:r>
        <w:t xml:space="preserve">    (c) to promise, guarantee, or indicate certainty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 know not how, as the years pass, I shall bear to remember that it was once in my power to have probed the uttermost pit of Earth and that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forbore</w:t>
      </w:r>
      <w:r>
        <w:rPr>
          <w:b/>
          <w:bCs/>
        </w:rPr>
        <w:t xml:space="preserve">.</w:t>
      </w:r>
      <w:r>
        <w:br/>
      </w:r>
      <w:r>
        <w:t xml:space="preserve">    (a) interacts, interests, or attracts</w:t>
      </w:r>
      <w:r>
        <w:br/>
      </w:r>
      <w:r>
        <w:t xml:space="preserve">    (b) refrained (did not)</w:t>
      </w:r>
      <w:r>
        <w:br/>
      </w:r>
      <w:r>
        <w:t xml:space="preserve">    (c) because of a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my old friend Reepicheep the Mouse were here, he would say we could not now refuse the adventures of Bism without a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impeachment</w:t>
      </w:r>
      <w:r>
        <w:rPr>
          <w:b/>
          <w:bCs/>
        </w:rPr>
        <w:t xml:space="preserve"> </w:t>
      </w:r>
      <w:r>
        <w:rPr>
          <w:b/>
          <w:bCs/>
        </w:rPr>
        <w:t xml:space="preserve">to our honour.</w:t>
      </w:r>
      <w:r>
        <w:br/>
      </w:r>
      <w:r>
        <w:t xml:space="preserve">    (a) of Norway, Sweden, Denmark and sometimes Finland &amp; Iceland</w:t>
      </w:r>
      <w:r>
        <w:br/>
      </w:r>
      <w:r>
        <w:t xml:space="preserve">    (b) someone who fled their homeland; or related to such people</w:t>
      </w:r>
      <w:r>
        <w:br/>
      </w:r>
      <w:r>
        <w:t xml:space="preserve">    (c) criticism (of character)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every side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belated</w:t>
      </w:r>
      <w:r>
        <w:rPr>
          <w:b/>
          <w:bCs/>
        </w:rPr>
        <w:t xml:space="preserve"> </w:t>
      </w:r>
      <w:r>
        <w:rPr>
          <w:b/>
          <w:bCs/>
        </w:rPr>
        <w:t xml:space="preserve">gnomes were rushing into it.</w:t>
      </w:r>
      <w:r>
        <w:br/>
      </w:r>
      <w:r>
        <w:t xml:space="preserve">    (a) the condition of being different</w:t>
      </w:r>
      <w:r>
        <w:br/>
      </w:r>
      <w:r>
        <w:t xml:space="preserve">    (b) after the expected or usual time</w:t>
      </w:r>
      <w:r>
        <w:br/>
      </w:r>
      <w:r>
        <w:t xml:space="preserve">    (c) indicating approval or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thought the hole would lead only into some other cave, lit by some ghostly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phosphorescence</w:t>
      </w:r>
      <w:r>
        <w:rPr>
          <w:b/>
          <w:bCs/>
        </w:rPr>
        <w:t xml:space="preserve"> </w:t>
      </w:r>
      <w:r>
        <w:rPr>
          <w:b/>
          <w:bCs/>
        </w:rPr>
        <w:t xml:space="preserve">and filled with goodness-knows-what evil creatures of the Underworld.</w:t>
      </w:r>
      <w:r>
        <w:br/>
      </w:r>
      <w:r>
        <w:t xml:space="preserve">    (a) obsessive-compulsive disorder -- an anxiety disorder characterized by recurrent and persistent thoughts and feelings and repetitive, ritualized behaviors</w:t>
      </w:r>
      <w:r>
        <w:br/>
      </w:r>
      <w:r>
        <w:t xml:space="preserve">    (b) dim glowing light</w:t>
      </w:r>
      <w:r>
        <w:br/>
      </w:r>
      <w:r>
        <w:t xml:space="preserve">    (c) groupings of Egyptian rulers sharing a common origin some time between 3150 BC when Upper and Lower Egypt were united, and 31 BC when Rome conquered Egypt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Pale though he was from long imprisonment in the Deep Lands, dressed in black, dusty,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dishevelled</w:t>
      </w:r>
      <w:r>
        <w:rPr>
          <w:b/>
          <w:bCs/>
        </w:rPr>
        <w:t xml:space="preserve">, and weary, there was something in his face and air which no one could mistake.</w:t>
      </w:r>
      <w:r>
        <w:br/>
      </w:r>
      <w:r>
        <w:t xml:space="preserve">    (a) messy (untidy or in disarray) -- especially of a person's clothes and hair</w:t>
      </w:r>
      <w:r>
        <w:br/>
      </w:r>
      <w:r>
        <w:t xml:space="preserve">    (b) took (power or responsibility)</w:t>
      </w:r>
      <w:r>
        <w:br/>
      </w:r>
      <w:r>
        <w:t xml:space="preserve">    (c) not hired, occupied, or booked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2026-07-31T15:11:23Z</dcterms:created>
  <dcterms:modified xsi:type="dcterms:W3CDTF">2026-07-31T15:11:23Z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