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bc1bb7f29ff764602cf836fffd3eefe957ef7ec"/>
    <w:p>
      <w:pPr>
        <w:pStyle w:val="Heading1"/>
      </w:pPr>
      <w:r>
        <w:rPr>
          <w:b/>
          <w:bCs/>
        </w:rPr>
        <w:t xml:space="preserve">The Shining</w:t>
      </w:r>
      <w:r>
        <w:br/>
      </w:r>
      <w:r>
        <w:rPr>
          <w:i/>
          <w:iCs/>
        </w:rPr>
        <w:t xml:space="preserve">Stephen King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 customer satisfaction rating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abysmal</w:t>
      </w:r>
      <w:r>
        <w:rPr>
          <w:b/>
          <w:bCs/>
        </w:rPr>
        <w:t xml:space="preserve">.</w:t>
      </w:r>
      <w:r>
        <w:br/>
      </w:r>
      <w:r>
        <w:t xml:space="preserve">    (a) fantastic</w:t>
      </w:r>
      <w:r>
        <w:br/>
      </w:r>
      <w:r>
        <w:t xml:space="preserve">    (b) very bad</w:t>
      </w:r>
      <w:r>
        <w:br/>
      </w:r>
      <w:r>
        <w:t xml:space="preserve">    (c) complicated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does little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allay</w:t>
      </w:r>
      <w:r>
        <w:rPr>
          <w:b/>
          <w:bCs/>
        </w:rPr>
        <w:t xml:space="preserve"> </w:t>
      </w:r>
      <w:r>
        <w:rPr>
          <w:b/>
          <w:bCs/>
        </w:rPr>
        <w:t xml:space="preserve">Israeli fears.</w:t>
      </w:r>
      <w:r>
        <w:br/>
      </w:r>
      <w:r>
        <w:t xml:space="preserve">    (a) reduce</w:t>
      </w:r>
      <w:r>
        <w:br/>
      </w:r>
      <w:r>
        <w:t xml:space="preserve">    (b) increase</w:t>
      </w:r>
      <w:r>
        <w:br/>
      </w:r>
      <w:r>
        <w:t xml:space="preserve">    (c) distract from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presence of a horse-drawn carriage on the city streets, amidst modern cars and buses, was a charming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anachronism</w:t>
      </w:r>
      <w:r>
        <w:rPr>
          <w:b/>
          <w:bCs/>
        </w:rPr>
        <w:t xml:space="preserve">.</w:t>
      </w:r>
      <w:r>
        <w:br/>
      </w:r>
      <w:r>
        <w:t xml:space="preserve">    (a) something out of place for it's time</w:t>
      </w:r>
      <w:r>
        <w:br/>
      </w:r>
      <w:r>
        <w:t xml:space="preserve">    (b) something that is an unexpected surprise</w:t>
      </w:r>
      <w:r>
        <w:br/>
      </w:r>
      <w:r>
        <w:t xml:space="preserve">    (c) something that is a timeless tradition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Congress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appropriated</w:t>
      </w:r>
      <w:r>
        <w:rPr>
          <w:b/>
          <w:bCs/>
        </w:rPr>
        <w:t xml:space="preserve"> </w:t>
      </w:r>
      <w:r>
        <w:rPr>
          <w:b/>
          <w:bCs/>
        </w:rPr>
        <w:t xml:space="preserve">additional funds for airport improvement.</w:t>
      </w:r>
      <w:r>
        <w:br/>
      </w:r>
      <w:r>
        <w:t xml:space="preserve">    (a) discussed spending</w:t>
      </w:r>
      <w:r>
        <w:br/>
      </w:r>
      <w:r>
        <w:t xml:space="preserve">    (b) set aside</w:t>
      </w:r>
      <w:r>
        <w:br/>
      </w:r>
      <w:r>
        <w:t xml:space="preserve">    (c) raised through taxes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earthquake left our pictures hanging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askew</w:t>
      </w:r>
      <w:r>
        <w:rPr>
          <w:b/>
          <w:bCs/>
        </w:rPr>
        <w:t xml:space="preserve">.</w:t>
      </w:r>
      <w:r>
        <w:br/>
      </w:r>
      <w:r>
        <w:t xml:space="preserve">    (a) crooked</w:t>
      </w:r>
      <w:r>
        <w:br/>
      </w:r>
      <w:r>
        <w:t xml:space="preserve">    (b) covered in dust</w:t>
      </w:r>
      <w:r>
        <w:br/>
      </w:r>
      <w:r>
        <w:t xml:space="preserve">    (c) alone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likes to make people lose their cool by starting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belligerent</w:t>
      </w:r>
      <w:r>
        <w:rPr>
          <w:b/>
          <w:bCs/>
        </w:rPr>
        <w:t xml:space="preserve"> </w:t>
      </w:r>
      <w:r>
        <w:rPr>
          <w:b/>
          <w:bCs/>
        </w:rPr>
        <w:t xml:space="preserve">political arguments.</w:t>
      </w:r>
      <w:r>
        <w:br/>
      </w:r>
      <w:r>
        <w:t xml:space="preserve">    (a) hostile or combative</w:t>
      </w:r>
      <w:r>
        <w:br/>
      </w:r>
      <w:r>
        <w:t xml:space="preserve">    (b) clever or intelligent</w:t>
      </w:r>
      <w:r>
        <w:br/>
      </w:r>
      <w:r>
        <w:t xml:space="preserve">    (c) ridiculous or absurd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contentious</w:t>
      </w:r>
      <w:r>
        <w:rPr>
          <w:b/>
          <w:bCs/>
        </w:rPr>
        <w:t xml:space="preserve"> </w:t>
      </w:r>
      <w:r>
        <w:rPr>
          <w:b/>
          <w:bCs/>
        </w:rPr>
        <w:t xml:space="preserve">and complicated issue that I think should be discussed at a separate meeting.</w:t>
      </w:r>
      <w:r>
        <w:br/>
      </w:r>
      <w:r>
        <w:t xml:space="preserve">    (a) philosophical</w:t>
      </w:r>
      <w:r>
        <w:br/>
      </w:r>
      <w:r>
        <w:t xml:space="preserve">    (b) controversial</w:t>
      </w:r>
      <w:r>
        <w:br/>
      </w:r>
      <w:r>
        <w:t xml:space="preserve">    (c) complex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made an offer to buy the house, but the offer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contingent</w:t>
      </w:r>
      <w:r>
        <w:rPr>
          <w:b/>
          <w:bCs/>
        </w:rPr>
        <w:t xml:space="preserve"> </w:t>
      </w:r>
      <w:r>
        <w:rPr>
          <w:b/>
          <w:bCs/>
        </w:rPr>
        <w:t xml:space="preserve">upon our selling our existing home before closing the sale on the new one.</w:t>
      </w:r>
      <w:r>
        <w:br/>
      </w:r>
      <w:r>
        <w:t xml:space="preserve">    (a) dependent upon</w:t>
      </w:r>
      <w:r>
        <w:br/>
      </w:r>
      <w:r>
        <w:t xml:space="preserve">    (b) grouped with things in common</w:t>
      </w:r>
      <w:r>
        <w:br/>
      </w:r>
      <w:r>
        <w:t xml:space="preserve">    (c) is better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National Guard is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integral</w:t>
      </w:r>
      <w:r>
        <w:rPr>
          <w:b/>
          <w:bCs/>
        </w:rPr>
        <w:t xml:space="preserve"> </w:t>
      </w:r>
      <w:r>
        <w:rPr>
          <w:b/>
          <w:bCs/>
        </w:rPr>
        <w:t xml:space="preserve">part of U.S. armed services.</w:t>
      </w:r>
      <w:r>
        <w:br/>
      </w:r>
      <w:r>
        <w:t xml:space="preserve">    (a) unimportant</w:t>
      </w:r>
      <w:r>
        <w:br/>
      </w:r>
      <w:r>
        <w:t xml:space="preserve">    (b) essential</w:t>
      </w:r>
      <w:r>
        <w:br/>
      </w:r>
      <w:r>
        <w:t xml:space="preserve">    (c) additional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clinic has a separate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pediatric</w:t>
      </w:r>
      <w:r>
        <w:rPr>
          <w:b/>
          <w:bCs/>
        </w:rPr>
        <w:t xml:space="preserve"> </w:t>
      </w:r>
      <w:r>
        <w:rPr>
          <w:b/>
          <w:bCs/>
        </w:rPr>
        <w:t xml:space="preserve">wing designed just for infants and toddlers.</w:t>
      </w:r>
      <w:r>
        <w:br/>
      </w:r>
      <w:r>
        <w:t xml:space="preserve">    (a) for emergency cases</w:t>
      </w:r>
      <w:r>
        <w:br/>
      </w:r>
      <w:r>
        <w:t xml:space="preserve">    (b) for child patients</w:t>
      </w:r>
      <w:r>
        <w:br/>
      </w:r>
      <w:r>
        <w:t xml:space="preserve">    (c) for elderly patients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breaking the window,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penitent</w:t>
      </w:r>
      <w:r>
        <w:rPr>
          <w:b/>
          <w:bCs/>
        </w:rPr>
        <w:t xml:space="preserve"> </w:t>
      </w:r>
      <w:r>
        <w:rPr>
          <w:b/>
          <w:bCs/>
        </w:rPr>
        <w:t xml:space="preserve">boy apologized to his neighbor.</w:t>
      </w:r>
      <w:r>
        <w:br/>
      </w:r>
      <w:r>
        <w:t xml:space="preserve">    (a) feeling regret for wrongdoing</w:t>
      </w:r>
      <w:r>
        <w:br/>
      </w:r>
      <w:r>
        <w:t xml:space="preserve">    (b) proud of one's actions</w:t>
      </w:r>
      <w:r>
        <w:br/>
      </w:r>
      <w:r>
        <w:t xml:space="preserve">    (c) confused about the rules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tone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peremptory</w:t>
      </w:r>
      <w:r>
        <w:rPr>
          <w:b/>
          <w:bCs/>
        </w:rPr>
        <w:t xml:space="preserve">, preventing argument or disagreement.</w:t>
      </w:r>
      <w:r>
        <w:br/>
      </w:r>
      <w:r>
        <w:t xml:space="preserve">    (a) not allowing contradiction or refusal</w:t>
      </w:r>
      <w:r>
        <w:br/>
      </w:r>
      <w:r>
        <w:t xml:space="preserve">    (b) not in line with her usual manner</w:t>
      </w:r>
      <w:r>
        <w:br/>
      </w:r>
      <w:r>
        <w:t xml:space="preserve">    (c) more rushed than usual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Antarctica gets only about 2 inches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precipitation</w:t>
      </w:r>
      <w:r>
        <w:rPr>
          <w:b/>
          <w:bCs/>
        </w:rPr>
        <w:t xml:space="preserve"> </w:t>
      </w:r>
      <w:r>
        <w:rPr>
          <w:b/>
          <w:bCs/>
        </w:rPr>
        <w:t xml:space="preserve">a year.</w:t>
      </w:r>
      <w:r>
        <w:br/>
      </w:r>
      <w:r>
        <w:t xml:space="preserve">    (a) opposed to "globalization"</w:t>
      </w:r>
      <w:r>
        <w:br/>
      </w:r>
      <w:r>
        <w:t xml:space="preserve">    (b) requires (to do something)</w:t>
      </w:r>
      <w:r>
        <w:br/>
      </w:r>
      <w:r>
        <w:t xml:space="preserve">    (c) rain, snow, hail, or sleet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hearing all the rumors, the real explanation turned out to be surprisingly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prosaic</w:t>
      </w:r>
      <w:r>
        <w:rPr>
          <w:b/>
          <w:bCs/>
        </w:rPr>
        <w:t xml:space="preserve">.</w:t>
      </w:r>
      <w:r>
        <w:br/>
      </w:r>
      <w:r>
        <w:t xml:space="preserve">    (a) ordinary and uninteresting</w:t>
      </w:r>
      <w:r>
        <w:br/>
      </w:r>
      <w:r>
        <w:t xml:space="preserve">    (b) not concerned with what others might think of oneself</w:t>
      </w:r>
      <w:r>
        <w:br/>
      </w:r>
      <w:r>
        <w:t xml:space="preserve">    (c) able to make clear with example, diagram, photo, etc.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Even after years apart,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rancor</w:t>
      </w:r>
      <w:r>
        <w:rPr>
          <w:b/>
          <w:bCs/>
        </w:rPr>
        <w:t xml:space="preserve"> </w:t>
      </w:r>
      <w:r>
        <w:rPr>
          <w:b/>
          <w:bCs/>
        </w:rPr>
        <w:t xml:space="preserve">between the brothers had not faded at all.</w:t>
      </w:r>
      <w:r>
        <w:br/>
      </w:r>
      <w:r>
        <w:t xml:space="preserve">    (a) mild curiosity</w:t>
      </w:r>
      <w:r>
        <w:br/>
      </w:r>
      <w:r>
        <w:t xml:space="preserve">    (b) deep bitterness</w:t>
      </w:r>
      <w:r>
        <w:br/>
      </w:r>
      <w:r>
        <w:t xml:space="preserve">    (c) warm affection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spasmodic</w:t>
      </w:r>
      <w:r>
        <w:rPr>
          <w:b/>
          <w:bCs/>
        </w:rPr>
        <w:t xml:space="preserve"> </w:t>
      </w:r>
      <w:r>
        <w:rPr>
          <w:b/>
          <w:bCs/>
        </w:rPr>
        <w:t xml:space="preserve">nature of the economy has made it difficult for businesses to plan for the future.</w:t>
      </w:r>
      <w:r>
        <w:br/>
      </w:r>
      <w:r>
        <w:t xml:space="preserve">    (a) long cycles</w:t>
      </w:r>
      <w:r>
        <w:br/>
      </w:r>
      <w:r>
        <w:t xml:space="preserve">    (b) politically charged</w:t>
      </w:r>
      <w:r>
        <w:br/>
      </w:r>
      <w:r>
        <w:t xml:space="preserve">    (c) happening with short irregular bursts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spurned</w:t>
      </w:r>
      <w:r>
        <w:rPr>
          <w:b/>
          <w:bCs/>
        </w:rPr>
        <w:t xml:space="preserve"> </w:t>
      </w:r>
      <w:r>
        <w:rPr>
          <w:b/>
          <w:bCs/>
        </w:rPr>
        <w:t xml:space="preserve">both major parties in the last election.</w:t>
      </w:r>
      <w:r>
        <w:br/>
      </w:r>
      <w:r>
        <w:t xml:space="preserve">    (a) rejected</w:t>
      </w:r>
      <w:r>
        <w:br/>
      </w:r>
      <w:r>
        <w:t xml:space="preserve">    (b) founded</w:t>
      </w:r>
      <w:r>
        <w:br/>
      </w:r>
      <w:r>
        <w:t xml:space="preserve">    (c) joined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Whether a painting is beautiful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subjective</w:t>
      </w:r>
      <w:r>
        <w:rPr>
          <w:b/>
          <w:bCs/>
        </w:rPr>
        <w:t xml:space="preserve"> </w:t>
      </w:r>
      <w:r>
        <w:rPr>
          <w:b/>
          <w:bCs/>
        </w:rPr>
        <w:t xml:space="preserve">judgment.</w:t>
      </w:r>
      <w:r>
        <w:br/>
      </w:r>
      <w:r>
        <w:t xml:space="preserve">    (a) based on exact numbers</w:t>
      </w:r>
      <w:r>
        <w:br/>
      </w:r>
      <w:r>
        <w:t xml:space="preserve">    (b) based on personal views</w:t>
      </w:r>
      <w:r>
        <w:br/>
      </w:r>
      <w:r>
        <w:t xml:space="preserve">    (c) required by official rules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 growing tired of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tirades</w:t>
      </w:r>
      <w:r>
        <w:rPr>
          <w:b/>
          <w:bCs/>
        </w:rPr>
        <w:t xml:space="preserve">.</w:t>
      </w:r>
      <w:r>
        <w:br/>
      </w:r>
      <w:r>
        <w:t xml:space="preserve">    (a) displays of paralyzing worry</w:t>
      </w:r>
      <w:r>
        <w:br/>
      </w:r>
      <w:r>
        <w:t xml:space="preserve">    (b) displays of angry criticism</w:t>
      </w:r>
      <w:r>
        <w:br/>
      </w:r>
      <w:r>
        <w:t xml:space="preserve">    (c) displays of useless guilt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vacuous</w:t>
      </w:r>
      <w:r>
        <w:rPr>
          <w:b/>
          <w:bCs/>
        </w:rPr>
        <w:t xml:space="preserve"> </w:t>
      </w:r>
      <w:r>
        <w:rPr>
          <w:b/>
          <w:bCs/>
        </w:rPr>
        <w:t xml:space="preserve">comments were either off topic or erroneous.</w:t>
      </w:r>
      <w:r>
        <w:br/>
      </w:r>
      <w:r>
        <w:t xml:space="preserve">    (a) side</w:t>
      </w:r>
      <w:r>
        <w:br/>
      </w:r>
      <w:r>
        <w:t xml:space="preserve">    (b) emotion-filled</w:t>
      </w:r>
      <w:r>
        <w:br/>
      </w:r>
      <w:r>
        <w:t xml:space="preserve">    (c) dumb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2026-07-31T16:17:06Z</dcterms:created>
  <dcterms:modified xsi:type="dcterms:W3CDTF">2026-07-31T16:17:06Z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