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f81f7ae158dee1d43c4c1922f0e7a1c55d213b"/>
    <w:p>
      <w:pPr>
        <w:pStyle w:val="Heading1"/>
      </w:pPr>
      <w:r>
        <w:rPr>
          <w:b/>
          <w:bCs/>
        </w:rPr>
        <w:t xml:space="preserve">The Shack</w:t>
      </w:r>
      <w:r>
        <w:br/>
      </w:r>
      <w:r>
        <w:rPr>
          <w:i/>
          <w:iCs/>
        </w:rPr>
        <w:t xml:space="preserve">William P. Young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Whatever happened, in his early twenties he eventually ended up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seminary</w:t>
      </w:r>
      <w:r>
        <w:rPr>
          <w:b/>
          <w:bCs/>
        </w:rPr>
        <w:t xml:space="preserve"> </w:t>
      </w:r>
      <w:r>
        <w:rPr>
          <w:b/>
          <w:bCs/>
        </w:rPr>
        <w:t xml:space="preserve">in Australia.</w:t>
      </w:r>
      <w:r>
        <w:br/>
      </w:r>
      <w:r>
        <w:t xml:space="preserve">    (a) a school for training clerics -- usually ministers, priests, or rabbis</w:t>
      </w:r>
      <w:r>
        <w:br/>
      </w:r>
      <w:r>
        <w:t xml:space="preserve">    (b) the reason for doing something; or the level of desire to do something</w:t>
      </w:r>
      <w:r>
        <w:br/>
      </w:r>
      <w:r>
        <w:t xml:space="preserve">    (c) a drug that calms or puts to sleep; or describing something as calming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Routine choices become adventures and are often experienced with a sense of heightened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clarity</w:t>
      </w:r>
      <w:r>
        <w:rPr>
          <w:b/>
          <w:bCs/>
        </w:rPr>
        <w:t xml:space="preserve">.</w:t>
      </w:r>
      <w:r>
        <w:br/>
      </w:r>
      <w:r>
        <w:t xml:space="preserve">    (a) the process of assigning a value on or judging the worth of something; or the result of such a process</w:t>
      </w:r>
      <w:r>
        <w:br/>
      </w:r>
      <w:r>
        <w:t xml:space="preserve">    (b) a collection of things on public display  OR  a detailed explanation or background of a specific topic</w:t>
      </w:r>
      <w:r>
        <w:br/>
      </w:r>
      <w:r>
        <w:t xml:space="preserve">    (c) seen, expressed, or understood clearly; or a degree of transparency such as the quality of clear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adrenaline rush</w:t>
      </w:r>
      <w:r>
        <w:rPr>
          <w:b/>
          <w:bCs/>
        </w:rPr>
        <w:t xml:space="preserve"> </w:t>
      </w:r>
      <w:r>
        <w:rPr>
          <w:b/>
          <w:bCs/>
        </w:rPr>
        <w:t xml:space="preserve">caused him to over compensate, and in slow motion Mack watched his feet rise up in front of him as if jerked up by some jungle trap.</w:t>
      </w:r>
      <w:r>
        <w:br/>
      </w:r>
      <w:r>
        <w:t xml:space="preserve">    (a) a branch of computer science developing software that mimics human intelligence</w:t>
      </w:r>
      <w:r>
        <w:br/>
      </w:r>
      <w:r>
        <w:t xml:space="preserve">    (b) the intense feeling that comes from an increase in the "fight or flight" hormone</w:t>
      </w:r>
      <w:r>
        <w:br/>
      </w:r>
      <w:r>
        <w:t xml:space="preserve">    (c) members of a board that oversee the affairs of a corporation or other institution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kids, startled awake by the clatter and under-the-breath expletives, had stuck their heads out of the tent trailer to see what all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commotion</w:t>
      </w:r>
      <w:r>
        <w:rPr>
          <w:b/>
          <w:bCs/>
        </w:rPr>
        <w:t xml:space="preserve"> </w:t>
      </w:r>
      <w:r>
        <w:rPr>
          <w:b/>
          <w:bCs/>
        </w:rPr>
        <w:t xml:space="preserve">was about.</w:t>
      </w:r>
      <w:r>
        <w:br/>
      </w:r>
      <w:r>
        <w:t xml:space="preserve">    (a) noisy disturbance</w:t>
      </w:r>
      <w:r>
        <w:br/>
      </w:r>
      <w:r>
        <w:t xml:space="preserve">    (b) size or dimension</w:t>
      </w:r>
      <w:r>
        <w:br/>
      </w:r>
      <w:r>
        <w:t xml:space="preserve">    (c) circular movement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"Please describe the colors and the number of dots on the ladybug,"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directed</w:t>
      </w:r>
      <w:r>
        <w:rPr>
          <w:b/>
          <w:bCs/>
        </w:rPr>
        <w:t xml:space="preserve"> </w:t>
      </w:r>
      <w:r>
        <w:rPr>
          <w:b/>
          <w:bCs/>
        </w:rPr>
        <w:t xml:space="preserve">the voice over the radio.</w:t>
      </w:r>
      <w:r>
        <w:br/>
      </w:r>
      <w:r>
        <w:t xml:space="preserve">    (a) helped make clear</w:t>
      </w:r>
      <w:r>
        <w:br/>
      </w:r>
      <w:r>
        <w:t xml:space="preserve">    (b) thought carefully</w:t>
      </w:r>
      <w:r>
        <w:br/>
      </w:r>
      <w:r>
        <w:t xml:space="preserve">    (c) instructed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in front of him, he now could make out an ebony desk of considerable size, completely bare.</w:t>
      </w:r>
      <w:r>
        <w:br/>
      </w:r>
      <w:r>
        <w:t xml:space="preserve">    (a) in a manner that is not sexually attractive, or persuasively tempting</w:t>
      </w:r>
      <w:r>
        <w:br/>
      </w:r>
      <w:r>
        <w:t xml:space="preserve">    (b) close (without anything in between)</w:t>
      </w:r>
      <w:r>
        <w:br/>
      </w:r>
      <w:r>
        <w:t xml:space="preserve">    (c) in a manner that is appropriate or related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"They know one another very well, most of them, but they are here for a celebration that is not about them, nor about their relationships with one another, at least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," Sarayu explained.</w:t>
      </w:r>
      <w:r>
        <w:br/>
      </w:r>
      <w:r>
        <w:t xml:space="preserve">    (a) in an extremely negative manner -- often implying extreme hopelessness, misery, shame, or desperation</w:t>
      </w:r>
      <w:r>
        <w:br/>
      </w:r>
      <w:r>
        <w:t xml:space="preserve">    (b) in a manner that tries to obtain a result through gentle and careful effort -- often gently persuading</w:t>
      </w:r>
      <w:r>
        <w:br/>
      </w:r>
      <w:r>
        <w:t xml:space="preserve">    (c) in a straightforward manner (an uncomplicated manner before including secondary effects)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it certainly felt longer to Mack, the various departments and personalities agreed quickly,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unanimously</w:t>
      </w:r>
      <w:r>
        <w:rPr>
          <w:b/>
          <w:bCs/>
        </w:rPr>
        <w:t xml:space="preserve">, to set out in pursuit just as soon as a few arrangements could be made.</w:t>
      </w:r>
      <w:r>
        <w:br/>
      </w:r>
      <w:r>
        <w:t xml:space="preserve">    (a) with complete agreement</w:t>
      </w:r>
      <w:r>
        <w:br/>
      </w:r>
      <w:r>
        <w:t xml:space="preserve">    (b) relating to the outside</w:t>
      </w:r>
      <w:r>
        <w:br/>
      </w:r>
      <w:r>
        <w:t xml:space="preserve">    (c) about (but not exactly)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Attempts at conversation would turn into one-way monologues, with sounds bouncing off her stone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visage</w:t>
      </w:r>
      <w:r>
        <w:rPr>
          <w:b/>
          <w:bCs/>
        </w:rPr>
        <w:t xml:space="preserve">.</w:t>
      </w:r>
      <w:r>
        <w:br/>
      </w:r>
      <w:r>
        <w:t xml:space="preserve">    (a) someone who believe in a single God</w:t>
      </w:r>
      <w:r>
        <w:br/>
      </w:r>
      <w:r>
        <w:t xml:space="preserve">    (b) a basic building block for proteins</w:t>
      </w:r>
      <w:r>
        <w:br/>
      </w:r>
      <w:r>
        <w:t xml:space="preserve">    (c) someone's face or facial expression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Mack was standing there with his mouth indeed open and an expression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bewilderment</w:t>
      </w:r>
      <w:r>
        <w:rPr>
          <w:b/>
          <w:bCs/>
        </w:rPr>
        <w:t xml:space="preserve"> </w:t>
      </w:r>
      <w:r>
        <w:rPr>
          <w:b/>
          <w:bCs/>
        </w:rPr>
        <w:t xml:space="preserve">plastered to his face.</w:t>
      </w:r>
      <w:r>
        <w:br/>
      </w:r>
      <w:r>
        <w:t xml:space="preserve">    (a) a type of small portable radio</w:t>
      </w:r>
      <w:r>
        <w:br/>
      </w:r>
      <w:r>
        <w:t xml:space="preserve">    (b) a change; or a changed version</w:t>
      </w:r>
      <w:r>
        <w:br/>
      </w:r>
      <w:r>
        <w:t xml:space="preserve">    (c) a feeling of extreme confusion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inquired</w:t>
      </w:r>
      <w:r>
        <w:rPr>
          <w:b/>
          <w:bCs/>
        </w:rPr>
        <w:t xml:space="preserve">, "May I ask what you're listening to?"</w:t>
      </w:r>
      <w:r>
        <w:br/>
      </w:r>
      <w:r>
        <w:t xml:space="preserve">    (a) asked about or looked into</w:t>
      </w:r>
      <w:r>
        <w:br/>
      </w:r>
      <w:r>
        <w:t xml:space="preserve">    (b) gradually added or removed</w:t>
      </w:r>
      <w:r>
        <w:br/>
      </w:r>
      <w:r>
        <w:t xml:space="preserve">    (c) limited or with boundaries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Somehow, the way she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him had skirted his resistance to her love.</w:t>
      </w:r>
      <w:r>
        <w:br/>
      </w:r>
      <w:r>
        <w:t xml:space="preserve">    (a) concentrated, look at, or paid attention to</w:t>
      </w:r>
      <w:r>
        <w:br/>
      </w:r>
      <w:r>
        <w:t xml:space="preserve">    (b) begun talking with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Nan noticed that his eyes had opened, she quietly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so as not to wake their daughter and kissed him.</w:t>
      </w:r>
      <w:r>
        <w:br/>
      </w:r>
      <w:r>
        <w:t xml:space="preserve">    (a) made possible</w:t>
      </w:r>
      <w:r>
        <w:br/>
      </w:r>
      <w:r>
        <w:t xml:space="preserve">    (b) moved nearer</w:t>
      </w:r>
      <w:r>
        <w:br/>
      </w:r>
      <w:r>
        <w:t xml:space="preserve">    (c) not satisfied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would take some time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comprehend</w:t>
      </w:r>
      <w:r>
        <w:rPr>
          <w:b/>
          <w:bCs/>
        </w:rPr>
        <w:t xml:space="preserve">.</w:t>
      </w:r>
      <w:r>
        <w:br/>
      </w:r>
      <w:r>
        <w:t xml:space="preserve">    (a) to concentrate, look at; or the act of concentration</w:t>
      </w:r>
      <w:r>
        <w:br/>
      </w:r>
      <w:r>
        <w:t xml:space="preserve">    (b) rug-like artwork -- often hung on a wall for display</w:t>
      </w:r>
      <w:r>
        <w:br/>
      </w:r>
      <w:r>
        <w:t xml:space="preserve">    (c) to fully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Remember that choosing to stay on the ground is a choice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facilitate</w:t>
      </w:r>
      <w:r>
        <w:rPr>
          <w:b/>
          <w:bCs/>
        </w:rPr>
        <w:t xml:space="preserve"> </w:t>
      </w:r>
      <w:r>
        <w:rPr>
          <w:b/>
          <w:bCs/>
        </w:rPr>
        <w:t xml:space="preserve">a relationship; to honor it.</w:t>
      </w:r>
      <w:r>
        <w:br/>
      </w:r>
      <w:r>
        <w:t xml:space="preserve">    (a) make easier</w:t>
      </w:r>
      <w:r>
        <w:br/>
      </w:r>
      <w:r>
        <w:t xml:space="preserve">    (b) windy storm</w:t>
      </w:r>
      <w:r>
        <w:br/>
      </w:r>
      <w:r>
        <w:t xml:space="preserve">    (c) bounce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paused, as if to add weight to her already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tangibly</w:t>
      </w:r>
      <w:r>
        <w:rPr>
          <w:b/>
          <w:bCs/>
        </w:rPr>
        <w:t xml:space="preserve"> </w:t>
      </w:r>
      <w:r>
        <w:rPr>
          <w:b/>
          <w:bCs/>
        </w:rPr>
        <w:t xml:space="preserve">heavy words.</w:t>
      </w:r>
      <w:r>
        <w:br/>
      </w:r>
      <w:r>
        <w:t xml:space="preserve">    (a) in a manner that is connected or fits together by being equivalent, proportionate, or matched</w:t>
      </w:r>
      <w:r>
        <w:br/>
      </w:r>
      <w:r>
        <w:t xml:space="preserve">    (b) so real or weighty they seem capable of being touched</w:t>
      </w:r>
      <w:r>
        <w:br/>
      </w:r>
      <w:r>
        <w:t xml:space="preserve">    (c) not treated in a manner that demonstrates a sense of superiority, but is supposed to seem kind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name of caring about her, your lie became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inhibitor</w:t>
      </w:r>
      <w:r>
        <w:rPr>
          <w:b/>
          <w:bCs/>
        </w:rPr>
        <w:t xml:space="preserve"> </w:t>
      </w:r>
      <w:r>
        <w:rPr>
          <w:b/>
          <w:bCs/>
        </w:rPr>
        <w:t xml:space="preserve">in your relationship with her, and in her relationship with me.</w:t>
      </w:r>
      <w:r>
        <w:br/>
      </w:r>
      <w:r>
        <w:t xml:space="preserve">    (a) someone who tells someone about something</w:t>
      </w:r>
      <w:r>
        <w:br/>
      </w:r>
      <w:r>
        <w:t xml:space="preserve">    (b) someone or something that limits activity</w:t>
      </w:r>
      <w:r>
        <w:br/>
      </w:r>
      <w:r>
        <w:t xml:space="preserve">    (c) someone who takes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goodness, you didn't think you could live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righteousness</w:t>
      </w:r>
      <w:r>
        <w:rPr>
          <w:b/>
          <w:bCs/>
        </w:rPr>
        <w:t xml:space="preserve"> </w:t>
      </w:r>
      <w:r>
        <w:rPr>
          <w:b/>
          <w:bCs/>
        </w:rPr>
        <w:t xml:space="preserve">of God on your own, did you?</w:t>
      </w:r>
      <w:r>
        <w:br/>
      </w:r>
      <w:r>
        <w:t xml:space="preserve">    (a) Islamic religious leader</w:t>
      </w:r>
      <w:r>
        <w:br/>
      </w:r>
      <w:r>
        <w:t xml:space="preserve">    (b) morally correct behavior</w:t>
      </w:r>
      <w:r>
        <w:br/>
      </w:r>
      <w:r>
        <w:t xml:space="preserve">    (c) social event or ceremony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...reach out and begin to build between you a bridge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reconciliation</w:t>
      </w:r>
      <w:r>
        <w:rPr>
          <w:b/>
          <w:bCs/>
        </w:rPr>
        <w:t xml:space="preserve">.</w:t>
      </w:r>
      <w:r>
        <w:br/>
      </w:r>
      <w:r>
        <w:t xml:space="preserve">    (a) to end the conflict (bring into agreement)</w:t>
      </w:r>
      <w:r>
        <w:br/>
      </w:r>
      <w:r>
        <w:t xml:space="preserve">    (b) lack of interest; or the process of stopping interaction or interest</w:t>
      </w:r>
      <w:r>
        <w:br/>
      </w:r>
      <w:r>
        <w:t xml:space="preserve">    (c) relating to logical examination of something to better understand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had been a great deal of concern that he might lapse into a long-term coma, but his wakening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alleviated</w:t>
      </w:r>
      <w:r>
        <w:rPr>
          <w:b/>
          <w:bCs/>
        </w:rPr>
        <w:t xml:space="preserve"> </w:t>
      </w:r>
      <w:r>
        <w:rPr>
          <w:b/>
          <w:bCs/>
        </w:rPr>
        <w:t xml:space="preserve">all the worry.</w:t>
      </w:r>
      <w:r>
        <w:br/>
      </w:r>
      <w:r>
        <w:t xml:space="preserve">    (a) marked important text</w:t>
      </w:r>
      <w:r>
        <w:br/>
      </w:r>
      <w:r>
        <w:t xml:space="preserve">    (b) lessened (reduced)</w:t>
      </w:r>
      <w:r>
        <w:br/>
      </w:r>
      <w:r>
        <w:t xml:space="preserve">    (c) gained advantage from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2026-07-31T16:55:40Z</dcterms:created>
  <dcterms:modified xsi:type="dcterms:W3CDTF">2026-07-31T16:55:40Z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