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aa4e9a1a1eadd57be1385ad7ce632105e1ca4b"/>
    <w:p>
      <w:pPr>
        <w:pStyle w:val="Heading1"/>
      </w:pPr>
      <w:r>
        <w:rPr>
          <w:b/>
          <w:bCs/>
        </w:rPr>
        <w:t xml:space="preserve">The Selection</w:t>
      </w:r>
      <w:r>
        <w:br/>
      </w:r>
      <w:r>
        <w:rPr>
          <w:i/>
          <w:iCs/>
        </w:rPr>
        <w:t xml:space="preserve">Kiera Cass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fingers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tracing</w:t>
      </w:r>
      <w:r>
        <w:rPr>
          <w:b/>
          <w:bCs/>
        </w:rPr>
        <w:t xml:space="preserve"> </w:t>
      </w:r>
      <w:r>
        <w:rPr>
          <w:b/>
          <w:bCs/>
        </w:rPr>
        <w:t xml:space="preserve">my lips.</w:t>
      </w:r>
      <w:r>
        <w:br/>
      </w:r>
      <w:r>
        <w:t xml:space="preserve">    (a) differing</w:t>
      </w:r>
      <w:r>
        <w:br/>
      </w:r>
      <w:r>
        <w:t xml:space="preserve">    (b) following the outline of</w:t>
      </w:r>
      <w:r>
        <w:br/>
      </w:r>
      <w:r>
        <w:t xml:space="preserve">    (c) restoring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wasn't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trace</w:t>
      </w:r>
      <w:r>
        <w:rPr>
          <w:b/>
          <w:bCs/>
        </w:rPr>
        <w:t xml:space="preserve"> </w:t>
      </w:r>
      <w:r>
        <w:rPr>
          <w:b/>
          <w:bCs/>
        </w:rPr>
        <w:t xml:space="preserve">of sarcasm.</w:t>
      </w:r>
      <w:r>
        <w:br/>
      </w:r>
      <w:r>
        <w:t xml:space="preserve">    (a) any indication</w:t>
      </w:r>
      <w:r>
        <w:br/>
      </w:r>
      <w:r>
        <w:t xml:space="preserve">    (b) reason (for doing something)</w:t>
      </w:r>
      <w:r>
        <w:br/>
      </w:r>
      <w:r>
        <w:t xml:space="preserve">    (c) the sacred writings of Islam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Both Maxon and Gavril looked over to the king and queen, and the camera panned over to show them looking at each other, smiling and holding hands. It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genuine</w:t>
      </w:r>
      <w:r>
        <w:rPr>
          <w:b/>
          <w:bCs/>
        </w:rPr>
        <w:t xml:space="preserve">, but how would we know any better?</w:t>
      </w:r>
      <w:r>
        <w:br/>
      </w:r>
      <w:r>
        <w:t xml:space="preserve">    (a) fake</w:t>
      </w:r>
      <w:r>
        <w:br/>
      </w:r>
      <w:r>
        <w:t xml:space="preserve">    (b) real (sincere)</w:t>
      </w:r>
      <w:r>
        <w:br/>
      </w:r>
      <w:r>
        <w:t xml:space="preserve">    (c) generous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mayor then told the gathered crowd of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attributes</w:t>
      </w:r>
      <w:r>
        <w:rPr>
          <w:b/>
          <w:bCs/>
        </w:rPr>
        <w:t xml:space="preserve">, slyly mentioning that I was very intelligent and attractive for a Five.</w:t>
      </w:r>
      <w:r>
        <w:br/>
      </w:r>
      <w:r>
        <w:t xml:space="preserve">    (a) strengths</w:t>
      </w:r>
      <w:r>
        <w:br/>
      </w:r>
      <w:r>
        <w:t xml:space="preserve">    (b) traits</w:t>
      </w:r>
      <w:r>
        <w:br/>
      </w:r>
      <w:r>
        <w:t xml:space="preserve">    (c) weaknesses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focused</w:t>
      </w:r>
      <w:r>
        <w:rPr>
          <w:b/>
          <w:bCs/>
        </w:rPr>
        <w:t xml:space="preserve"> </w:t>
      </w:r>
      <w:r>
        <w:rPr>
          <w:b/>
          <w:bCs/>
        </w:rPr>
        <w:t xml:space="preserve">on it and almost didn't notice Marlee sit down beside me.</w:t>
      </w:r>
      <w:r>
        <w:br/>
      </w:r>
      <w:r>
        <w:t xml:space="preserve">    (a) laying</w:t>
      </w:r>
      <w:r>
        <w:br/>
      </w:r>
      <w:r>
        <w:t xml:space="preserve">    (b) concentrating</w:t>
      </w:r>
      <w:r>
        <w:br/>
      </w:r>
      <w:r>
        <w:t xml:space="preserve">    (c) sleeping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know, America, I've been meaning to ask what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was as a Five.</w:t>
      </w:r>
      <w:r>
        <w:br/>
      </w:r>
      <w:r>
        <w:t xml:space="preserve">    (a) place where attention is directed</w:t>
      </w:r>
      <w:r>
        <w:br/>
      </w:r>
      <w:r>
        <w:t xml:space="preserve">    (b) hardest part</w:t>
      </w:r>
      <w:r>
        <w:br/>
      </w:r>
      <w:r>
        <w:t xml:space="preserve">    (c) look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Large paintings hung on the walls, depicting the kings of the past and a few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renderings</w:t>
      </w:r>
      <w:r>
        <w:rPr>
          <w:b/>
          <w:bCs/>
        </w:rPr>
        <w:t xml:space="preserve"> </w:t>
      </w:r>
      <w:r>
        <w:rPr>
          <w:b/>
          <w:bCs/>
        </w:rPr>
        <w:t xml:space="preserve">of old American and Canadian leaders.</w:t>
      </w:r>
      <w:r>
        <w:br/>
      </w:r>
      <w:r>
        <w:t xml:space="preserve">    (a) Christianity:  the original 12 disciples (followers) chosen by Jesus Christ to preach his gospel</w:t>
      </w:r>
      <w:r>
        <w:br/>
      </w:r>
      <w:r>
        <w:t xml:space="preserve">    (b) the Greeks who provided much of the foundation of Western Civilization (from about 750 to 146 BC)</w:t>
      </w:r>
      <w:r>
        <w:br/>
      </w:r>
      <w:r>
        <w:t xml:space="preserve">    (c) paintings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 the man who was going to lead our country: the guy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 </w:t>
      </w:r>
      <w:r>
        <w:rPr>
          <w:b/>
          <w:bCs/>
        </w:rPr>
        <w:t xml:space="preserve">useless by tears.</w:t>
      </w:r>
      <w:r>
        <w:br/>
      </w:r>
      <w:r>
        <w:t xml:space="preserve">    (a) mirrored back (an image)</w:t>
      </w:r>
      <w:r>
        <w:br/>
      </w:r>
      <w:r>
        <w:t xml:space="preserve">    (b) made</w:t>
      </w:r>
      <w:r>
        <w:br/>
      </w:r>
      <w:r>
        <w:t xml:space="preserve">    (c) quoted (to make a point)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positively</w:t>
      </w:r>
      <w:r>
        <w:rPr>
          <w:b/>
          <w:bCs/>
        </w:rPr>
        <w:t xml:space="preserve"> </w:t>
      </w:r>
      <w:r>
        <w:rPr>
          <w:b/>
          <w:bCs/>
        </w:rPr>
        <w:t xml:space="preserve">plain.</w:t>
      </w:r>
      <w:r>
        <w:br/>
      </w:r>
      <w:r>
        <w:t xml:space="preserve">    (a) absolutely (used for emphasis)</w:t>
      </w:r>
      <w:r>
        <w:br/>
      </w:r>
      <w:r>
        <w:t xml:space="preserve">    (b) without forethought</w:t>
      </w:r>
      <w:r>
        <w:br/>
      </w:r>
      <w:r>
        <w:t xml:space="preserve">    (c) with polite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needed to turn this around, make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.</w:t>
      </w:r>
      <w:r>
        <w:br/>
      </w:r>
      <w:r>
        <w:t xml:space="preserve">    (a) to review with hindsight</w:t>
      </w:r>
      <w:r>
        <w:br/>
      </w:r>
      <w:r>
        <w:t xml:space="preserve">    (b) given without a request</w:t>
      </w:r>
      <w:r>
        <w:br/>
      </w:r>
      <w:r>
        <w:t xml:space="preserve">    (c) optimistic (focusing on good things)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"Your maids?" he asked in a tone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implied</w:t>
      </w:r>
      <w:r>
        <w:rPr>
          <w:b/>
          <w:bCs/>
        </w:rPr>
        <w:t xml:space="preserve"> </w:t>
      </w:r>
      <w:r>
        <w:rPr>
          <w:b/>
          <w:bCs/>
        </w:rPr>
        <w:t xml:space="preserve">I was an idiot.</w:t>
      </w:r>
      <w:r>
        <w:br/>
      </w:r>
      <w:r>
        <w:t xml:space="preserve">    (a) said indirectly (said it without using such blunt words)</w:t>
      </w:r>
      <w:r>
        <w:br/>
      </w:r>
      <w:r>
        <w:t xml:space="preserve">    (b) questioned</w:t>
      </w:r>
      <w:r>
        <w:br/>
      </w:r>
      <w:r>
        <w:t xml:space="preserve">    (c) stated strongly (leaving no room for doubt)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like he knew how to treat a lady, he just didn't know how to treat a date. It was quite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to Aspen.</w:t>
      </w:r>
      <w:r>
        <w:br/>
      </w:r>
      <w:r>
        <w:t xml:space="preserve">    (a) something very similar compared (to something)</w:t>
      </w:r>
      <w:r>
        <w:br/>
      </w:r>
      <w:r>
        <w:t xml:space="preserve">    (b) reinforcement (to something previously suspected)</w:t>
      </w:r>
      <w:r>
        <w:br/>
      </w:r>
      <w:r>
        <w:t xml:space="preserve">    (c) something notably different compared (to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 a far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controversial</w:t>
      </w:r>
      <w:r>
        <w:rPr>
          <w:b/>
          <w:bCs/>
        </w:rPr>
        <w:t xml:space="preserve"> </w:t>
      </w:r>
      <w:r>
        <w:rPr>
          <w:b/>
          <w:bCs/>
        </w:rPr>
        <w:t xml:space="preserve">topic of discussion, and I could see him wanting to avoid it.</w:t>
      </w:r>
      <w:r>
        <w:br/>
      </w:r>
      <w:r>
        <w:t xml:space="preserve">    (a) embarrassing</w:t>
      </w:r>
      <w:r>
        <w:br/>
      </w:r>
      <w:r>
        <w:t xml:space="preserve">    (b) tending to arouse strong disagreement</w:t>
      </w:r>
      <w:r>
        <w:br/>
      </w:r>
      <w:r>
        <w:t xml:space="preserve">    (c) difficult or perplexing (confusing)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to mention the other girls would be right there the whole time, watching one another and mentally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critiquing</w:t>
      </w:r>
      <w:r>
        <w:rPr>
          <w:b/>
          <w:bCs/>
        </w:rPr>
        <w:t xml:space="preserve">.</w:t>
      </w:r>
      <w:r>
        <w:br/>
      </w:r>
      <w:r>
        <w:t xml:space="preserve">    (a) imagining</w:t>
      </w:r>
      <w:r>
        <w:br/>
      </w:r>
      <w:r>
        <w:t xml:space="preserve">    (b) examining and judging</w:t>
      </w:r>
      <w:r>
        <w:br/>
      </w:r>
      <w:r>
        <w:t xml:space="preserve">    (c) daydreaming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Sure enough, the room was full of dresses in every shade of blue. Some of them fell closer to green, others closer to purple, but it was clear there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theme</w:t>
      </w:r>
      <w:r>
        <w:rPr>
          <w:b/>
          <w:bCs/>
        </w:rPr>
        <w:t xml:space="preserve">.</w:t>
      </w:r>
      <w:r>
        <w:br/>
      </w:r>
      <w:r>
        <w:t xml:space="preserve">    (a) repeated music</w:t>
      </w:r>
      <w:r>
        <w:br/>
      </w:r>
      <w:r>
        <w:t xml:space="preserve">    (b) repeated idea</w:t>
      </w:r>
      <w:r>
        <w:br/>
      </w:r>
      <w:r>
        <w:t xml:space="preserve">    (c) essay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usually very slow and calm, and never raised her voice. Today,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she turned her head and squealed at us.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in spite of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I took them in, I had to try not to force them out on other people, especially Maxon.</w:t>
      </w:r>
      <w:r>
        <w:br/>
      </w:r>
      <w:r>
        <w:t xml:space="preserve">    (a) in whatever way</w:t>
      </w:r>
      <w:r>
        <w:br/>
      </w:r>
      <w:r>
        <w:t xml:space="preserve">    (b) starts fighting</w:t>
      </w:r>
      <w:r>
        <w:br/>
      </w:r>
      <w:r>
        <w:t xml:space="preserve">    (c) starts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wouldn't tell him. Because as mad as I was, I loved Aspen. And I couldn't bear him being hurt. Then should I leave?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ambivalence</w:t>
      </w:r>
      <w:r>
        <w:rPr>
          <w:b/>
          <w:bCs/>
        </w:rPr>
        <w:t xml:space="preserve"> </w:t>
      </w:r>
      <w:r>
        <w:rPr>
          <w:b/>
          <w:bCs/>
        </w:rPr>
        <w:t xml:space="preserve">pulled at my heart. I could escape Aspen, get away from his face—a face that would torture me every day when I saw it and knew it was no longer mine. But if I left, I'd have to leave Maxon, too.</w:t>
      </w:r>
      <w:r>
        <w:br/>
      </w:r>
      <w:r>
        <w:t xml:space="preserve">    (a) love</w:t>
      </w:r>
      <w:r>
        <w:br/>
      </w:r>
      <w:r>
        <w:t xml:space="preserve">    (b) attraction</w:t>
      </w:r>
      <w:r>
        <w:br/>
      </w:r>
      <w:r>
        <w:t xml:space="preserve">    (c) mixed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hair was done up with a row of yellow jewels pinned into a line across the front in a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 </w:t>
      </w:r>
      <w:r>
        <w:rPr>
          <w:b/>
          <w:bCs/>
        </w:rPr>
        <w:t xml:space="preserve">resemblance to a crown.</w:t>
      </w:r>
      <w:r>
        <w:br/>
      </w:r>
      <w:r>
        <w:t xml:space="preserve">    (a) the state or degree of being greater than zero</w:t>
      </w:r>
      <w:r>
        <w:br/>
      </w:r>
      <w:r>
        <w:t xml:space="preserve">    (b) mental activity of which one is not self-aware</w:t>
      </w:r>
      <w:r>
        <w:br/>
      </w:r>
      <w:r>
        <w:t xml:space="preserve">    (c) not obvious, but noticeable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reflections</w:t>
      </w:r>
      <w:r>
        <w:rPr>
          <w:b/>
          <w:bCs/>
        </w:rPr>
        <w:t xml:space="preserve"> </w:t>
      </w:r>
      <w:r>
        <w:rPr>
          <w:b/>
          <w:bCs/>
        </w:rPr>
        <w:t xml:space="preserve">were so consuming, I didn't even realize that I'd been mulling them over until well past two in the morning.</w:t>
      </w:r>
      <w:r>
        <w:br/>
      </w:r>
      <w:r>
        <w:t xml:space="preserve">    (a) images</w:t>
      </w:r>
      <w:r>
        <w:br/>
      </w:r>
      <w:r>
        <w:t xml:space="preserve">    (b) worries</w:t>
      </w:r>
      <w:r>
        <w:br/>
      </w:r>
      <w:r>
        <w:t xml:space="preserve">    (c) thoughts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2026-07-31T19:35:12Z</dcterms:created>
  <dcterms:modified xsi:type="dcterms:W3CDTF">2026-07-31T19:35:12Z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