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abb1e3ed68dc8823eebefcb70cc53e0dd093ea1"/>
    <w:p>
      <w:pPr>
        <w:pStyle w:val="Heading1"/>
      </w:pPr>
      <w:r>
        <w:rPr>
          <w:b/>
          <w:bCs/>
        </w:rPr>
        <w:t xml:space="preserve">The Secret Sharer</w:t>
      </w:r>
      <w:r>
        <w:br/>
      </w:r>
      <w:r>
        <w:rPr>
          <w:i/>
          <w:iCs/>
        </w:rPr>
        <w:t xml:space="preserve">Joseph Conrad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His dominant trait was to take all things into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earnest</w:t>
      </w:r>
      <w:r>
        <w:rPr>
          <w:b/>
          <w:bCs/>
        </w:rPr>
        <w:t xml:space="preserve"> </w:t>
      </w:r>
      <w:r>
        <w:rPr>
          <w:b/>
          <w:bCs/>
        </w:rPr>
        <w:t xml:space="preserve">consideration.</w:t>
      </w:r>
      <w:r>
        <w:br/>
      </w:r>
      <w:r>
        <w:t xml:space="preserve">    (a) good or beneficial</w:t>
      </w:r>
      <w:r>
        <w:br/>
      </w:r>
      <w:r>
        <w:t xml:space="preserve">    (b) impossible to find</w:t>
      </w:r>
      <w:r>
        <w:br/>
      </w:r>
      <w:r>
        <w:t xml:space="preserve">    (c) sincere or serious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All its phases were familiar enough to me, every characteristic, all the alternatives which were likely to face me on the high seas--everything! … except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novel</w:t>
      </w:r>
      <w:r>
        <w:rPr>
          <w:b/>
          <w:bCs/>
        </w:rPr>
        <w:t xml:space="preserve"> </w:t>
      </w:r>
      <w:r>
        <w:rPr>
          <w:b/>
          <w:bCs/>
        </w:rPr>
        <w:t xml:space="preserve">responsibility of command.</w:t>
      </w:r>
      <w:r>
        <w:br/>
      </w:r>
      <w:r>
        <w:t xml:space="preserve">    (a) important and valuable</w:t>
      </w:r>
      <w:r>
        <w:br/>
      </w:r>
      <w:r>
        <w:t xml:space="preserve">    (b) traditional (having withstood the test of time)</w:t>
      </w:r>
      <w:r>
        <w:br/>
      </w:r>
      <w:r>
        <w:t xml:space="preserve">    (c) new (not previously encountered)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My action might have made me appear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eccentric</w:t>
      </w:r>
      <w:r>
        <w:rPr>
          <w:b/>
          <w:bCs/>
        </w:rPr>
        <w:t xml:space="preserve">.</w:t>
      </w:r>
      <w:r>
        <w:br/>
      </w:r>
      <w:r>
        <w:t xml:space="preserve">    (a) unconventional or strange; or a person with such traits -- often in a way that seems interesting or harmless</w:t>
      </w:r>
      <w:r>
        <w:br/>
      </w:r>
      <w:r>
        <w:t xml:space="preserve">    (b) characterized by withdrawal, an inability to form close relationships, and taking pleasure in few activities</w:t>
      </w:r>
      <w:r>
        <w:br/>
      </w:r>
      <w:r>
        <w:t xml:space="preserve">    (c) person responsible for seeing that special conditions are met by a person who was released from prison early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vexed</w:t>
      </w:r>
      <w:r>
        <w:rPr>
          <w:b/>
          <w:bCs/>
        </w:rPr>
        <w:t xml:space="preserve"> </w:t>
      </w:r>
      <w:r>
        <w:rPr>
          <w:b/>
          <w:bCs/>
        </w:rPr>
        <w:t xml:space="preserve">with myself.</w:t>
      </w:r>
      <w:r>
        <w:br/>
      </w:r>
      <w:r>
        <w:t xml:space="preserve">    (a) annoyed</w:t>
      </w:r>
      <w:r>
        <w:br/>
      </w:r>
      <w:r>
        <w:t xml:space="preserve">    (b) forgave</w:t>
      </w:r>
      <w:r>
        <w:br/>
      </w:r>
      <w:r>
        <w:t xml:space="preserve">    (c) changed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Now a side ladder of that sort is a light affair and comes in easily, yet my vigorous tug, which should have brought it flying on board, merely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recoiled</w:t>
      </w:r>
      <w:r>
        <w:rPr>
          <w:b/>
          <w:bCs/>
        </w:rPr>
        <w:t xml:space="preserve"> </w:t>
      </w:r>
      <w:r>
        <w:rPr>
          <w:b/>
          <w:bCs/>
        </w:rPr>
        <w:t xml:space="preserve">upon my body in a totally unexpected jerk.</w:t>
      </w:r>
      <w:r>
        <w:br/>
      </w:r>
      <w:r>
        <w:t xml:space="preserve">    (a) excessively excited</w:t>
      </w:r>
      <w:r>
        <w:br/>
      </w:r>
      <w:r>
        <w:t xml:space="preserve">    (b) moved back suddenly</w:t>
      </w:r>
      <w:r>
        <w:br/>
      </w:r>
      <w:r>
        <w:t xml:space="preserve">    (c) nervous or confused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phosphorescence</w:t>
      </w:r>
      <w:r>
        <w:rPr>
          <w:b/>
          <w:bCs/>
        </w:rPr>
        <w:t xml:space="preserve"> </w:t>
      </w:r>
      <w:r>
        <w:rPr>
          <w:b/>
          <w:bCs/>
        </w:rPr>
        <w:t xml:space="preserve">flashed in the swirl of the water all about his limbs, his other hand seized the ladder.</w:t>
      </w:r>
      <w:r>
        <w:br/>
      </w:r>
      <w:r>
        <w:t xml:space="preserve">    (a) groupings of Egyptian rulers sharing a common origin some time between 3150 BC when Upper and Lower Egypt were united, and 31 BC when Rome conquered Egypt</w:t>
      </w:r>
      <w:r>
        <w:br/>
      </w:r>
      <w:r>
        <w:t xml:space="preserve">    (b) obsessive-compulsive disorder -- an anxiety disorder characterized by recurrent and persistent thoughts and feelings and repetitive, ritualized behaviors</w:t>
      </w:r>
      <w:r>
        <w:br/>
      </w:r>
      <w:r>
        <w:t xml:space="preserve">    (c) dim glowing light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did not think of asking him for details, and he told me the story roughly in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brusque</w:t>
      </w:r>
      <w:r>
        <w:rPr>
          <w:b/>
          <w:bCs/>
        </w:rPr>
        <w:t xml:space="preserve">, disconnected sentences.</w:t>
      </w:r>
      <w:r>
        <w:br/>
      </w:r>
      <w:r>
        <w:t xml:space="preserve">    (a) steady</w:t>
      </w:r>
      <w:r>
        <w:br/>
      </w:r>
      <w:r>
        <w:t xml:space="preserve">    (b) sloped</w:t>
      </w:r>
      <w:r>
        <w:br/>
      </w:r>
      <w:r>
        <w:t xml:space="preserve">    (c) abrupt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sufficiently</w:t>
      </w:r>
      <w:r>
        <w:rPr>
          <w:b/>
          <w:bCs/>
        </w:rPr>
        <w:t xml:space="preserve"> </w:t>
      </w:r>
      <w:r>
        <w:rPr>
          <w:b/>
          <w:bCs/>
        </w:rPr>
        <w:t xml:space="preserve">fierce story to make an old judge and a respectable jury sit up a bit.</w:t>
      </w:r>
      <w:r>
        <w:br/>
      </w:r>
      <w:r>
        <w:t xml:space="preserve">    (a) adequately (in a manner that provides enough -- often without being more than is needed)</w:t>
      </w:r>
      <w:r>
        <w:br/>
      </w:r>
      <w:r>
        <w:t xml:space="preserve">    (b) in a manner that relates to questions that cannot be answered with the scientific method</w:t>
      </w:r>
      <w:r>
        <w:br/>
      </w:r>
      <w:r>
        <w:t xml:space="preserve">    (c) done in a rude or unfriendly manner because of using too few words or moving too quickly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His care to subdue his voice made it sound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monotonous</w:t>
      </w:r>
      <w:r>
        <w:rPr>
          <w:b/>
          <w:bCs/>
        </w:rPr>
        <w:t xml:space="preserve">.</w:t>
      </w:r>
      <w:r>
        <w:br/>
      </w:r>
      <w:r>
        <w:t xml:space="preserve">    (a) increasingly more frightening and/or dangerous</w:t>
      </w:r>
      <w:r>
        <w:br/>
      </w:r>
      <w:r>
        <w:t xml:space="preserve">    (b) lacking in variety and/or boring</w:t>
      </w:r>
      <w:r>
        <w:br/>
      </w:r>
      <w:r>
        <w:t xml:space="preserve">    (c) interesting and/or stimulating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"But all this doesn't tell me how you came to hang on to our side ladder," I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inquired</w:t>
      </w:r>
      <w:r>
        <w:rPr>
          <w:b/>
          <w:bCs/>
        </w:rPr>
        <w:t xml:space="preserve">, in the hardly audible murmurs we used, after he had told me something more of the proceedings on board the Sephora once the bad weather was over.</w:t>
      </w:r>
      <w:r>
        <w:br/>
      </w:r>
      <w:r>
        <w:t xml:space="preserve">    (a) gradually added or removed</w:t>
      </w:r>
      <w:r>
        <w:br/>
      </w:r>
      <w:r>
        <w:t xml:space="preserve">    (b) asked about or looked into</w:t>
      </w:r>
      <w:r>
        <w:br/>
      </w:r>
      <w:r>
        <w:t xml:space="preserve">    (c) limited or with boundaries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was, as it were,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trifling with</w:t>
      </w:r>
      <w:r>
        <w:rPr>
          <w:b/>
          <w:bCs/>
        </w:rPr>
        <w:t xml:space="preserve"> </w:t>
      </w:r>
      <w:r>
        <w:rPr>
          <w:b/>
          <w:bCs/>
        </w:rPr>
        <w:t xml:space="preserve">the terrific character of his whiskers; but my object was to give him an opportunity for a good look at my cabin.</w:t>
      </w:r>
      <w:r>
        <w:br/>
      </w:r>
      <w:r>
        <w:t xml:space="preserve">    (a) to spoil something so it is not desirable</w:t>
      </w:r>
      <w:r>
        <w:br/>
      </w:r>
      <w:r>
        <w:t xml:space="preserve">    (b) treating thoughtlessly or without respect</w:t>
      </w:r>
      <w:r>
        <w:br/>
      </w:r>
      <w:r>
        <w:t xml:space="preserve">    (c) stop interacting; or stop having interest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These are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trifling</w:t>
      </w:r>
      <w:r>
        <w:rPr>
          <w:b/>
          <w:bCs/>
        </w:rPr>
        <w:t xml:space="preserve"> </w:t>
      </w:r>
      <w:r>
        <w:rPr>
          <w:b/>
          <w:bCs/>
        </w:rPr>
        <w:t xml:space="preserve">instances, though it's to no commander's advantage to be suspected of ludicrous eccentricities.</w:t>
      </w:r>
      <w:r>
        <w:br/>
      </w:r>
      <w:r>
        <w:t xml:space="preserve">    (a) moving out of an interacting position; or stopping</w:t>
      </w:r>
      <w:r>
        <w:br/>
      </w:r>
      <w:r>
        <w:t xml:space="preserve">    (b) something of small importance; or a small quantity</w:t>
      </w:r>
      <w:r>
        <w:br/>
      </w:r>
      <w:r>
        <w:t xml:space="preserve">    (c) canceling or annulling a formal ruling or contract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And then I could at last shut, with a clear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conscience</w:t>
      </w:r>
      <w:r>
        <w:rPr>
          <w:b/>
          <w:bCs/>
        </w:rPr>
        <w:t xml:space="preserve">, the door of my stateroom and get my double back into the recessed part.</w:t>
      </w:r>
      <w:r>
        <w:br/>
      </w:r>
      <w:r>
        <w:t xml:space="preserve">    (a) not planning to kill a person, but then intentionally killing in the heat of passion</w:t>
      </w:r>
      <w:r>
        <w:br/>
      </w:r>
      <w:r>
        <w:t xml:space="preserve">    (b) a complex carbohydrate that is the chief constituent of all plant tissues and fibers</w:t>
      </w:r>
      <w:r>
        <w:br/>
      </w:r>
      <w:r>
        <w:t xml:space="preserve">    (c) feeling or appraisal of having personally behaved in a morally right or wrong manner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"Unless you manage to recover him before tomorrow," I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assented</w:t>
      </w:r>
      <w:r>
        <w:rPr>
          <w:b/>
          <w:bCs/>
        </w:rPr>
        <w:t xml:space="preserve">, dispassionately...."I mean, alive."</w:t>
      </w:r>
      <w:r>
        <w:br/>
      </w:r>
      <w:r>
        <w:t xml:space="preserve">    (a) became less intense, less severe, or less active -- perhaps went away entirely</w:t>
      </w:r>
      <w:r>
        <w:br/>
      </w:r>
      <w:r>
        <w:t xml:space="preserve">    (b) to express agreement -- especially with a statement or proposal to do something</w:t>
      </w:r>
      <w:r>
        <w:br/>
      </w:r>
      <w:r>
        <w:t xml:space="preserve">    (c) campaigned or worked for a cause that was passionately believed to be important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Before an hour had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elapsed</w:t>
      </w:r>
      <w:r>
        <w:rPr>
          <w:b/>
          <w:bCs/>
        </w:rPr>
        <w:t xml:space="preserve"> </w:t>
      </w:r>
      <w:r>
        <w:rPr>
          <w:b/>
          <w:bCs/>
        </w:rPr>
        <w:t xml:space="preserve">since the ship had begun to move, having occasion to ask the mate (he stood by my side) to take a compass bearing of the pagoda, I caught myself reaching up to his ear in whispers.</w:t>
      </w:r>
      <w:r>
        <w:br/>
      </w:r>
      <w:r>
        <w:t xml:space="preserve">    (a) began fighting again</w:t>
      </w:r>
      <w:r>
        <w:br/>
      </w:r>
      <w:r>
        <w:t xml:space="preserve">    (b) of time:  to pass by</w:t>
      </w:r>
      <w:r>
        <w:br/>
      </w:r>
      <w:r>
        <w:t xml:space="preserve">    (c) took on as one's own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 grave, preoccupied manner, as though he were in possession of some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perplexing</w:t>
      </w:r>
      <w:r>
        <w:rPr>
          <w:b/>
          <w:bCs/>
        </w:rPr>
        <w:t xml:space="preserve"> </w:t>
      </w:r>
      <w:r>
        <w:rPr>
          <w:b/>
          <w:bCs/>
        </w:rPr>
        <w:t xml:space="preserve">intelligence, did not leave him henceforth.</w:t>
      </w:r>
      <w:r>
        <w:br/>
      </w:r>
      <w:r>
        <w:t xml:space="preserve">    (a) delaying until a later time</w:t>
      </w:r>
      <w:r>
        <w:br/>
      </w:r>
      <w:r>
        <w:t xml:space="preserve">    (b) confusing due to complexity</w:t>
      </w:r>
      <w:r>
        <w:br/>
      </w:r>
      <w:r>
        <w:t xml:space="preserve">    (c) treating as if of low worth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My nerves were so shaken that I could not govern my voice and conceal my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agitation</w:t>
      </w:r>
      <w:r>
        <w:rPr>
          <w:b/>
          <w:bCs/>
        </w:rPr>
        <w:t xml:space="preserve">.</w:t>
      </w:r>
      <w:r>
        <w:br/>
      </w:r>
      <w:r>
        <w:t xml:space="preserve">    (a) the act of stirring up (emotionally or physically); or a state of emotional unrest</w:t>
      </w:r>
      <w:r>
        <w:br/>
      </w:r>
      <w:r>
        <w:t xml:space="preserve">    (b) officially telling someone about something; or something that contains the message</w:t>
      </w:r>
      <w:r>
        <w:br/>
      </w:r>
      <w:r>
        <w:t xml:space="preserve">    (c) formula (a mathematical expression that describe a relationship between variables)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was this maddening course of being shouted at, checked without rhyme or reason,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arbitrarily</w:t>
      </w:r>
      <w:r>
        <w:rPr>
          <w:b/>
          <w:bCs/>
        </w:rPr>
        <w:t xml:space="preserve"> </w:t>
      </w:r>
      <w:r>
        <w:rPr>
          <w:b/>
          <w:bCs/>
        </w:rPr>
        <w:t xml:space="preserve">chased out of my cabin, suddenly called into it, sent flying out of his pantry on incomprehensible errands, that accounted for the growing wretchedness of his expression.</w:t>
      </w:r>
      <w:r>
        <w:br/>
      </w:r>
      <w:r>
        <w:t xml:space="preserve">    (a) in a disrespectful or rejecting manner</w:t>
      </w:r>
      <w:r>
        <w:br/>
      </w:r>
      <w:r>
        <w:t xml:space="preserve">    (b) in a manner that is not easily noticed</w:t>
      </w:r>
      <w:r>
        <w:br/>
      </w:r>
      <w:r>
        <w:t xml:space="preserve">    (c) in a manner based on chance or impulse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"Be careful," he murmured, warningly—and I realized suddenly that all my future, the only future for which I was fit, would perhaps go irretrievably to pieces in any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mishap</w:t>
      </w:r>
      <w:r>
        <w:rPr>
          <w:b/>
          <w:bCs/>
        </w:rPr>
        <w:t xml:space="preserve"> </w:t>
      </w:r>
      <w:r>
        <w:rPr>
          <w:b/>
          <w:bCs/>
        </w:rPr>
        <w:t xml:space="preserve">to my first command.</w:t>
      </w:r>
      <w:r>
        <w:br/>
      </w:r>
      <w:r>
        <w:t xml:space="preserve">    (a) basic rule or belief</w:t>
      </w:r>
      <w:r>
        <w:br/>
      </w:r>
      <w:r>
        <w:t xml:space="preserve">    (b) the act of forgiving</w:t>
      </w:r>
      <w:r>
        <w:br/>
      </w:r>
      <w:r>
        <w:t xml:space="preserve">    (c) unfortunate accident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"Are you going to try that, sir?" he stammered out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incredulously</w:t>
      </w:r>
      <w:r>
        <w:rPr>
          <w:b/>
          <w:bCs/>
        </w:rPr>
        <w:t xml:space="preserve">.</w:t>
      </w:r>
      <w:r>
        <w:br/>
      </w:r>
      <w:r>
        <w:t xml:space="preserve">    (a) in a manner that intentionally angers, challenges, or upsets someone</w:t>
      </w:r>
      <w:r>
        <w:br/>
      </w:r>
      <w:r>
        <w:t xml:space="preserve">    (b) in a manner that influences reason or general desire to do something</w:t>
      </w:r>
      <w:r>
        <w:br/>
      </w:r>
      <w:r>
        <w:t xml:space="preserve">    (c) with disbelief; or with difficulty accepting something so unexpected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2026-07-31T19:11:14Z</dcterms:created>
  <dcterms:modified xsi:type="dcterms:W3CDTF">2026-07-31T19:11:14Z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