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d452549818324df095518ebbac8a15dcb764e2"/>
    <w:p>
      <w:pPr>
        <w:pStyle w:val="Heading1"/>
      </w:pPr>
      <w:r>
        <w:rPr>
          <w:b/>
          <w:bCs/>
        </w:rPr>
        <w:t xml:space="preserve">The Secret Life of Walter Mitty</w:t>
      </w:r>
      <w:r>
        <w:br/>
      </w:r>
      <w:r>
        <w:rPr>
          <w:i/>
          <w:iCs/>
        </w:rPr>
        <w:t xml:space="preserve">James Thurber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distraught</w:t>
      </w:r>
      <w:r>
        <w:rPr>
          <w:b/>
          <w:bCs/>
        </w:rPr>
        <w:t xml:space="preserve"> </w:t>
      </w:r>
      <w:r>
        <w:rPr>
          <w:b/>
          <w:bCs/>
        </w:rPr>
        <w:t xml:space="preserve">and haggard.</w:t>
      </w:r>
      <w:r>
        <w:br/>
      </w:r>
      <w:r>
        <w:t xml:space="preserve">    (a) sincerity (realness)</w:t>
      </w:r>
      <w:r>
        <w:br/>
      </w:r>
      <w:r>
        <w:t xml:space="preserve">    (b) not demonstrative of</w:t>
      </w:r>
      <w:r>
        <w:br/>
      </w:r>
      <w:r>
        <w:t xml:space="preserve">    (c) extremely distressed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attendant vaulted into the car, backed it up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insolent</w:t>
      </w:r>
      <w:r>
        <w:rPr>
          <w:b/>
          <w:bCs/>
        </w:rPr>
        <w:t xml:space="preserve"> </w:t>
      </w:r>
      <w:r>
        <w:rPr>
          <w:b/>
          <w:bCs/>
        </w:rPr>
        <w:t xml:space="preserve">skill, and put it where it belonged.</w:t>
      </w:r>
      <w:r>
        <w:br/>
      </w:r>
      <w:r>
        <w:t xml:space="preserve">    (a) rudely disrespectful -- especially toward someone in authority</w:t>
      </w:r>
      <w:r>
        <w:br/>
      </w:r>
      <w:r>
        <w:t xml:space="preserve">    (b) the condition of continuing or seeming to continue without end</w:t>
      </w:r>
      <w:r>
        <w:br/>
      </w:r>
      <w:r>
        <w:t xml:space="preserve">    (c) the characteristic of being excessively unhappy and unsociable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No. Tooth paste, toothbrush, bicarbonate, Carborundum,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initiative</w:t>
      </w:r>
      <w:r>
        <w:rPr>
          <w:b/>
          <w:bCs/>
        </w:rPr>
        <w:t xml:space="preserve"> </w:t>
      </w:r>
      <w:r>
        <w:rPr>
          <w:b/>
          <w:bCs/>
        </w:rPr>
        <w:t xml:space="preserve">and referendum?</w:t>
      </w:r>
      <w:r>
        <w:br/>
      </w:r>
      <w:r>
        <w:t xml:space="preserve">    (a) the ability and tendency to determine what should be done and to start doing it without instruction; or to start something</w:t>
      </w:r>
      <w:r>
        <w:br/>
      </w:r>
      <w:r>
        <w:t xml:space="preserve">    (b) someone who is not civilized or not moral  OR  an offensive term for a person who does not believe in a preferred religion</w:t>
      </w:r>
      <w:r>
        <w:br/>
      </w:r>
      <w:r>
        <w:t xml:space="preserve">    (c) the state of not being relevant (not related to the subject being considered, or not important enough to want to consider)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shown that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defendant</w:t>
      </w:r>
      <w:r>
        <w:rPr>
          <w:b/>
          <w:bCs/>
        </w:rPr>
        <w:t xml:space="preserve"> </w:t>
      </w:r>
      <w:r>
        <w:rPr>
          <w:b/>
          <w:bCs/>
        </w:rPr>
        <w:t xml:space="preserve">could not have fired the shot.</w:t>
      </w:r>
      <w:r>
        <w:br/>
      </w:r>
      <w:r>
        <w:t xml:space="preserve">    (a) belief or opinion formed by viewing things a certain way</w:t>
      </w:r>
      <w:r>
        <w:br/>
      </w:r>
      <w:r>
        <w:t xml:space="preserve">    (b) soft leather shoe traditionally worn by Native Americans</w:t>
      </w:r>
      <w:r>
        <w:br/>
      </w:r>
      <w:r>
        <w:t xml:space="preserve">    (c) a person or institution legally accused or sued in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Pandemonium</w:t>
      </w:r>
      <w:r>
        <w:rPr>
          <w:b/>
          <w:bCs/>
        </w:rPr>
        <w:t xml:space="preserve"> </w:t>
      </w:r>
      <w:r>
        <w:rPr>
          <w:b/>
          <w:bCs/>
        </w:rPr>
        <w:t xml:space="preserve">broke loose in the courtroom.</w:t>
      </w:r>
      <w:r>
        <w:br/>
      </w:r>
      <w:r>
        <w:t xml:space="preserve">    (a) a state of noisy confusion and disorder</w:t>
      </w:r>
      <w:r>
        <w:br/>
      </w:r>
      <w:r>
        <w:t xml:space="preserve">    (b) something that causes ongoing suffering</w:t>
      </w:r>
      <w:r>
        <w:br/>
      </w:r>
      <w:r>
        <w:t xml:space="preserve">    (c) worry or concern about what will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"We only live once, Sergeant," said Mitty, with his faint,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fleeting</w:t>
      </w:r>
      <w:r>
        <w:rPr>
          <w:b/>
          <w:bCs/>
        </w:rPr>
        <w:t xml:space="preserve"> </w:t>
      </w:r>
      <w:r>
        <w:rPr>
          <w:b/>
          <w:bCs/>
        </w:rPr>
        <w:t xml:space="preserve">smile.</w:t>
      </w:r>
      <w:r>
        <w:br/>
      </w:r>
      <w:r>
        <w:t xml:space="preserve">    (a) not demonstrative of</w:t>
      </w:r>
      <w:r>
        <w:br/>
      </w:r>
      <w:r>
        <w:t xml:space="preserve">    (b) sensible and careful</w:t>
      </w:r>
      <w:r>
        <w:br/>
      </w:r>
      <w:r>
        <w:t xml:space="preserve">    (c) lasting a short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went out through the revolving doors that made a faintly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derisive</w:t>
      </w:r>
      <w:r>
        <w:rPr>
          <w:b/>
          <w:bCs/>
        </w:rPr>
        <w:t xml:space="preserve"> </w:t>
      </w:r>
      <w:r>
        <w:rPr>
          <w:b/>
          <w:bCs/>
        </w:rPr>
        <w:t xml:space="preserve">whistling sound when you pushed them.</w:t>
      </w:r>
      <w:r>
        <w:br/>
      </w:r>
      <w:r>
        <w:t xml:space="preserve">    (a) the quality of believing oneself morally superior to others</w:t>
      </w:r>
      <w:r>
        <w:br/>
      </w:r>
      <w:r>
        <w:t xml:space="preserve">    (b) tendency to be direct in a disagreeable, insensitive manner</w:t>
      </w:r>
      <w:r>
        <w:br/>
      </w:r>
      <w:r>
        <w:t xml:space="preserve">    (c) contemptuous (treating as inferior and unworthy of respect)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"To hell with the handkerchief," said Waker Mitty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scornfully</w:t>
      </w:r>
      <w:r>
        <w:rPr>
          <w:b/>
          <w:bCs/>
        </w:rPr>
        <w:t xml:space="preserve">.</w:t>
      </w:r>
      <w:r>
        <w:br/>
      </w:r>
      <w:r>
        <w:t xml:space="preserve">    (a) in a manner that is not easily noticed</w:t>
      </w:r>
      <w:r>
        <w:br/>
      </w:r>
      <w:r>
        <w:t xml:space="preserve">    (b) in a disrespectful or rejecting manner</w:t>
      </w:r>
      <w:r>
        <w:br/>
      </w:r>
      <w:r>
        <w:t xml:space="preserve">    (c) with grace of movement and flexibility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Then, with that faint, fleeting smile playing about his lips, he faced the firing squad; erect and motionless, proud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disdainful</w:t>
      </w:r>
      <w:r>
        <w:rPr>
          <w:b/>
          <w:bCs/>
        </w:rPr>
        <w:t xml:space="preserve">, Walter Mitty the Undefeated, inscrutable to the last.</w:t>
      </w:r>
      <w:r>
        <w:br/>
      </w:r>
      <w:r>
        <w:t xml:space="preserve">    (a) good or beneficial</w:t>
      </w:r>
      <w:r>
        <w:br/>
      </w:r>
      <w:r>
        <w:t xml:space="preserve">    (b) full of disrespect</w:t>
      </w:r>
      <w:r>
        <w:br/>
      </w:r>
      <w:r>
        <w:t xml:space="preserve">    (c) impossible to find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2026-07-31T19:06:23Z</dcterms:created>
  <dcterms:modified xsi:type="dcterms:W3CDTF">2026-07-31T19:06:23Z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