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0edf275f0ec02cb0a6fd55769b8907aee6ff76"/>
    <w:p>
      <w:pPr>
        <w:pStyle w:val="Heading1"/>
      </w:pPr>
      <w:r>
        <w:rPr>
          <w:b/>
          <w:bCs/>
        </w:rPr>
        <w:t xml:space="preserve">The Secret Life of Bees</w:t>
      </w:r>
      <w:r>
        <w:br/>
      </w:r>
      <w:r>
        <w:rPr>
          <w:i/>
          <w:iCs/>
        </w:rPr>
        <w:t xml:space="preserve">Sue Monk Kidd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think he believed it would stir up ideas of college, which he thought a waste of money for girls, even if they did, like me, score the highest number a human being can get on their verbal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aptitude</w:t>
      </w:r>
      <w:r>
        <w:rPr>
          <w:b/>
          <w:bCs/>
        </w:rPr>
        <w:t xml:space="preserve"> </w:t>
      </w:r>
      <w:r>
        <w:rPr>
          <w:b/>
          <w:bCs/>
        </w:rPr>
        <w:t xml:space="preserve">test.</w:t>
      </w:r>
      <w:r>
        <w:br/>
      </w:r>
      <w:r>
        <w:t xml:space="preserve">    (a) oral question and answer</w:t>
      </w:r>
      <w:r>
        <w:br/>
      </w:r>
      <w:r>
        <w:t xml:space="preserve">    (b) learned ability</w:t>
      </w:r>
      <w:r>
        <w:br/>
      </w:r>
      <w:r>
        <w:t xml:space="preserve">    (c) natural ability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Rosaleen, who had less sense than I'd dreamed, said in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tone</w:t>
      </w:r>
      <w:r>
        <w:rPr>
          <w:b/>
          <w:bCs/>
        </w:rPr>
        <w:t xml:space="preserve"> </w:t>
      </w:r>
      <w:r>
        <w:rPr>
          <w:b/>
          <w:bCs/>
        </w:rPr>
        <w:t xml:space="preserve">like she was explaining something real hard to a kindergarten student, "I'm going to register my name so I can vote, that's what."</w:t>
      </w:r>
      <w:r>
        <w:br/>
      </w:r>
      <w:r>
        <w:t xml:space="preserve">    (a) volume of voice expressing an attitude</w:t>
      </w:r>
      <w:r>
        <w:br/>
      </w:r>
      <w:r>
        <w:t xml:space="preserve">    (b) rhythm of voice expressing an attitude</w:t>
      </w:r>
      <w:r>
        <w:br/>
      </w:r>
      <w:r>
        <w:t xml:space="preserve">    (c) quality of voice expressing an attitude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said she'd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assaulted</w:t>
      </w:r>
      <w:r>
        <w:rPr>
          <w:b/>
          <w:bCs/>
        </w:rPr>
        <w:t xml:space="preserve"> </w:t>
      </w:r>
      <w:r>
        <w:rPr>
          <w:b/>
          <w:bCs/>
        </w:rPr>
        <w:t xml:space="preserve">some men at the Esso station.</w:t>
      </w:r>
      <w:r>
        <w:br/>
      </w:r>
      <w:r>
        <w:t xml:space="preserve">    (a) upset</w:t>
      </w:r>
      <w:r>
        <w:br/>
      </w:r>
      <w:r>
        <w:t xml:space="preserve">    (b) confused</w:t>
      </w:r>
      <w:r>
        <w:br/>
      </w:r>
      <w:r>
        <w:t xml:space="preserve">    (c) attacked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"Righteous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indignation</w:t>
      </w:r>
      <w:r>
        <w:rPr>
          <w:b/>
          <w:bCs/>
        </w:rPr>
        <w:t xml:space="preserve">" is what Brother Gerald called it.</w:t>
      </w:r>
      <w:r>
        <w:br/>
      </w:r>
      <w:r>
        <w:t xml:space="preserve">    (a) delight at being appreciated</w:t>
      </w:r>
      <w:r>
        <w:br/>
      </w:r>
      <w:r>
        <w:t xml:space="preserve">    (b) suffering unfairly</w:t>
      </w:r>
      <w:r>
        <w:br/>
      </w:r>
      <w:r>
        <w:t xml:space="preserve">    (c) anger at something unjust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Jesus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righteous</w:t>
      </w:r>
      <w:r>
        <w:rPr>
          <w:b/>
          <w:bCs/>
        </w:rPr>
        <w:t xml:space="preserve"> </w:t>
      </w:r>
      <w:r>
        <w:rPr>
          <w:b/>
          <w:bCs/>
        </w:rPr>
        <w:t xml:space="preserve">indignation when he turned over the tables in the temple and drove out the thieving moneychangers.</w:t>
      </w:r>
      <w:r>
        <w:br/>
      </w:r>
      <w:r>
        <w:t xml:space="preserve">    (a) moral</w:t>
      </w:r>
      <w:r>
        <w:br/>
      </w:r>
      <w:r>
        <w:t xml:space="preserve">    (b) beyond criticism</w:t>
      </w:r>
      <w:r>
        <w:br/>
      </w:r>
      <w:r>
        <w:t xml:space="preserve">    (c) very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if she knew that Rosaleen was a true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fugitive</w:t>
      </w:r>
      <w:r>
        <w:rPr>
          <w:b/>
          <w:bCs/>
        </w:rPr>
        <w:t xml:space="preserve">, wouldn't she have to call the police?</w:t>
      </w:r>
      <w:r>
        <w:br/>
      </w:r>
      <w:r>
        <w:t xml:space="preserve">    (a) someone hiding from the police</w:t>
      </w:r>
      <w:r>
        <w:br/>
      </w:r>
      <w:r>
        <w:t xml:space="preserve">    (b) an undocumented immigrant</w:t>
      </w:r>
      <w:r>
        <w:br/>
      </w:r>
      <w:r>
        <w:t xml:space="preserve">    (c) someone with a mental disorder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bet you like to write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themes</w:t>
      </w:r>
      <w:r>
        <w:rPr>
          <w:b/>
          <w:bCs/>
        </w:rPr>
        <w:t xml:space="preserve">," he said, rolling his eyes.</w:t>
      </w:r>
      <w:r>
        <w:br/>
      </w:r>
      <w:r>
        <w:t xml:space="preserve">    (a) research papers</w:t>
      </w:r>
      <w:r>
        <w:br/>
      </w:r>
      <w:r>
        <w:t xml:space="preserve">    (b) essays</w:t>
      </w:r>
      <w:r>
        <w:br/>
      </w:r>
      <w:r>
        <w:t xml:space="preserve">    (c) text messages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Rosaleen offered to bake the wedding cake layers, and Violet and Queenie were going to decorate it with a "rainbow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theme</w:t>
      </w:r>
      <w:r>
        <w:rPr>
          <w:b/>
          <w:bCs/>
        </w:rPr>
        <w:t xml:space="preserve">."</w:t>
      </w:r>
      <w:r>
        <w:br/>
      </w:r>
      <w:r>
        <w:t xml:space="preserve">    (a) color combination</w:t>
      </w:r>
      <w:r>
        <w:br/>
      </w:r>
      <w:r>
        <w:t xml:space="preserve">    (b) recurring melody</w:t>
      </w:r>
      <w:r>
        <w:br/>
      </w:r>
      <w:r>
        <w:t xml:space="preserve">    (c) unifying idea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conscious</w:t>
      </w:r>
      <w:r>
        <w:rPr>
          <w:b/>
          <w:bCs/>
        </w:rPr>
        <w:t xml:space="preserve"> </w:t>
      </w:r>
      <w:r>
        <w:rPr>
          <w:b/>
          <w:bCs/>
        </w:rPr>
        <w:t xml:space="preserve">of Zach's breathing, his shirt pulled across his chest, one arm draped on the steering wheel.</w:t>
      </w:r>
      <w:r>
        <w:br/>
      </w:r>
      <w:r>
        <w:t xml:space="preserve">    (a) aware</w:t>
      </w:r>
      <w:r>
        <w:br/>
      </w:r>
      <w:r>
        <w:t xml:space="preserve">    (b) inconsiderate</w:t>
      </w:r>
      <w:r>
        <w:br/>
      </w:r>
      <w:r>
        <w:t xml:space="preserve">    (c) unmindful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act like you don't believe I can do it."</w:t>
      </w:r>
      <w:r>
        <w:br/>
      </w:r>
      <w:r>
        <w:rPr>
          <w:b/>
          <w:bCs/>
        </w:rPr>
        <w:t xml:space="preserve">"I didn't say that."</w:t>
      </w:r>
      <w:r>
        <w:br/>
      </w:r>
      <w:r>
        <w:rPr>
          <w:b/>
          <w:bCs/>
        </w:rPr>
        <w:t xml:space="preserve">"You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implied</w:t>
      </w:r>
      <w:r>
        <w:rPr>
          <w:b/>
          <w:bCs/>
        </w:rPr>
        <w:t xml:space="preserve"> </w:t>
      </w:r>
      <w:r>
        <w:rPr>
          <w:b/>
          <w:bCs/>
        </w:rPr>
        <w:t xml:space="preserve">it."</w:t>
      </w:r>
      <w:r>
        <w:br/>
      </w:r>
      <w:r>
        <w:t xml:space="preserve">    (a) clearly stated</w:t>
      </w:r>
      <w:r>
        <w:br/>
      </w:r>
      <w:r>
        <w:t xml:space="preserve">    (b) said indirectly</w:t>
      </w:r>
      <w:r>
        <w:br/>
      </w:r>
      <w:r>
        <w:t xml:space="preserve">    (c) quoted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wanted to bend down and kiss her, for how small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determined</w:t>
      </w:r>
      <w:r>
        <w:rPr>
          <w:b/>
          <w:bCs/>
        </w:rPr>
        <w:t xml:space="preserve"> </w:t>
      </w:r>
      <w:r>
        <w:rPr>
          <w:b/>
          <w:bCs/>
        </w:rPr>
        <w:t xml:space="preserve">she looked.</w:t>
      </w:r>
      <w:r>
        <w:br/>
      </w:r>
      <w:r>
        <w:t xml:space="preserve">    (a) firm in purpose</w:t>
      </w:r>
      <w:r>
        <w:br/>
      </w:r>
      <w:r>
        <w:t xml:space="preserve">    (b) tenderhearted</w:t>
      </w:r>
      <w:r>
        <w:br/>
      </w:r>
      <w:r>
        <w:t xml:space="preserve">    (c) in need of love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reached out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traced</w:t>
      </w:r>
      <w:r>
        <w:rPr>
          <w:b/>
          <w:bCs/>
        </w:rPr>
        <w:t xml:space="preserve"> </w:t>
      </w:r>
      <w:r>
        <w:rPr>
          <w:b/>
          <w:bCs/>
        </w:rPr>
        <w:t xml:space="preserve">black Mary's heart with my finger.</w:t>
      </w:r>
      <w:r>
        <w:br/>
      </w:r>
      <w:r>
        <w:t xml:space="preserve">    (a) followed</w:t>
      </w:r>
      <w:r>
        <w:br/>
      </w:r>
      <w:r>
        <w:t xml:space="preserve">    (b) went past</w:t>
      </w:r>
      <w:r>
        <w:br/>
      </w:r>
      <w:r>
        <w:t xml:space="preserve">    (c) 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wasn't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trace</w:t>
      </w:r>
      <w:r>
        <w:rPr>
          <w:b/>
          <w:bCs/>
        </w:rPr>
        <w:t xml:space="preserve"> </w:t>
      </w:r>
      <w:r>
        <w:rPr>
          <w:b/>
          <w:bCs/>
        </w:rPr>
        <w:t xml:space="preserve">of cunning in May, and you could depend on her not to overthink her answers.</w:t>
      </w:r>
      <w:r>
        <w:br/>
      </w:r>
      <w:r>
        <w:t xml:space="preserve">    (a) outline</w:t>
      </w:r>
      <w:r>
        <w:br/>
      </w:r>
      <w:r>
        <w:t xml:space="preserve">    (b) tiny amount</w:t>
      </w:r>
      <w:r>
        <w:br/>
      </w:r>
      <w:r>
        <w:t xml:space="preserve">    (c)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apparent</w:t>
      </w:r>
      <w:r>
        <w:rPr>
          <w:b/>
          <w:bCs/>
        </w:rPr>
        <w:t xml:space="preserve"> </w:t>
      </w:r>
      <w:r>
        <w:rPr>
          <w:b/>
          <w:bCs/>
        </w:rPr>
        <w:t xml:space="preserve">Mr. Hazelwurst wasn't leaving, August began to speak.</w:t>
      </w:r>
      <w:r>
        <w:br/>
      </w:r>
      <w:r>
        <w:t xml:space="preserve">    (a) possible</w:t>
      </w:r>
      <w:r>
        <w:br/>
      </w:r>
      <w:r>
        <w:t xml:space="preserve">    (b) clear</w:t>
      </w:r>
      <w:r>
        <w:br/>
      </w:r>
      <w:r>
        <w:t xml:space="preserve">    (c) questioned whether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wanted you to have a chance to get yourself on solid ground, get your heart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bolstered</w:t>
      </w:r>
      <w:r>
        <w:rPr>
          <w:b/>
          <w:bCs/>
        </w:rPr>
        <w:t xml:space="preserve"> </w:t>
      </w:r>
      <w:r>
        <w:rPr>
          <w:b/>
          <w:bCs/>
        </w:rPr>
        <w:t xml:space="preserve">up first.</w:t>
      </w:r>
      <w:r>
        <w:br/>
      </w:r>
      <w:r>
        <w:t xml:space="preserve">    (a) strengthened</w:t>
      </w:r>
      <w:r>
        <w:br/>
      </w:r>
      <w:r>
        <w:t xml:space="preserve">    (b) challenged</w:t>
      </w:r>
      <w:r>
        <w:br/>
      </w:r>
      <w:r>
        <w:t xml:space="preserve">    (c) unattached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"When he proposed, she said no."</w:t>
      </w:r>
      <w:r>
        <w:br/>
      </w:r>
      <w:r>
        <w:rPr>
          <w:b/>
          <w:bCs/>
        </w:rPr>
        <w:t xml:space="preserve">"But she married him," I said,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genuinely</w:t>
      </w:r>
      <w:r>
        <w:rPr>
          <w:b/>
          <w:bCs/>
        </w:rPr>
        <w:t xml:space="preserve"> </w:t>
      </w:r>
      <w:r>
        <w:rPr>
          <w:b/>
          <w:bCs/>
        </w:rPr>
        <w:t xml:space="preserve">confused.</w:t>
      </w:r>
      <w:r>
        <w:br/>
      </w:r>
      <w:r>
        <w:t xml:space="preserve">    (a) partially</w:t>
      </w:r>
      <w:r>
        <w:br/>
      </w:r>
      <w:r>
        <w:t xml:space="preserve">    (b) pretending to be</w:t>
      </w:r>
      <w:r>
        <w:br/>
      </w:r>
      <w:r>
        <w:t xml:space="preserve">    (c) truly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See, Lily, honey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preservative</w:t>
      </w:r>
      <w:r>
        <w:rPr>
          <w:b/>
          <w:bCs/>
        </w:rPr>
        <w:t xml:space="preserve">.</w:t>
      </w:r>
      <w:r>
        <w:br/>
      </w:r>
      <w:r>
        <w:t xml:space="preserve">    (a) something that adds flavor</w:t>
      </w:r>
      <w:r>
        <w:br/>
      </w:r>
      <w:r>
        <w:t xml:space="preserve">    (b) something that breaks something else down</w:t>
      </w:r>
      <w:r>
        <w:br/>
      </w:r>
      <w:r>
        <w:t xml:space="preserve">    (c) something that keeps food from spoiling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we bathe Our Lady in it, I guess you'd say we're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preserving</w:t>
      </w:r>
      <w:r>
        <w:rPr>
          <w:b/>
          <w:bCs/>
        </w:rPr>
        <w:t xml:space="preserve"> </w:t>
      </w:r>
      <w:r>
        <w:rPr>
          <w:b/>
          <w:bCs/>
        </w:rPr>
        <w:t xml:space="preserve">her for another year, at least inside our hearts we're doing that.</w:t>
      </w:r>
      <w:r>
        <w:br/>
      </w:r>
      <w:r>
        <w:t xml:space="preserve">    (a) strengthening</w:t>
      </w:r>
      <w:r>
        <w:br/>
      </w:r>
      <w:r>
        <w:t xml:space="preserve">    (b) protecting</w:t>
      </w:r>
      <w:r>
        <w:br/>
      </w:r>
      <w:r>
        <w:t xml:space="preserve">    (c) enjoying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Rosaleen came home,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bona fide</w:t>
      </w:r>
      <w:r>
        <w:rPr>
          <w:b/>
          <w:bCs/>
        </w:rPr>
        <w:t xml:space="preserve"> </w:t>
      </w:r>
      <w:r>
        <w:rPr>
          <w:b/>
          <w:bCs/>
        </w:rPr>
        <w:t xml:space="preserve">registered voter in the United States of America.</w:t>
      </w:r>
      <w:r>
        <w:br/>
      </w:r>
      <w:r>
        <w:t xml:space="preserve">    (a) real</w:t>
      </w:r>
      <w:r>
        <w:br/>
      </w:r>
      <w:r>
        <w:t xml:space="preserve">    (b) thoughtful</w:t>
      </w:r>
      <w:r>
        <w:br/>
      </w:r>
      <w:r>
        <w:t xml:space="preserve">    (c) denied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remember thinking that he probably loved me in his own smallish way. He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forfeited</w:t>
      </w:r>
      <w:r>
        <w:rPr>
          <w:b/>
          <w:bCs/>
        </w:rPr>
        <w:t xml:space="preserve"> </w:t>
      </w:r>
      <w:r>
        <w:rPr>
          <w:b/>
          <w:bCs/>
        </w:rPr>
        <w:t xml:space="preserve">me over, hadn't he? I still tell myself that when he drove away that day he wasn't saying good riddance; he was saying, Oh, Lily, you're better off there in that house of colored women.</w:t>
      </w:r>
      <w:r>
        <w:br/>
      </w:r>
      <w:r>
        <w:t xml:space="preserve">    (a) surrendered to another</w:t>
      </w:r>
      <w:r>
        <w:br/>
      </w:r>
      <w:r>
        <w:t xml:space="preserve">    (b) taken from another</w:t>
      </w:r>
      <w:r>
        <w:br/>
      </w:r>
      <w:r>
        <w:t xml:space="preserve">    (c) tried to keep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2026-07-31T16:59:17Z</dcterms:created>
  <dcterms:modified xsi:type="dcterms:W3CDTF">2026-07-31T16:59:17Z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