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3898d82b664ccd364d499310389106a5e189cf"/>
    <w:p>
      <w:pPr>
        <w:pStyle w:val="Heading1"/>
      </w:pPr>
      <w:r>
        <w:rPr>
          <w:b/>
          <w:bCs/>
        </w:rPr>
        <w:t xml:space="preserve">The Secret Hour</w:t>
      </w:r>
      <w:r>
        <w:br/>
      </w:r>
      <w:r>
        <w:rPr>
          <w:i/>
          <w:iCs/>
        </w:rPr>
        <w:t xml:space="preserve">Scott Westerfeld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halls of Bixby High School were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hideously</w:t>
      </w:r>
      <w:r>
        <w:rPr>
          <w:b/>
          <w:bCs/>
        </w:rPr>
        <w:t xml:space="preserve"> </w:t>
      </w:r>
      <w:r>
        <w:rPr>
          <w:b/>
          <w:bCs/>
        </w:rPr>
        <w:t xml:space="preserve">bright on the first day of school.</w:t>
      </w:r>
      <w:r>
        <w:br/>
      </w:r>
      <w:r>
        <w:t xml:space="preserve">    (a) in a manner that causes great mental or physical suffering</w:t>
      </w:r>
      <w:r>
        <w:br/>
      </w:r>
      <w:r>
        <w:t xml:space="preserve">    (b) in a manner that relates to properties of sound or hearing</w:t>
      </w:r>
      <w:r>
        <w:br/>
      </w:r>
      <w:r>
        <w:t xml:space="preserve">    (c) in an extremely ugly, offensive, and/or frightening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this close, the thick frames were still fuzzy, but he could see the girl's outstretched hand with crystal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clarity</w:t>
      </w:r>
      <w:r>
        <w:rPr>
          <w:b/>
          <w:bCs/>
        </w:rPr>
        <w:t xml:space="preserve">.</w:t>
      </w:r>
      <w:r>
        <w:br/>
      </w:r>
      <w:r>
        <w:t xml:space="preserve">    (a) the process of assigning a value on or judging the worth of something; or the result of such a process</w:t>
      </w:r>
      <w:r>
        <w:br/>
      </w:r>
      <w:r>
        <w:t xml:space="preserve">    (b) seen, expressed, or understood clearly; or a degree of transparency such as the quality of clear water</w:t>
      </w:r>
      <w:r>
        <w:br/>
      </w:r>
      <w:r>
        <w:t xml:space="preserve">    (c) a collection of things on public display  OR  a detailed explanation or background of a specific topic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Sanchez looked up at her and smiled,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genuinely</w:t>
      </w:r>
      <w:r>
        <w:rPr>
          <w:b/>
          <w:bCs/>
        </w:rPr>
        <w:t xml:space="preserve"> </w:t>
      </w:r>
      <w:r>
        <w:rPr>
          <w:b/>
          <w:bCs/>
        </w:rPr>
        <w:t xml:space="preserve">pleased.</w:t>
      </w:r>
      <w:r>
        <w:br/>
      </w:r>
      <w:r>
        <w:t xml:space="preserve">    (a) really</w:t>
      </w:r>
      <w:r>
        <w:br/>
      </w:r>
      <w:r>
        <w:t xml:space="preserve">    (b) wisely</w:t>
      </w:r>
      <w:r>
        <w:br/>
      </w:r>
      <w:r>
        <w:t xml:space="preserve">    (c) mainly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so beautiful, so still and wondrous, that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anxiety</w:t>
      </w:r>
      <w:r>
        <w:rPr>
          <w:b/>
          <w:bCs/>
        </w:rPr>
        <w:t xml:space="preserve"> </w:t>
      </w:r>
      <w:r>
        <w:rPr>
          <w:b/>
          <w:bCs/>
        </w:rPr>
        <w:t xml:space="preserve">was instantly gone.</w:t>
      </w:r>
      <w:r>
        <w:br/>
      </w:r>
      <w:r>
        <w:t xml:space="preserve">    (a) narrow water passage</w:t>
      </w:r>
      <w:r>
        <w:br/>
      </w:r>
      <w:r>
        <w:t xml:space="preserve">    (b) basic rule or belief</w:t>
      </w:r>
      <w:r>
        <w:br/>
      </w:r>
      <w:r>
        <w:t xml:space="preserve">    (c) nervousness or worry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drops kissed her face coolly, turning into water as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collided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them.</w:t>
      </w:r>
      <w:r>
        <w:br/>
      </w:r>
      <w:r>
        <w:t xml:space="preserve">    (a) edited by omitting or modifying parts considered indelicate</w:t>
      </w:r>
      <w:r>
        <w:br/>
      </w:r>
      <w:r>
        <w:t xml:space="preserve">    (b) crashed together with violent impact; or came into conflict</w:t>
      </w:r>
      <w:r>
        <w:br/>
      </w:r>
      <w:r>
        <w:t xml:space="preserve">    (c) exposed as not true, real, or as valuable as others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Jessica was pretty sure she understood what Mr. Sanchez had covered in chapter two, but a few concepts kept popping up that were just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incomprehensible</w:t>
      </w:r>
      <w:r>
        <w:rPr>
          <w:b/>
          <w:bCs/>
        </w:rPr>
        <w:t xml:space="preserve">.</w:t>
      </w:r>
      <w:r>
        <w:br/>
      </w:r>
      <w:r>
        <w:t xml:space="preserve">    (a) not understandable</w:t>
      </w:r>
      <w:r>
        <w:br/>
      </w:r>
      <w:r>
        <w:t xml:space="preserve">    (b) very detailed</w:t>
      </w:r>
      <w:r>
        <w:br/>
      </w:r>
      <w:r>
        <w:t xml:space="preserve">    (c) quickly spoken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Jonathan,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physics</w:t>
      </w:r>
      <w:r>
        <w:rPr>
          <w:b/>
          <w:bCs/>
        </w:rPr>
        <w:t xml:space="preserve"> </w:t>
      </w:r>
      <w:r>
        <w:rPr>
          <w:b/>
          <w:bCs/>
        </w:rPr>
        <w:t xml:space="preserve">class.</w:t>
      </w:r>
      <w:r>
        <w:br/>
      </w:r>
      <w:r>
        <w:t xml:space="preserve">    (a) the science of matter and energy</w:t>
      </w:r>
      <w:r>
        <w:br/>
      </w:r>
      <w:r>
        <w:t xml:space="preserve">    (b) referring to any rocky mountains</w:t>
      </w:r>
      <w:r>
        <w:br/>
      </w:r>
      <w:r>
        <w:t xml:space="preserve">    (c) lacking things most people enjoy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hard,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unyielding</w:t>
      </w:r>
      <w:r>
        <w:rPr>
          <w:b/>
          <w:bCs/>
        </w:rPr>
        <w:t xml:space="preserve"> </w:t>
      </w:r>
      <w:r>
        <w:rPr>
          <w:b/>
          <w:bCs/>
        </w:rPr>
        <w:t xml:space="preserve">as a plastic mannequin in a store window.</w:t>
      </w:r>
      <w:r>
        <w:br/>
      </w:r>
      <w:r>
        <w:t xml:space="preserve">    (a) relating to classical music plays in which most of the dialogue is sung</w:t>
      </w:r>
      <w:r>
        <w:br/>
      </w:r>
      <w:r>
        <w:t xml:space="preserve">    (b) strict, firm, or hard (not giving in, not giving way, or not giving up)</w:t>
      </w:r>
      <w:r>
        <w:br/>
      </w:r>
      <w:r>
        <w:t xml:space="preserve">    (c) rude or unfriendly because of using too few words or moving too quickly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the cat, they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wary</w:t>
      </w:r>
      <w:r>
        <w:rPr>
          <w:b/>
          <w:bCs/>
        </w:rPr>
        <w:t xml:space="preserve"> </w:t>
      </w:r>
      <w:r>
        <w:rPr>
          <w:b/>
          <w:bCs/>
        </w:rPr>
        <w:t xml:space="preserve">of her.</w:t>
      </w:r>
      <w:r>
        <w:br/>
      </w:r>
      <w:r>
        <w:t xml:space="preserve">    (a) indicating approval or agreement</w:t>
      </w:r>
      <w:r>
        <w:br/>
      </w:r>
      <w:r>
        <w:t xml:space="preserve">    (b) careful, nervous, or distrustful</w:t>
      </w:r>
      <w:r>
        <w:br/>
      </w:r>
      <w:r>
        <w:t xml:space="preserve">    (c)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sound seemed to travel up her spine before it broke into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audible</w:t>
      </w:r>
      <w:r>
        <w:rPr>
          <w:b/>
          <w:bCs/>
        </w:rPr>
        <w:t xml:space="preserve"> </w:t>
      </w:r>
      <w:r>
        <w:rPr>
          <w:b/>
          <w:bCs/>
        </w:rPr>
        <w:t xml:space="preserve">growl.</w:t>
      </w:r>
      <w:r>
        <w:br/>
      </w:r>
      <w:r>
        <w:t xml:space="preserve">    (a) capable of being heard</w:t>
      </w:r>
      <w:r>
        <w:br/>
      </w:r>
      <w:r>
        <w:t xml:space="preserve">    (b) not easily set on fire</w:t>
      </w:r>
      <w:r>
        <w:br/>
      </w:r>
      <w:r>
        <w:t xml:space="preserve">    (c) surrounding conditions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dark moon looked normal, rising at its usual stately pace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resplendent</w:t>
      </w:r>
      <w:r>
        <w:rPr>
          <w:b/>
          <w:bCs/>
        </w:rPr>
        <w:t xml:space="preserve"> </w:t>
      </w:r>
      <w:r>
        <w:rPr>
          <w:b/>
          <w:bCs/>
        </w:rPr>
        <w:t xml:space="preserve">with its usual gorgeous, pale blue light.</w:t>
      </w:r>
      <w:r>
        <w:br/>
      </w:r>
      <w:r>
        <w:t xml:space="preserve">    (a) able to be translated</w:t>
      </w:r>
      <w:r>
        <w:br/>
      </w:r>
      <w:r>
        <w:t xml:space="preserve">    (b) beautiful or splendid</w:t>
      </w:r>
      <w:r>
        <w:br/>
      </w:r>
      <w:r>
        <w:t xml:space="preserve">    (c)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long trip from factory to junkyard had weathered some pieces to certain proportions, small rods with elegant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ratios</w:t>
      </w:r>
      <w:r>
        <w:rPr>
          <w:b/>
          <w:bCs/>
        </w:rPr>
        <w:t xml:space="preserve"> </w:t>
      </w:r>
      <w:r>
        <w:rPr>
          <w:b/>
          <w:bCs/>
        </w:rPr>
        <w:t xml:space="preserve">of length and width, scarred old bolts with harmonious spacings between their dents.</w:t>
      </w:r>
      <w:r>
        <w:br/>
      </w:r>
      <w:r>
        <w:t xml:space="preserve">    (a) outward appearances</w:t>
      </w:r>
      <w:r>
        <w:br/>
      </w:r>
      <w:r>
        <w:t xml:space="preserve">    (b) relative quantities</w:t>
      </w:r>
      <w:r>
        <w:br/>
      </w:r>
      <w:r>
        <w:t xml:space="preserve">    (c) sizes or dimensions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Melissa could only move so fast without losing her way as she cautiously felt for the trembling threads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tenuous</w:t>
      </w:r>
      <w:r>
        <w:rPr>
          <w:b/>
          <w:bCs/>
        </w:rPr>
        <w:t xml:space="preserve"> </w:t>
      </w:r>
      <w:r>
        <w:rPr>
          <w:b/>
          <w:bCs/>
        </w:rPr>
        <w:t xml:space="preserve">psychic spiderweb of midnight.</w:t>
      </w:r>
      <w:r>
        <w:br/>
      </w:r>
      <w:r>
        <w:t xml:space="preserve">    (a) able to meet and talk with</w:t>
      </w:r>
      <w:r>
        <w:br/>
      </w:r>
      <w:r>
        <w:t xml:space="preserve">    (b) the quality of disagreeing</w:t>
      </w:r>
      <w:r>
        <w:br/>
      </w:r>
      <w:r>
        <w:t xml:space="preserve">    (c) weak, flimsy, or uncertain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Jessica hit the ground softly, her fall broken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unkempt</w:t>
      </w:r>
      <w:r>
        <w:rPr>
          <w:b/>
          <w:bCs/>
        </w:rPr>
        <w:t xml:space="preserve"> </w:t>
      </w:r>
      <w:r>
        <w:rPr>
          <w:b/>
          <w:bCs/>
        </w:rPr>
        <w:t xml:space="preserve">grass.</w:t>
      </w:r>
      <w:r>
        <w:br/>
      </w:r>
      <w:r>
        <w:t xml:space="preserve">    (a) exactly or accurately</w:t>
      </w:r>
      <w:r>
        <w:br/>
      </w:r>
      <w:r>
        <w:t xml:space="preserve">    (b) not neat or cared for</w:t>
      </w:r>
      <w:r>
        <w:br/>
      </w:r>
      <w:r>
        <w:t xml:space="preserve">    (c) completely or totally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Jessica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pondered</w:t>
      </w:r>
      <w:r>
        <w:rPr>
          <w:b/>
          <w:bCs/>
        </w:rPr>
        <w:t xml:space="preserve"> </w:t>
      </w:r>
      <w:r>
        <w:rPr>
          <w:b/>
          <w:bCs/>
        </w:rPr>
        <w:t xml:space="preserve">the question, remembering how many times Mom and Dad had told this story.</w:t>
      </w:r>
      <w:r>
        <w:br/>
      </w:r>
      <w:r>
        <w:t xml:space="preserve">    (a) not limited or without boundaries</w:t>
      </w:r>
      <w:r>
        <w:br/>
      </w:r>
      <w:r>
        <w:t xml:space="preserve">    (b) was overly unhappy and unsociable</w:t>
      </w:r>
      <w:r>
        <w:br/>
      </w:r>
      <w:r>
        <w:t xml:space="preserve">    (c) thought deeply or carefully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wall of the museum was open to the original Bixby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excavation</w:t>
      </w:r>
      <w:r>
        <w:rPr>
          <w:b/>
          <w:bCs/>
        </w:rPr>
        <w:t xml:space="preserve">, the walkways suspended a few feet from the raw earth.</w:t>
      </w:r>
      <w:r>
        <w:br/>
      </w:r>
      <w:r>
        <w:t xml:space="preserve">    (a) archaeological dig-- where antiquities were unearthed</w:t>
      </w:r>
      <w:r>
        <w:br/>
      </w:r>
      <w:r>
        <w:t xml:space="preserve">    (b) psychiatrist</w:t>
      </w:r>
      <w:r>
        <w:br/>
      </w:r>
      <w:r>
        <w:t xml:space="preserve">    (c) postponement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and I have this...personality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conflict</w:t>
      </w:r>
      <w:r>
        <w:rPr>
          <w:b/>
          <w:bCs/>
        </w:rPr>
        <w:t xml:space="preserve">.</w:t>
      </w:r>
      <w:r>
        <w:br/>
      </w:r>
      <w:r>
        <w:t xml:space="preserve">    (a) struggle or disagreement</w:t>
      </w:r>
      <w:r>
        <w:br/>
      </w:r>
      <w:r>
        <w:t xml:space="preserve">    (b) include consideration of</w:t>
      </w:r>
      <w:r>
        <w:br/>
      </w:r>
      <w:r>
        <w:t xml:space="preserve">    (c) make nervous or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'flying slither' kind of sounds like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contradiction</w:t>
      </w:r>
      <w:r>
        <w:rPr>
          <w:b/>
          <w:bCs/>
        </w:rPr>
        <w:t xml:space="preserve"> </w:t>
      </w:r>
      <w:r>
        <w:rPr>
          <w:b/>
          <w:bCs/>
        </w:rPr>
        <w:t xml:space="preserve">to me.</w:t>
      </w:r>
      <w:r>
        <w:br/>
      </w:r>
      <w:r>
        <w:t xml:space="preserve">    (a) something made of the brownish metal with the same name -- such as a sculpture or a third place medal</w:t>
      </w:r>
      <w:r>
        <w:br/>
      </w:r>
      <w:r>
        <w:t xml:space="preserve">    (b) nerve cells running from the base of the skull to the lower back and enclosed by vertebrae in adults</w:t>
      </w:r>
      <w:r>
        <w:br/>
      </w:r>
      <w:r>
        <w:t xml:space="preserve">    (c) something (typically a statement) that disagrees with itself; or (more rarely) the act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if that one decides to, I've got all thirty-nine links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Obstructively</w:t>
      </w:r>
      <w:r>
        <w:rPr>
          <w:b/>
          <w:bCs/>
        </w:rPr>
        <w:t xml:space="preserve"> </w:t>
      </w:r>
      <w:r>
        <w:rPr>
          <w:b/>
          <w:bCs/>
        </w:rPr>
        <w:t xml:space="preserve">to protect us.</w:t>
      </w:r>
      <w:r>
        <w:br/>
      </w:r>
      <w:r>
        <w:t xml:space="preserve">    (a) in a manner that creates a blockage or hindrance</w:t>
      </w:r>
      <w:r>
        <w:br/>
      </w:r>
      <w:r>
        <w:t xml:space="preserve">    (b) in a manner that accepts as true (without proof)</w:t>
      </w:r>
      <w:r>
        <w:br/>
      </w:r>
      <w:r>
        <w:t xml:space="preserve">    (c) meticulously (with great care for small details)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hands jerked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 </w:t>
      </w:r>
      <w:r>
        <w:rPr>
          <w:b/>
          <w:bCs/>
        </w:rPr>
        <w:t xml:space="preserve">against each other, and she felt her fingers slipping.</w:t>
      </w:r>
      <w:r>
        <w:br/>
      </w:r>
      <w:r>
        <w:t xml:space="preserve">    (a) the state or degree of being pessimistic or disagreeable</w:t>
      </w:r>
      <w:r>
        <w:br/>
      </w:r>
      <w:r>
        <w:t xml:space="preserve">    (b) pulled or drawn tight;</w:t>
      </w:r>
      <w:r>
        <w:br/>
      </w:r>
      <w:r>
        <w:t xml:space="preserve">or: subjected to great tension</w:t>
      </w:r>
      <w:r>
        <w:br/>
      </w:r>
      <w:r>
        <w:t xml:space="preserve">    (c) relating to logical examination to improve understanding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2026-07-31T16:45:47Z</dcterms:created>
  <dcterms:modified xsi:type="dcterms:W3CDTF">2026-07-31T16:45:47Z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