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2e37eff0f72a4ad7fea3e1ffb72998d8d1dc053"/>
    <w:p>
      <w:pPr>
        <w:pStyle w:val="Heading1"/>
      </w:pPr>
      <w:r>
        <w:rPr>
          <w:b/>
          <w:bCs/>
        </w:rPr>
        <w:t xml:space="preserve">The Second Siege</w:t>
      </w:r>
      <w:r>
        <w:br/>
      </w:r>
      <w:r>
        <w:rPr>
          <w:i/>
          <w:iCs/>
        </w:rPr>
        <w:t xml:space="preserve">Henry H. Neff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primary focus is on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acquisition</w:t>
      </w:r>
      <w:r>
        <w:rPr>
          <w:b/>
          <w:bCs/>
        </w:rPr>
        <w:t xml:space="preserve"> </w:t>
      </w:r>
      <w:r>
        <w:rPr>
          <w:b/>
          <w:bCs/>
        </w:rPr>
        <w:t xml:space="preserve">of money and the things it can buy.</w:t>
      </w:r>
      <w:r>
        <w:br/>
      </w:r>
      <w:r>
        <w:t xml:space="preserve">    (a) getting</w:t>
      </w:r>
      <w:r>
        <w:br/>
      </w:r>
      <w:r>
        <w:t xml:space="preserve">    (b) fearing</w:t>
      </w:r>
      <w:r>
        <w:br/>
      </w:r>
      <w:r>
        <w:t xml:space="preserve">    (c) spending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early test results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augur</w:t>
      </w:r>
      <w:r>
        <w:rPr>
          <w:b/>
          <w:bCs/>
        </w:rPr>
        <w:t xml:space="preserve"> </w:t>
      </w:r>
      <w:r>
        <w:rPr>
          <w:b/>
          <w:bCs/>
        </w:rPr>
        <w:t xml:space="preserve">a successful launch for the new vaccine.</w:t>
      </w:r>
      <w:r>
        <w:br/>
      </w:r>
      <w:r>
        <w:t xml:space="preserve">    (a) ignore and forget</w:t>
      </w:r>
      <w:r>
        <w:br/>
      </w:r>
      <w:r>
        <w:t xml:space="preserve">    (b) delay and postpone</w:t>
      </w:r>
      <w:r>
        <w:br/>
      </w:r>
      <w:r>
        <w:t xml:space="preserve">    (c) predict and foretell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police officer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beckoned</w:t>
      </w:r>
      <w:r>
        <w:rPr>
          <w:b/>
          <w:bCs/>
        </w:rPr>
        <w:t xml:space="preserve"> </w:t>
      </w:r>
      <w:r>
        <w:rPr>
          <w:b/>
          <w:bCs/>
        </w:rPr>
        <w:t xml:space="preserve">me to come over.</w:t>
      </w:r>
      <w:r>
        <w:br/>
      </w:r>
      <w:r>
        <w:t xml:space="preserve">    (a) called</w:t>
      </w:r>
      <w:r>
        <w:br/>
      </w:r>
      <w:r>
        <w:t xml:space="preserve">    (b) prohibited</w:t>
      </w:r>
      <w:r>
        <w:br/>
      </w:r>
      <w:r>
        <w:t xml:space="preserve">    (c) considered asking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remote workers, high-speed internet is a real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boon</w:t>
      </w:r>
      <w:r>
        <w:rPr>
          <w:b/>
          <w:bCs/>
        </w:rPr>
        <w:t xml:space="preserve">, making it easier to stay productive from home.</w:t>
      </w:r>
      <w:r>
        <w:br/>
      </w:r>
      <w:r>
        <w:t xml:space="preserve">    (a) something that is of great benefit</w:t>
      </w:r>
      <w:r>
        <w:br/>
      </w:r>
      <w:r>
        <w:t xml:space="preserve">    (b) something that causes great harm</w:t>
      </w:r>
      <w:r>
        <w:br/>
      </w:r>
      <w:r>
        <w:t xml:space="preserve">    (c) a source of constant distraction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would like to speak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directly</w:t>
      </w:r>
      <w:r>
        <w:rPr>
          <w:b/>
          <w:bCs/>
        </w:rPr>
        <w:t xml:space="preserve"> </w:t>
      </w:r>
      <w:r>
        <w:rPr>
          <w:b/>
          <w:bCs/>
        </w:rPr>
        <w:t xml:space="preserve">to the manager.</w:t>
      </w:r>
      <w:r>
        <w:br/>
      </w:r>
      <w:r>
        <w:t xml:space="preserve">    (a) formally</w:t>
      </w:r>
      <w:r>
        <w:br/>
      </w:r>
      <w:r>
        <w:t xml:space="preserve">    (b) when convenient</w:t>
      </w:r>
      <w:r>
        <w:br/>
      </w:r>
      <w:r>
        <w:t xml:space="preserve">    (c) personally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easy to work with. She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direct</w:t>
      </w:r>
      <w:r>
        <w:rPr>
          <w:b/>
          <w:bCs/>
        </w:rPr>
        <w:t xml:space="preserve"> </w:t>
      </w:r>
      <w:r>
        <w:rPr>
          <w:b/>
          <w:bCs/>
        </w:rPr>
        <w:t xml:space="preserve">in her communications and expectations.</w:t>
      </w:r>
      <w:r>
        <w:br/>
      </w:r>
      <w:r>
        <w:t xml:space="preserve">    (a) straightforward</w:t>
      </w:r>
      <w:r>
        <w:br/>
      </w:r>
      <w:r>
        <w:t xml:space="preserve">    (b) humble</w:t>
      </w:r>
      <w:r>
        <w:br/>
      </w:r>
      <w:r>
        <w:t xml:space="preserve">    (c) considerate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judge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directed</w:t>
      </w:r>
      <w:r>
        <w:rPr>
          <w:b/>
          <w:bCs/>
        </w:rPr>
        <w:t xml:space="preserve"> </w:t>
      </w:r>
      <w:r>
        <w:rPr>
          <w:b/>
          <w:bCs/>
        </w:rPr>
        <w:t xml:space="preserve">the jury to ignore the question.</w:t>
      </w:r>
      <w:r>
        <w:br/>
      </w:r>
      <w:r>
        <w:t xml:space="preserve">    (a) ordered</w:t>
      </w:r>
      <w:r>
        <w:br/>
      </w:r>
      <w:r>
        <w:t xml:space="preserve">    (b) asked</w:t>
      </w:r>
      <w:r>
        <w:br/>
      </w:r>
      <w:r>
        <w:t xml:space="preserve">    (c) understood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elegant</w:t>
      </w:r>
      <w:r>
        <w:rPr>
          <w:b/>
          <w:bCs/>
        </w:rPr>
        <w:t xml:space="preserve"> </w:t>
      </w:r>
      <w:r>
        <w:rPr>
          <w:b/>
          <w:bCs/>
        </w:rPr>
        <w:t xml:space="preserve">dinner party.</w:t>
      </w:r>
      <w:r>
        <w:br/>
      </w:r>
      <w:r>
        <w:t xml:space="preserve">    (a) refined and tasteful</w:t>
      </w:r>
      <w:r>
        <w:br/>
      </w:r>
      <w:r>
        <w:t xml:space="preserve">    (b) feeling or showing sympathy for another's suffering</w:t>
      </w:r>
      <w:r>
        <w:br/>
      </w:r>
      <w:r>
        <w:t xml:space="preserve">    (c) unsuitable (not fitting) for a particular situation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Einstein's Theory of Relativity was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elegant</w:t>
      </w:r>
      <w:r>
        <w:rPr>
          <w:b/>
          <w:bCs/>
        </w:rPr>
        <w:t xml:space="preserve"> </w:t>
      </w:r>
      <w:r>
        <w:rPr>
          <w:b/>
          <w:bCs/>
        </w:rPr>
        <w:t xml:space="preserve">solution to the contradiction that a constant speed of light created within Newtonian physics.</w:t>
      </w:r>
      <w:r>
        <w:br/>
      </w:r>
      <w:r>
        <w:t xml:space="preserve">    (a) simple (and often more comprehensive) than most would anticipate</w:t>
      </w:r>
      <w:r>
        <w:br/>
      </w:r>
      <w:r>
        <w:t xml:space="preserve">    (b) showing a gloomy or bad mood -- often by not interacting with others in a friendly way</w:t>
      </w:r>
      <w:r>
        <w:br/>
      </w:r>
      <w:r>
        <w:t xml:space="preserve">    (c) related to single segments of DNA which when combined determine inherited traits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had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hideous</w:t>
      </w:r>
      <w:r>
        <w:rPr>
          <w:b/>
          <w:bCs/>
        </w:rPr>
        <w:t xml:space="preserve"> </w:t>
      </w:r>
      <w:r>
        <w:rPr>
          <w:b/>
          <w:bCs/>
        </w:rPr>
        <w:t xml:space="preserve">scar running from his forehead to his jaw.</w:t>
      </w:r>
      <w:r>
        <w:br/>
      </w:r>
      <w:r>
        <w:t xml:space="preserve">    (a) barely noticeable</w:t>
      </w:r>
      <w:r>
        <w:br/>
      </w:r>
      <w:r>
        <w:t xml:space="preserve">    (b) extremely ugly</w:t>
      </w:r>
      <w:r>
        <w:br/>
      </w:r>
      <w:r>
        <w:t xml:space="preserve">    (c) perfectly healed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Harry Potter said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incantation</w:t>
      </w:r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"expecto patronum"</w:t>
      </w:r>
      <w:r>
        <w:rPr>
          <w:b/>
          <w:bCs/>
        </w:rPr>
        <w:t xml:space="preserve"> </w:t>
      </w:r>
      <w:r>
        <w:rPr>
          <w:b/>
          <w:bCs/>
        </w:rPr>
        <w:t xml:space="preserve">as he focuses on a happy memory to summon protection from dark magic.</w:t>
      </w:r>
      <w:r>
        <w:br/>
      </w:r>
      <w:r>
        <w:t xml:space="preserve">    (a) foreign phrase</w:t>
      </w:r>
      <w:r>
        <w:br/>
      </w:r>
      <w:r>
        <w:t xml:space="preserve">    (b) common saying</w:t>
      </w:r>
      <w:r>
        <w:br/>
      </w:r>
      <w:r>
        <w:t xml:space="preserve">    (c) magic words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first, 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incredulous</w:t>
      </w:r>
      <w:r>
        <w:rPr>
          <w:b/>
          <w:bCs/>
        </w:rPr>
        <w:t xml:space="preserve">--thinking the report was in error.</w:t>
      </w:r>
      <w:r>
        <w:br/>
      </w:r>
      <w:r>
        <w:t xml:space="preserve">    (a) without belief</w:t>
      </w:r>
      <w:r>
        <w:br/>
      </w:r>
      <w:r>
        <w:t xml:space="preserve">    (b) worried</w:t>
      </w:r>
      <w:r>
        <w:br/>
      </w:r>
      <w:r>
        <w:t xml:space="preserve">    (c) confused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indignant</w:t>
      </w:r>
      <w:r>
        <w:rPr>
          <w:b/>
          <w:bCs/>
        </w:rPr>
        <w:t xml:space="preserve">, but she agreed to be searched when they accused her of shoplifting.</w:t>
      </w:r>
      <w:r>
        <w:br/>
      </w:r>
      <w:r>
        <w:t xml:space="preserve">    (a) surprised at the unexpected</w:t>
      </w:r>
      <w:r>
        <w:br/>
      </w:r>
      <w:r>
        <w:t xml:space="preserve">    (b) defensive about being suspected</w:t>
      </w:r>
      <w:r>
        <w:br/>
      </w:r>
      <w:r>
        <w:t xml:space="preserve">    (c) annoyed at something unjust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mystic</w:t>
      </w:r>
      <w:r>
        <w:rPr>
          <w:b/>
          <w:bCs/>
        </w:rPr>
        <w:t xml:space="preserve"> </w:t>
      </w:r>
      <w:r>
        <w:rPr>
          <w:b/>
          <w:bCs/>
        </w:rPr>
        <w:t xml:space="preserve">spent years in a remote cave seeking spiritual insight.</w:t>
      </w:r>
      <w:r>
        <w:br/>
      </w:r>
      <w:r>
        <w:t xml:space="preserve">    (a) trained warrior</w:t>
      </w:r>
      <w:r>
        <w:br/>
      </w:r>
      <w:r>
        <w:t xml:space="preserve">    (b) wealthy merchant</w:t>
      </w:r>
      <w:r>
        <w:br/>
      </w:r>
      <w:r>
        <w:t xml:space="preserve">    (c) spiritual seeker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ogre</w:t>
      </w:r>
      <w:r>
        <w:rPr>
          <w:b/>
          <w:bCs/>
        </w:rPr>
        <w:t xml:space="preserve"> </w:t>
      </w:r>
      <w:r>
        <w:rPr>
          <w:b/>
          <w:bCs/>
        </w:rPr>
        <w:t xml:space="preserve">in the story terrorized travelers passing through his forest.</w:t>
      </w:r>
      <w:r>
        <w:br/>
      </w:r>
      <w:r>
        <w:t xml:space="preserve">    (a) shepherd</w:t>
      </w:r>
      <w:r>
        <w:br/>
      </w:r>
      <w:r>
        <w:t xml:space="preserve">    (b) princess</w:t>
      </w:r>
      <w:r>
        <w:br/>
      </w:r>
      <w:r>
        <w:t xml:space="preserve">    (c) monster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journalist's investigation put her in great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peril</w:t>
      </w:r>
      <w:r>
        <w:rPr>
          <w:b/>
          <w:bCs/>
        </w:rPr>
        <w:t xml:space="preserve">.</w:t>
      </w:r>
      <w:r>
        <w:br/>
      </w:r>
      <w:r>
        <w:t xml:space="preserve">    (a) danger</w:t>
      </w:r>
      <w:r>
        <w:br/>
      </w:r>
      <w:r>
        <w:t xml:space="preserve">    (b) weariness</w:t>
      </w:r>
      <w:r>
        <w:br/>
      </w:r>
      <w:r>
        <w:t xml:space="preserve">    (c) fame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Build a fence along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perimeter</w:t>
      </w:r>
      <w:r>
        <w:rPr>
          <w:b/>
          <w:bCs/>
        </w:rPr>
        <w:t xml:space="preserve"> </w:t>
      </w:r>
      <w:r>
        <w:rPr>
          <w:b/>
          <w:bCs/>
        </w:rPr>
        <w:t xml:space="preserve">of the yard.</w:t>
      </w:r>
      <w:r>
        <w:br/>
      </w:r>
      <w:r>
        <w:t xml:space="preserve">    (a) dangerous part</w:t>
      </w:r>
      <w:r>
        <w:br/>
      </w:r>
      <w:r>
        <w:t xml:space="preserve">    (b) longest edge</w:t>
      </w:r>
      <w:r>
        <w:br/>
      </w:r>
      <w:r>
        <w:t xml:space="preserve">    (c) outer edges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witch wore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talisman</w:t>
      </w:r>
      <w:r>
        <w:rPr>
          <w:b/>
          <w:bCs/>
        </w:rPr>
        <w:t xml:space="preserve"> </w:t>
      </w:r>
      <w:r>
        <w:rPr>
          <w:b/>
          <w:bCs/>
        </w:rPr>
        <w:t xml:space="preserve">around her neck which she believed protected her from evil.</w:t>
      </w:r>
      <w:r>
        <w:br/>
      </w:r>
      <w:r>
        <w:t xml:space="preserve">    (a) garlic necklace thought to have magical power</w:t>
      </w:r>
      <w:r>
        <w:br/>
      </w:r>
      <w:r>
        <w:t xml:space="preserve">    (b) object thought to have magical power</w:t>
      </w:r>
      <w:r>
        <w:br/>
      </w:r>
      <w:r>
        <w:t xml:space="preserve">    (c) chain thought to have magical power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clothesline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taut</w:t>
      </w:r>
      <w:r>
        <w:rPr>
          <w:b/>
          <w:bCs/>
        </w:rPr>
        <w:t xml:space="preserve"> </w:t>
      </w:r>
      <w:r>
        <w:rPr>
          <w:b/>
          <w:bCs/>
        </w:rPr>
        <w:t xml:space="preserve">between the two trees in the yard.</w:t>
      </w:r>
      <w:r>
        <w:br/>
      </w:r>
      <w:r>
        <w:t xml:space="preserve">    (a) tight</w:t>
      </w:r>
      <w:r>
        <w:br/>
      </w:r>
      <w:r>
        <w:t xml:space="preserve">    (b) noisy</w:t>
      </w:r>
      <w:r>
        <w:br/>
      </w:r>
      <w:r>
        <w:t xml:space="preserve">    (c) shiny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grandmother's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wizened</w:t>
      </w:r>
      <w:r>
        <w:rPr>
          <w:b/>
          <w:bCs/>
        </w:rPr>
        <w:t xml:space="preserve"> </w:t>
      </w:r>
      <w:r>
        <w:rPr>
          <w:b/>
          <w:bCs/>
        </w:rPr>
        <w:t xml:space="preserve">hands held mine warmly.</w:t>
      </w:r>
      <w:r>
        <w:br/>
      </w:r>
      <w:r>
        <w:t xml:space="preserve">    (a) smooth and youthful</w:t>
      </w:r>
      <w:r>
        <w:br/>
      </w:r>
      <w:r>
        <w:t xml:space="preserve">    (b) shrunken from age</w:t>
      </w:r>
      <w:r>
        <w:br/>
      </w:r>
      <w:r>
        <w:t xml:space="preserve">    (c) puffy and swollen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2026-07-31T18:29:48Z</dcterms:created>
  <dcterms:modified xsi:type="dcterms:W3CDTF">2026-07-31T18:29:48Z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