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56f992a36556e5ac827d3ab9825be3bcab6c5b"/>
    <w:p>
      <w:pPr>
        <w:pStyle w:val="Heading1"/>
      </w:pPr>
      <w:r>
        <w:rPr>
          <w:b/>
          <w:bCs/>
        </w:rPr>
        <w:t xml:space="preserve">The Second Siege</w:t>
      </w:r>
      <w:r>
        <w:br/>
      </w:r>
      <w:r>
        <w:rPr>
          <w:i/>
          <w:iCs/>
        </w:rPr>
        <w:t xml:space="preserve">Henry H. Neff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command was delivered with calm,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taut</w:t>
      </w:r>
      <w:r>
        <w:rPr>
          <w:b/>
          <w:bCs/>
        </w:rPr>
        <w:t xml:space="preserve"> </w:t>
      </w:r>
      <w:r>
        <w:rPr>
          <w:b/>
          <w:bCs/>
        </w:rPr>
        <w:t xml:space="preserve">finality.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the state or degree of being pessimistic or disagreeable</w:t>
      </w:r>
      <w:r>
        <w:br/>
      </w:r>
      <w:r>
        <w:t xml:space="preserve">    (c) pulled or drawn tight;</w:t>
      </w:r>
      <w:r>
        <w:br/>
      </w:r>
      <w:r>
        <w:t xml:space="preserve">or: subjected to great tension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few had indeed seen Max before; last spring he had rescued them from a terrible fate in the crypt of Marley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Augur</w:t>
      </w:r>
      <w:r>
        <w:rPr>
          <w:b/>
          <w:bCs/>
        </w:rPr>
        <w:t xml:space="preserve">.</w:t>
      </w:r>
      <w:r>
        <w:br/>
      </w:r>
      <w:r>
        <w:t xml:space="preserve">    (a) to indicate or predict that something will happen --especially as a sign of what’s to come; or in ancient Rome, a religious official who interpreted signs and omens to guide public decisions</w:t>
      </w:r>
      <w:r>
        <w:br/>
      </w:r>
      <w:r>
        <w:t xml:space="preserve">    (b) treat in a manner that demonstrates a sense of superiority, but is supposed to seem kind  OR  the actions of a patron (to support someone or something; or to be a customer)</w:t>
      </w:r>
      <w:r>
        <w:br/>
      </w:r>
      <w:r>
        <w:t xml:space="preserve">    (c) (verb) to intentionally anger, challenge, or upset someone -- especially by mocking them or hurling insults  OR  (noun) an insult or other action intended to anger, challenge, or upset someone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proper stones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incantations</w:t>
      </w:r>
      <w:r>
        <w:rPr>
          <w:b/>
          <w:bCs/>
        </w:rPr>
        <w:t xml:space="preserve"> </w:t>
      </w:r>
      <w:r>
        <w:rPr>
          <w:b/>
          <w:bCs/>
        </w:rPr>
        <w:t xml:space="preserve">Master Lynch does call and Mr. Sikes does answer.</w:t>
      </w:r>
      <w:r>
        <w:br/>
      </w:r>
      <w:r>
        <w:t xml:space="preserve">    (a) surgical interruptions of nerve tracts to and from the frontal lobe of the brain</w:t>
      </w:r>
      <w:r>
        <w:br/>
      </w:r>
      <w:r>
        <w:t xml:space="preserve">    (b) combinations of words believed to have a magical effect when they are said aloud</w:t>
      </w:r>
      <w:r>
        <w:br/>
      </w:r>
      <w:r>
        <w:t xml:space="preserve">    (c) the branch of physics concerned with the conversion of different forms of energy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a snap of his fingers, there was an audible pop and Mr. Sikes disappeared, replaced by a gray mouse with a pink tail that poked its nose along the edges of David's glowing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perimeter</w:t>
      </w:r>
      <w:r>
        <w:rPr>
          <w:b/>
          <w:bCs/>
        </w:rPr>
        <w:t xml:space="preserve">.</w:t>
      </w:r>
      <w:r>
        <w:br/>
      </w:r>
      <w:r>
        <w:t xml:space="preserve">    (a) a hoofed mamma</w:t>
      </w:r>
      <w:r>
        <w:br/>
      </w:r>
      <w:r>
        <w:t xml:space="preserve">    (b) a fat compound</w:t>
      </w:r>
      <w:r>
        <w:br/>
      </w:r>
      <w:r>
        <w:t xml:space="preserve">    (c) the outer edge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knew in an instant that this barbed, murderous thing had been calling to him—</w:t>
      </w:r>
      <w:r>
        <w:rPr>
          <w:b/>
          <w:bCs/>
          <w:u w:val="single"/>
        </w:rPr>
        <w:t xml:space="preserve">beckoning</w:t>
      </w:r>
      <w:r>
        <w:rPr>
          <w:b/>
          <w:bCs/>
        </w:rPr>
        <w:t xml:space="preserve"> </w:t>
      </w:r>
      <w:r>
        <w:rPr>
          <w:b/>
          <w:bCs/>
        </w:rPr>
        <w:t xml:space="preserve">him forward like a siren's song.</w:t>
      </w:r>
      <w:r>
        <w:br/>
      </w:r>
      <w:r>
        <w:t xml:space="preserve">    (a) convincing (someone) that an idea previously believed is not correct</w:t>
      </w:r>
      <w:r>
        <w:br/>
      </w:r>
      <w:r>
        <w:t xml:space="preserve">    (b) calling -- typically to come nearer by using a hand gesture or a nod</w:t>
      </w:r>
      <w:r>
        <w:br/>
      </w:r>
      <w:r>
        <w:t xml:space="preserve">    (c) providing evidence of something -- especially oral evidence in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David was just pouring himself another cup of coffee while studying a golden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talisman</w:t>
      </w:r>
      <w:r>
        <w:rPr>
          <w:b/>
          <w:bCs/>
        </w:rPr>
        <w:t xml:space="preserve"> </w:t>
      </w:r>
      <w:r>
        <w:rPr>
          <w:b/>
          <w:bCs/>
        </w:rPr>
        <w:t xml:space="preserve">that he dangled from a finger.</w:t>
      </w:r>
      <w:r>
        <w:br/>
      </w:r>
      <w:r>
        <w:t xml:space="preserve">    (a) a small object or piece of jewelry thought to have magical power -- especially to protect against evil</w:t>
      </w:r>
      <w:r>
        <w:br/>
      </w:r>
      <w:r>
        <w:t xml:space="preserve">    (b) a collection of things on public display  OR  a detailed explanation or background of a specific topic</w:t>
      </w:r>
      <w:r>
        <w:br/>
      </w:r>
      <w:r>
        <w:t xml:space="preserve">    (c) the process of assigning a value on or judging the worth of something; or the result of such a process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"What trickery is this?" demanded the witch in a hoarse voice, stabbing a ringed finger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Director</w:t>
      </w:r>
      <w:r>
        <w:rPr>
          <w:b/>
          <w:bCs/>
        </w:rPr>
        <w:t xml:space="preserve">.</w:t>
      </w:r>
      <w:r>
        <w:br/>
      </w:r>
      <w:r>
        <w:t xml:space="preserve">    (a) someone who polishes something and makes it shiny; or someone who improves something</w:t>
      </w:r>
      <w:r>
        <w:br/>
      </w:r>
      <w:r>
        <w:t xml:space="preserve">    (b) a doctor who tests eyesight and provides glasses or contact lenses to improve vision</w:t>
      </w:r>
      <w:r>
        <w:br/>
      </w:r>
      <w:r>
        <w:t xml:space="preserve">    (c) to guide, aim, or manage -- such as actions, attention, speech, a project or company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</w:t>
      </w:r>
      <w:r>
        <w:rPr>
          <w:b/>
          <w:bCs/>
        </w:rPr>
        <w:t xml:space="preserve"> </w:t>
      </w:r>
      <w:r>
        <w:rPr>
          <w:b/>
          <w:bCs/>
        </w:rPr>
        <w:t xml:space="preserve">order!</w:t>
      </w:r>
      <w:r>
        <w:br/>
      </w:r>
      <w:r>
        <w:t xml:space="preserve">    (a) the state or degree of being very large</w:t>
      </w:r>
      <w:r>
        <w:br/>
      </w:r>
      <w:r>
        <w:t xml:space="preserve">    (b) meticulousness (care for small details)</w:t>
      </w:r>
      <w:r>
        <w:br/>
      </w:r>
      <w:r>
        <w:t xml:space="preserve">    (c) clear, straightforward, or to the 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sun hovered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directly</w:t>
      </w:r>
      <w:r>
        <w:rPr>
          <w:b/>
          <w:bCs/>
        </w:rPr>
        <w:t xml:space="preserve"> </w:t>
      </w:r>
      <w:r>
        <w:rPr>
          <w:b/>
          <w:bCs/>
        </w:rPr>
        <w:t xml:space="preserve">overhead when the two reached the crest of a hill crowned with cherry blossoms.</w:t>
      </w:r>
      <w:r>
        <w:br/>
      </w:r>
      <w:r>
        <w:t xml:space="preserve">    (a) in a manner that is appropriate or related in size, amount, or degree</w:t>
      </w:r>
      <w:r>
        <w:br/>
      </w:r>
      <w:r>
        <w:t xml:space="preserve">    (b) close, or in a straight line</w:t>
      </w:r>
      <w:r>
        <w:br/>
      </w:r>
      <w:r>
        <w:t xml:space="preserve">    (c) in a manner that is not sexually attractive, or persuasively tempting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Monstrous shapes have been sighted in the woods—rumors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ogres</w:t>
      </w:r>
      <w:r>
        <w:rPr>
          <w:b/>
          <w:bCs/>
        </w:rPr>
        <w:t xml:space="preserve"> </w:t>
      </w:r>
      <w:r>
        <w:rPr>
          <w:b/>
          <w:bCs/>
        </w:rPr>
        <w:t xml:space="preserve">and werewolves are rampant.</w:t>
      </w:r>
      <w:r>
        <w:br/>
      </w:r>
      <w:r>
        <w:t xml:space="preserve">    (a) a frightening giant from fairy tales, especially one who eats people; or a cruel or terrifying person</w:t>
      </w:r>
      <w:r>
        <w:br/>
      </w:r>
      <w:r>
        <w:t xml:space="preserve">    (b) aka natural rights -- rights that are naturally due because of human nature and the natural condition</w:t>
      </w:r>
      <w:r>
        <w:br/>
      </w:r>
      <w:r>
        <w:t xml:space="preserve">    (c) soccer players who play in the middle third of the field and who assist with both defense and offense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"They were very humane poisons," replied Mum with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 </w:t>
      </w:r>
      <w:r>
        <w:rPr>
          <w:b/>
          <w:bCs/>
        </w:rPr>
        <w:t xml:space="preserve">sniff.</w:t>
      </w:r>
      <w:r>
        <w:br/>
      </w:r>
      <w:r>
        <w:t xml:space="preserve">    (a) surprised as something unexpected</w:t>
      </w:r>
      <w:r>
        <w:br/>
      </w:r>
      <w:r>
        <w:t xml:space="preserve">    (b) accepted of something undesired as unavoidable</w:t>
      </w:r>
      <w:r>
        <w:br/>
      </w:r>
      <w:r>
        <w:t xml:space="preserve">    (c) angered or annoyed at something unjust or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Just then,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</w:t>
      </w:r>
      <w:r>
        <w:rPr>
          <w:b/>
          <w:bCs/>
        </w:rPr>
        <w:t xml:space="preserve"> </w:t>
      </w:r>
      <w:r>
        <w:rPr>
          <w:b/>
          <w:bCs/>
        </w:rPr>
        <w:t xml:space="preserve">scream sounded in the distance, sending a primal chill down Max's spine.</w:t>
      </w:r>
      <w:r>
        <w:br/>
      </w:r>
      <w:r>
        <w:t xml:space="preserve">    (a) the quality of not being sensible and careful</w:t>
      </w:r>
      <w:r>
        <w:br/>
      </w:r>
      <w:r>
        <w:t xml:space="preserve">    (b) extremely ugly, offensive, and/or frightening</w:t>
      </w:r>
      <w:r>
        <w:br/>
      </w:r>
      <w:r>
        <w:t xml:space="preserve">    (c) the characteristic of demonstrating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quiet dignity to the man,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elegant</w:t>
      </w:r>
      <w:r>
        <w:rPr>
          <w:b/>
          <w:bCs/>
        </w:rPr>
        <w:t xml:space="preserve"> </w:t>
      </w:r>
      <w:r>
        <w:rPr>
          <w:b/>
          <w:bCs/>
        </w:rPr>
        <w:t xml:space="preserve">assuredness to his movements and a sharp, handsome profile unbowed by age.</w:t>
      </w:r>
      <w:r>
        <w:br/>
      </w:r>
      <w:r>
        <w:t xml:space="preserve">    (a) sincerity (realness)</w:t>
      </w:r>
      <w:r>
        <w:br/>
      </w:r>
      <w:r>
        <w:t xml:space="preserve">    (b) graceful and refined</w:t>
      </w:r>
      <w:r>
        <w:br/>
      </w:r>
      <w:r>
        <w:t xml:space="preserve">    (c) not demonstrative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fully concede, however, that the Book is a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elegant</w:t>
      </w:r>
      <w:r>
        <w:rPr>
          <w:b/>
          <w:bCs/>
        </w:rPr>
        <w:t xml:space="preserve"> </w:t>
      </w:r>
      <w:r>
        <w:rPr>
          <w:b/>
          <w:bCs/>
        </w:rPr>
        <w:t xml:space="preserve">solution.</w:t>
      </w:r>
      <w:r>
        <w:br/>
      </w:r>
      <w:r>
        <w:t xml:space="preserve">    (a) not easily influenced or harmed; or not capable of being treated in a particular way</w:t>
      </w:r>
      <w:r>
        <w:br/>
      </w:r>
      <w:r>
        <w:t xml:space="preserve">    (b) simple and effective</w:t>
      </w:r>
      <w:r>
        <w:br/>
      </w:r>
      <w:r>
        <w:t xml:space="preserve">    (c) the state of not representing or imitating external reality or the objects of nature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Given Rowan's professed need for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acquisition</w:t>
      </w:r>
      <w:r>
        <w:rPr>
          <w:b/>
          <w:bCs/>
        </w:rPr>
        <w:t xml:space="preserve">, I think our price is very reasonable.</w:t>
      </w:r>
      <w:r>
        <w:br/>
      </w:r>
      <w:r>
        <w:t xml:space="preserve">    (a) social event or ceremony</w:t>
      </w:r>
      <w:r>
        <w:br/>
      </w:r>
      <w:r>
        <w:t xml:space="preserve">    (b) a positively charged ion</w:t>
      </w:r>
      <w:r>
        <w:br/>
      </w:r>
      <w:r>
        <w:t xml:space="preserve">    (c) obtaining; or possession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"Oh dear," said Miss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Boon</w:t>
      </w:r>
      <w:r>
        <w:rPr>
          <w:b/>
          <w:bCs/>
        </w:rPr>
        <w:t xml:space="preserve"> </w:t>
      </w:r>
      <w:r>
        <w:rPr>
          <w:b/>
          <w:bCs/>
        </w:rPr>
        <w:t xml:space="preserve">quietly, watching the images anxiously as Rasmussen scrolled through them.</w:t>
      </w:r>
      <w:r>
        <w:br/>
      </w:r>
      <w:r>
        <w:t xml:space="preserve">    (a) something that causes great harm</w:t>
      </w:r>
      <w:r>
        <w:br/>
      </w:r>
      <w:r>
        <w:t xml:space="preserve">    (b) something that is of great benefit</w:t>
      </w:r>
      <w:r>
        <w:br/>
      </w:r>
      <w:r>
        <w:t xml:space="preserve">    (c) a traditional practice or custom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"And it took you this long to realize it?" asked Max,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incredulous</w:t>
      </w:r>
      <w:r>
        <w:rPr>
          <w:b/>
          <w:bCs/>
        </w:rPr>
        <w:t xml:space="preserve">.</w:t>
      </w:r>
      <w:r>
        <w:br/>
      </w:r>
      <w:r>
        <w:t xml:space="preserve">    (a) not capable of being better understood through detailed examination</w:t>
      </w:r>
      <w:r>
        <w:br/>
      </w:r>
      <w:r>
        <w:t xml:space="preserve">    (b) clear, easily noticed, and/or identifiable as different or separate</w:t>
      </w:r>
      <w:r>
        <w:br/>
      </w:r>
      <w:r>
        <w:t xml:space="preserve">    (c) unbelieving; or having difficulty accepting something so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From out of Maggie's doors came the Promethean Scholars, twelve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wizened</w:t>
      </w:r>
      <w:r>
        <w:rPr>
          <w:b/>
          <w:bCs/>
        </w:rPr>
        <w:t xml:space="preserve"> </w:t>
      </w:r>
      <w:r>
        <w:rPr>
          <w:b/>
          <w:bCs/>
        </w:rPr>
        <w:t xml:space="preserve">Mystics clutching ancient books against their chests.</w:t>
      </w:r>
      <w:r>
        <w:br/>
      </w:r>
      <w:r>
        <w:t xml:space="preserve">    (a) deserving no respect (worthless or of bad quality)</w:t>
      </w:r>
      <w:r>
        <w:br/>
      </w:r>
      <w:r>
        <w:t xml:space="preserve">    (b) lean and wrinkled</w:t>
      </w:r>
      <w:r>
        <w:br/>
      </w:r>
      <w:r>
        <w:t xml:space="preserve">    (c) aka analytic -- relating to a theory of psychiatry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need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Mystics</w:t>
      </w:r>
      <w:r>
        <w:rPr>
          <w:b/>
          <w:bCs/>
        </w:rPr>
        <w:t xml:space="preserve">, not muscle.</w:t>
      </w:r>
      <w:r>
        <w:br/>
      </w:r>
      <w:r>
        <w:t xml:space="preserve">    (a) people with skill relating to reality using supernatural means</w:t>
      </w:r>
      <w:r>
        <w:br/>
      </w:r>
      <w:r>
        <w:t xml:space="preserve">    (b) people who share professional opinions in a specific field</w:t>
      </w:r>
      <w:r>
        <w:br/>
      </w:r>
      <w:r>
        <w:t xml:space="preserve">    (c) title for the heads of a government body in some countries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wondrous thing, but it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perilous</w:t>
      </w:r>
      <w:r>
        <w:rPr>
          <w:b/>
          <w:bCs/>
        </w:rPr>
        <w:t xml:space="preserve"> </w:t>
      </w:r>
      <w:r>
        <w:rPr>
          <w:b/>
          <w:bCs/>
        </w:rPr>
        <w:t xml:space="preserve">and has brought ruin upon all who have sought to possess it.</w:t>
      </w:r>
      <w:r>
        <w:br/>
      </w:r>
      <w:r>
        <w:t xml:space="preserve">    (a) bent down</w:t>
      </w:r>
      <w:r>
        <w:br/>
      </w:r>
      <w:r>
        <w:t xml:space="preserve">    (b) stuck out</w:t>
      </w:r>
      <w:r>
        <w:br/>
      </w:r>
      <w:r>
        <w:t xml:space="preserve">    (c) dangerous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2026-07-31T18:29:49Z</dcterms:created>
  <dcterms:modified xsi:type="dcterms:W3CDTF">2026-07-31T18:29:49Z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