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a86d17106934442231267215ea57277c8b18a2"/>
    <w:p>
      <w:pPr>
        <w:pStyle w:val="Heading1"/>
      </w:pPr>
      <w:r>
        <w:rPr>
          <w:b/>
          <w:bCs/>
        </w:rPr>
        <w:t xml:space="preserve">The Sea of Tranquility</w:t>
      </w:r>
      <w:r>
        <w:br/>
      </w:r>
      <w:r>
        <w:rPr>
          <w:i/>
          <w:iCs/>
        </w:rPr>
        <w:t xml:space="preserve">Katja Millay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Panty-</w:t>
      </w:r>
      <w:r>
        <w:rPr>
          <w:b/>
          <w:bCs/>
          <w:u w:val="single"/>
        </w:rPr>
        <w:t xml:space="preserve">Combusting</w:t>
      </w:r>
      <w:r>
        <w:rPr>
          <w:b/>
          <w:bCs/>
        </w:rPr>
        <w:t xml:space="preserve"> </w:t>
      </w:r>
      <w:r>
        <w:rPr>
          <w:b/>
          <w:bCs/>
        </w:rPr>
        <w:t xml:space="preserve">Ken comes complete with Piqued Princess Barbie: unachievable measurements, designer purse, and annoyed scowl included!</w:t>
      </w:r>
      <w:r>
        <w:br/>
      </w:r>
      <w:r>
        <w:t xml:space="preserve">    (a) removing or suppressing something considered obscene, immoral, or politically unacceptable</w:t>
      </w:r>
      <w:r>
        <w:br/>
      </w:r>
      <w:r>
        <w:t xml:space="preserve">    (b) the act of burning</w:t>
      </w:r>
      <w:r>
        <w:br/>
      </w:r>
      <w:r>
        <w:br/>
      </w:r>
      <w:r>
        <w:t xml:space="preserve">or metaphorically:</w:t>
      </w:r>
      <w:r>
        <w:br/>
      </w:r>
      <w:r>
        <w:br/>
      </w:r>
      <w:r>
        <w:t xml:space="preserve">a state of violent disturbance and excitement</w:t>
      </w:r>
      <w:r>
        <w:br/>
      </w:r>
      <w:r>
        <w:t xml:space="preserve">    (c) changing one's mind back and forth between conflicting ideas  OR  swaying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picks up a stack of papers, which I assume are handouts on rules and procedures, with a measured amount of boredom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resignation</w:t>
      </w:r>
      <w:r>
        <w:rPr>
          <w:b/>
          <w:bCs/>
        </w:rPr>
        <w:t xml:space="preserve">.</w:t>
      </w:r>
      <w:r>
        <w:br/>
      </w:r>
      <w:r>
        <w:t xml:space="preserve">    (a) acceptance of something undesired as unavoidable or the lesser of evils</w:t>
      </w:r>
      <w:r>
        <w:br/>
      </w:r>
      <w:r>
        <w:t xml:space="preserve">    (b) the process of thinking carefully and making a judgment about something</w:t>
      </w:r>
      <w:r>
        <w:br/>
      </w:r>
      <w:r>
        <w:t xml:space="preserve">    (c) the act of finding fault and telling others; or a description of faults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"Yes, ma'am."</w:t>
      </w:r>
      <w:r>
        <w:br/>
      </w:r>
      <w:r>
        <w:rPr>
          <w:b/>
          <w:bCs/>
        </w:rPr>
        <w:t xml:space="preserve">"Polite as always. How was your summer?"</w:t>
      </w:r>
      <w:r>
        <w:br/>
      </w:r>
      <w:r>
        <w:rPr>
          <w:b/>
          <w:bCs/>
        </w:rPr>
        <w:t xml:space="preserve">"You're the third person who's asked."</w:t>
      </w:r>
      <w:r>
        <w:br/>
      </w:r>
      <w:r>
        <w:rPr>
          <w:b/>
          <w:bCs/>
        </w:rPr>
        <w:t xml:space="preserve">"Nonanswer. Try again."</w:t>
      </w:r>
      <w:r>
        <w:br/>
      </w:r>
      <w:r>
        <w:rPr>
          <w:b/>
          <w:bCs/>
        </w:rPr>
        <w:t xml:space="preserve">"Hot."</w:t>
      </w:r>
      <w:r>
        <w:br/>
      </w:r>
      <w:r>
        <w:rPr>
          <w:b/>
          <w:bCs/>
        </w:rPr>
        <w:t xml:space="preserve">"Still loquacious." She smiles.</w:t>
      </w:r>
      <w:r>
        <w:br/>
      </w:r>
      <w:r>
        <w:rPr>
          <w:b/>
          <w:bCs/>
        </w:rPr>
        <w:t xml:space="preserve">"Still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</w:t>
      </w:r>
      <w:r>
        <w:rPr>
          <w:b/>
          <w:bCs/>
        </w:rPr>
        <w:t xml:space="preserve">."</w:t>
      </w:r>
      <w:r>
        <w:br/>
      </w:r>
      <w:r>
        <w:t xml:space="preserve">    (a) saying one thing while meaning the opposite</w:t>
      </w:r>
      <w:r>
        <w:br/>
      </w:r>
      <w:r>
        <w:t xml:space="preserve">    (b) able to be persuaded to want something (often sex or love) by tempting with something desired</w:t>
      </w:r>
      <w:r>
        <w:br/>
      </w:r>
      <w:r>
        <w:t xml:space="preserve">    (c) nervousness or discomfort felt by someone due to concern about what others will think of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of Josh and me, and it shames me every time I think about it. He has no family. No one to love him. I'm surrounded by love and I don't want any of it.</w:t>
      </w:r>
      <w:r>
        <w:br/>
      </w:r>
      <w:r>
        <w:t xml:space="preserve">    (a) lymph node -- one of many bean-sized organs that filter bacteria and other toxins from circulating white-blood-cell filled lymph fluid</w:t>
      </w:r>
      <w:r>
        <w:br/>
      </w:r>
      <w:r>
        <w:t xml:space="preserve">    (b) someone who believe behavior should be guided by high ideals or standards -- often with the implication that the person is unrealistic</w:t>
      </w:r>
      <w:r>
        <w:br/>
      </w:r>
      <w:r>
        <w:t xml:space="preserve">    (c) when what happened was very different than what might have been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"Josh, I'm lucky to have a desk with a working drawer," she notes with forced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, walking over to the open classroom door without missing a beat.</w:t>
      </w:r>
      <w:r>
        <w:br/>
      </w:r>
      <w:r>
        <w:t xml:space="preserve">    (a) in disagreement</w:t>
      </w:r>
      <w:r>
        <w:br/>
      </w:r>
      <w:r>
        <w:t xml:space="preserve">    (b) relative amount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popular kids or the ones with the rich parents, and she doesn't want to be your friend.</w:t>
      </w:r>
      <w:r>
        <w:br/>
      </w:r>
      <w:r>
        <w:t xml:space="preserve">    (a) fearful or threatened</w:t>
      </w:r>
      <w:r>
        <w:br/>
      </w:r>
      <w:r>
        <w:t xml:space="preserve">    (b) marked important text</w:t>
      </w:r>
      <w:r>
        <w:br/>
      </w:r>
      <w:r>
        <w:t xml:space="preserve">    (c) gained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lightning is flashing incessantly outside the window,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taunting</w:t>
      </w:r>
      <w:r>
        <w:rPr>
          <w:b/>
          <w:bCs/>
        </w:rPr>
        <w:t xml:space="preserve"> </w:t>
      </w:r>
      <w:r>
        <w:rPr>
          <w:b/>
          <w:bCs/>
        </w:rPr>
        <w:t xml:space="preserve">me every time it lights up the sky.</w:t>
      </w:r>
      <w:r>
        <w:br/>
      </w:r>
      <w:r>
        <w:t xml:space="preserve">    (a) giving an opinion of what is wrong with something</w:t>
      </w:r>
      <w:r>
        <w:br/>
      </w:r>
      <w:r>
        <w:t xml:space="preserve">    (b) keeping people and goods from reaching a location</w:t>
      </w:r>
      <w:r>
        <w:br/>
      </w:r>
      <w:r>
        <w:t xml:space="preserve">    (c) intentionally angering, challenging, or upsetting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even sing, but I save that for the days when my self-</w:t>
      </w:r>
      <w:r>
        <w:rPr>
          <w:b/>
          <w:bCs/>
          <w:u w:val="single"/>
        </w:rPr>
        <w:t xml:space="preserve">loathing</w:t>
      </w:r>
      <w:r>
        <w:rPr>
          <w:b/>
          <w:bCs/>
        </w:rPr>
        <w:t xml:space="preserve"> </w:t>
      </w:r>
      <w:r>
        <w:rPr>
          <w:b/>
          <w:bCs/>
        </w:rPr>
        <w:t xml:space="preserve">is at peak levels and I want to hurt myself.</w:t>
      </w:r>
      <w:r>
        <w:br/>
      </w:r>
      <w:r>
        <w:t xml:space="preserve">    (a) stopping a battle or fight</w:t>
      </w:r>
      <w:r>
        <w:br/>
      </w:r>
      <w:r>
        <w:t xml:space="preserve">    (b) disgust or intense dislike</w:t>
      </w:r>
      <w:r>
        <w:br/>
      </w:r>
      <w:r>
        <w:t xml:space="preserve">    (c) changing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 at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.</w:t>
      </w:r>
      <w:r>
        <w:br/>
      </w:r>
      <w:r>
        <w:t xml:space="preserve">    (a) in a doubtful manner (regarding the truth of something)</w:t>
      </w:r>
      <w:r>
        <w:br/>
      </w:r>
      <w:r>
        <w:t xml:space="preserve">    (b) in a manner that is open to arguments, ideas, or change</w:t>
      </w:r>
      <w:r>
        <w:br/>
      </w:r>
      <w:r>
        <w:t xml:space="preserve">    (c) inadequately (in a manner that does not provide enough)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 not plan for anyone to see me like this, much less Josh Bennett, who apparently I am supposed to fear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</w:t>
      </w:r>
      <w:r>
        <w:rPr>
          <w:b/>
          <w:bCs/>
        </w:rPr>
        <w:t xml:space="preserve">, though I don't know why.</w:t>
      </w:r>
      <w:r>
        <w:br/>
      </w:r>
      <w:r>
        <w:t xml:space="preserve">    (a) respect or admire</w:t>
      </w:r>
      <w:r>
        <w:br/>
      </w:r>
      <w:r>
        <w:t xml:space="preserve">    (b) eagerly join in</w:t>
      </w:r>
      <w:r>
        <w:br/>
      </w:r>
      <w:r>
        <w:t xml:space="preserve">    (c) dislike and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, short glass tumbler. Is he some sort of conservationist? I'm going to need about eighteen of those right now.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so bad it is laughable or contemptible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 </w:t>
      </w:r>
      <w:r>
        <w:rPr>
          <w:b/>
          <w:bCs/>
        </w:rPr>
        <w:t xml:space="preserve">that I need empty compliments.</w:t>
      </w:r>
      <w:r>
        <w:br/>
      </w:r>
      <w:r>
        <w:t xml:space="preserve">    (a) pitiful (arousing pity)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it true you got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emancipated</w:t>
      </w:r>
      <w:r>
        <w:rPr>
          <w:b/>
          <w:bCs/>
        </w:rPr>
        <w:t xml:space="preserve">?</w:t>
      </w:r>
      <w:r>
        <w:br/>
      </w:r>
      <w:r>
        <w:t xml:space="preserve">    (a) became less intense, less severe, or less active -- perhaps went away entirely</w:t>
      </w:r>
      <w:r>
        <w:br/>
      </w:r>
      <w:r>
        <w:t xml:space="preserve">    (b) released from slavery or servitude; or (metaphorically) from social restraints</w:t>
      </w:r>
      <w:r>
        <w:br/>
      </w:r>
      <w:r>
        <w:t xml:space="preserve">    (c) not interacting or having interest; or stopped interacting or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spend the rest of the afternoon involved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varying</w:t>
      </w:r>
      <w:r>
        <w:rPr>
          <w:b/>
          <w:bCs/>
        </w:rPr>
        <w:t xml:space="preserve"> </w:t>
      </w:r>
      <w:r>
        <w:rPr>
          <w:b/>
          <w:bCs/>
        </w:rPr>
        <w:t xml:space="preserve">degrees of avoidance.</w:t>
      </w:r>
      <w:r>
        <w:br/>
      </w:r>
      <w:r>
        <w:t xml:space="preserve">    (a) gaining advantage from</w:t>
      </w:r>
      <w:r>
        <w:br/>
      </w:r>
      <w:r>
        <w:t xml:space="preserve">    (b) taking on as one's own</w:t>
      </w:r>
      <w:r>
        <w:br/>
      </w:r>
      <w:r>
        <w:t xml:space="preserve">    (c) differing; or changing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table isn't set quite as fancy, which I'm happy about, because it means I'm not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novelty</w:t>
      </w:r>
      <w:r>
        <w:rPr>
          <w:b/>
          <w:bCs/>
        </w:rPr>
        <w:t xml:space="preserve"> </w:t>
      </w:r>
      <w:r>
        <w:rPr>
          <w:b/>
          <w:bCs/>
        </w:rPr>
        <w:t xml:space="preserve">this week.</w:t>
      </w:r>
      <w:r>
        <w:br/>
      </w:r>
      <w:r>
        <w:t xml:space="preserve">    (a) the quality of being new and original</w:t>
      </w:r>
      <w:r>
        <w:br/>
      </w:r>
      <w:r>
        <w:t xml:space="preserve">    (b) not bouncing back light/heat/sound...</w:t>
      </w:r>
      <w:r>
        <w:br/>
      </w:r>
      <w:r>
        <w:t xml:space="preserve">    (c) lacking or not based on basic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doesn't comfort me to see other people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annihilated</w:t>
      </w:r>
      <w:r>
        <w:rPr>
          <w:b/>
          <w:bCs/>
        </w:rPr>
        <w:t xml:space="preserve"> </w:t>
      </w:r>
      <w:r>
        <w:rPr>
          <w:b/>
          <w:bCs/>
        </w:rPr>
        <w:t xml:space="preserve">as I am.</w:t>
      </w:r>
      <w:r>
        <w:br/>
      </w:r>
      <w:r>
        <w:t xml:space="preserve">    (a) caused something to move forward</w:t>
      </w:r>
      <w:r>
        <w:br/>
      </w:r>
      <w:r>
        <w:t xml:space="preserve">    (b) not found, sought, or researched</w:t>
      </w:r>
      <w:r>
        <w:br/>
      </w:r>
      <w:r>
        <w:t xml:space="preserve">    (c) completely destroyed or defeated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make me sound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</w:t>
      </w:r>
      <w:r>
        <w:rPr>
          <w:b/>
          <w:bCs/>
        </w:rPr>
        <w:t xml:space="preserve"> </w:t>
      </w:r>
      <w:r>
        <w:rPr>
          <w:b/>
          <w:bCs/>
        </w:rPr>
        <w:t xml:space="preserve">four-year-old.</w:t>
      </w:r>
      <w:r>
        <w:br/>
      </w:r>
      <w:r>
        <w:t xml:space="preserve">    (a) unreasonably annoyed or upset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easily annoyed or upset</w:t>
      </w:r>
      <w:r>
        <w:br/>
      </w:r>
      <w:r>
        <w:t xml:space="preserve">    (b) not trustworthy, or improper, or attracting unwelcome attention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those wishes results in the clasp of my bracelet coming undone, causing it to fly off into the fountain along with my wish-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pennies.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shows me another drawing he's added 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portfolio</w:t>
      </w:r>
      <w:r>
        <w:rPr>
          <w:b/>
          <w:bCs/>
        </w:rPr>
        <w:t xml:space="preserve">,</w:t>
      </w:r>
      <w:r>
        <w:br/>
      </w:r>
      <w:r>
        <w:t xml:space="preserve">    (a) collection of examples of creative work</w:t>
      </w:r>
      <w:r>
        <w:br/>
      </w:r>
      <w:r>
        <w:t xml:space="preserve">    (b) the study of the origin of the universe</w:t>
      </w:r>
      <w:r>
        <w:br/>
      </w:r>
      <w:r>
        <w:t xml:space="preserve">    (c) vaccination (to protect from a disease)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he kisses me.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 </w:t>
      </w:r>
      <w:r>
        <w:rPr>
          <w:b/>
          <w:bCs/>
        </w:rPr>
        <w:t xml:space="preserve">at first, waiting for something, but there isn't any need. I would kiss him forever.</w:t>
      </w:r>
      <w:r>
        <w:br/>
      </w:r>
      <w:r>
        <w:t xml:space="preserve">    (a) in an unsure way</w:t>
      </w:r>
      <w:r>
        <w:br/>
      </w:r>
      <w:r>
        <w:t xml:space="preserve">    (b) in a manner that is not sincere</w:t>
      </w:r>
      <w:r>
        <w:br/>
      </w:r>
      <w:r>
        <w:t xml:space="preserve">    (c) in comparison to something else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2026-07-31T19:39:55Z</dcterms:created>
  <dcterms:modified xsi:type="dcterms:W3CDTF">2026-07-31T19:39:55Z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