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863ecf9b5177d82ff7e2ad552c685693010c19"/>
    <w:p>
      <w:pPr>
        <w:pStyle w:val="Heading1"/>
      </w:pPr>
      <w:r>
        <w:rPr>
          <w:b/>
          <w:bCs/>
        </w:rPr>
        <w:t xml:space="preserve">The Scarlet Pimpernel</w:t>
      </w:r>
      <w:r>
        <w:br/>
      </w:r>
      <w:r>
        <w:rPr>
          <w:i/>
          <w:iCs/>
        </w:rPr>
        <w:t xml:space="preserve">Baroness Orczy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 little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 </w:t>
      </w:r>
      <w:r>
        <w:rPr>
          <w:b/>
          <w:bCs/>
        </w:rPr>
        <w:t xml:space="preserve">Israeli fears.</w:t>
      </w:r>
      <w:r>
        <w:br/>
      </w:r>
      <w:r>
        <w:t xml:space="preserve">    (a) increase</w:t>
      </w:r>
      <w:r>
        <w:br/>
      </w:r>
      <w:r>
        <w:t xml:space="preserve">    (b) reduce</w:t>
      </w:r>
      <w:r>
        <w:br/>
      </w:r>
      <w:r>
        <w:t xml:space="preserve">    (c) distract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book,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Harry Potter</w:t>
      </w:r>
      <w:r>
        <w:rPr>
          <w:b/>
          <w:bCs/>
        </w:rPr>
        <w:t xml:space="preserve">, Voldemort is Harry's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friend</w:t>
      </w:r>
      <w:r>
        <w:br/>
      </w:r>
      <w:r>
        <w:t xml:space="preserve">    (b) partner</w:t>
      </w:r>
      <w:r>
        <w:br/>
      </w:r>
      <w:r>
        <w:t xml:space="preserve">    (c) enemy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Until she learned to motivate herself,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led to bad grades.</w:t>
      </w:r>
      <w:r>
        <w:br/>
      </w:r>
      <w:r>
        <w:t xml:space="preserve">    (a) lack of interest</w:t>
      </w:r>
      <w:r>
        <w:br/>
      </w:r>
      <w:r>
        <w:t xml:space="preserve">    (b) lack of ability</w:t>
      </w:r>
      <w:r>
        <w:br/>
      </w:r>
      <w:r>
        <w:t xml:space="preserve">    (c) distraction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banal</w:t>
      </w:r>
      <w:r>
        <w:rPr>
          <w:b/>
          <w:bCs/>
        </w:rPr>
        <w:t xml:space="preserve">, but it had beautiful cinematography.</w:t>
      </w:r>
      <w:r>
        <w:br/>
      </w:r>
      <w:r>
        <w:t xml:space="preserve">    (a) uninteresting</w:t>
      </w:r>
      <w:r>
        <w:br/>
      </w:r>
      <w:r>
        <w:t xml:space="preserve">    (b) complicated</w:t>
      </w:r>
      <w:r>
        <w:br/>
      </w:r>
      <w:r>
        <w:t xml:space="preserve">    (c) brutal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 </w:t>
      </w:r>
      <w:r>
        <w:rPr>
          <w:b/>
          <w:bCs/>
        </w:rPr>
        <w:t xml:space="preserve">of natural borders.</w:t>
      </w:r>
      <w:r>
        <w:br/>
      </w:r>
      <w:r>
        <w:t xml:space="preserve">    (a) proud</w:t>
      </w:r>
      <w:r>
        <w:br/>
      </w:r>
      <w:r>
        <w:t xml:space="preserve">    (b) with a natural defense</w:t>
      </w:r>
      <w:r>
        <w:br/>
      </w:r>
      <w:r>
        <w:t xml:space="preserve">    (c) lacking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Russia's Lake Baikal, is the world's deepest and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capacious</w:t>
      </w:r>
      <w:r>
        <w:rPr>
          <w:b/>
          <w:bCs/>
        </w:rPr>
        <w:t xml:space="preserve"> </w:t>
      </w:r>
      <w:r>
        <w:rPr>
          <w:b/>
          <w:bCs/>
        </w:rPr>
        <w:t xml:space="preserve">lake.</w:t>
      </w:r>
      <w:r>
        <w:br/>
      </w:r>
      <w:r>
        <w:t xml:space="preserve">    (a) large</w:t>
      </w:r>
      <w:r>
        <w:br/>
      </w:r>
      <w:r>
        <w:t xml:space="preserve">    (b) salty</w:t>
      </w:r>
      <w:r>
        <w:br/>
      </w:r>
      <w:r>
        <w:t xml:space="preserve">    (c) cold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orchestra played the symphony's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finale</w:t>
      </w:r>
      <w:r>
        <w:rPr>
          <w:b/>
          <w:bCs/>
        </w:rPr>
        <w:t xml:space="preserve"> </w:t>
      </w:r>
      <w:r>
        <w:rPr>
          <w:b/>
          <w:bCs/>
        </w:rPr>
        <w:t xml:space="preserve">with stunning power.</w:t>
      </w:r>
      <w:r>
        <w:br/>
      </w:r>
      <w:r>
        <w:t xml:space="preserve">    (a) a closing piece</w:t>
      </w:r>
      <w:r>
        <w:br/>
      </w:r>
      <w:r>
        <w:t xml:space="preserve">    (b) an opening note</w:t>
      </w:r>
      <w:r>
        <w:br/>
      </w:r>
      <w:r>
        <w:t xml:space="preserve">    (c) a quiet middle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wealthy</w:t>
      </w:r>
      <w:r>
        <w:br/>
      </w:r>
      <w:r>
        <w:t xml:space="preserve">    (b) cautious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indefatigable</w:t>
      </w:r>
      <w:r>
        <w:rPr>
          <w:b/>
          <w:bCs/>
        </w:rPr>
        <w:t xml:space="preserve"> </w:t>
      </w:r>
      <w:r>
        <w:rPr>
          <w:b/>
          <w:bCs/>
        </w:rPr>
        <w:t xml:space="preserve">performer, working six days a week.</w:t>
      </w:r>
      <w:r>
        <w:br/>
      </w:r>
      <w:r>
        <w:t xml:space="preserve">    (a) successful</w:t>
      </w:r>
      <w:r>
        <w:br/>
      </w:r>
      <w:r>
        <w:t xml:space="preserve">    (b) tireless</w:t>
      </w:r>
      <w:r>
        <w:br/>
      </w:r>
      <w:r>
        <w:t xml:space="preserve">    (c) busy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remembered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indomitable</w:t>
      </w:r>
      <w:r>
        <w:rPr>
          <w:b/>
          <w:bCs/>
        </w:rPr>
        <w:t xml:space="preserve"> </w:t>
      </w:r>
      <w:r>
        <w:rPr>
          <w:b/>
          <w:bCs/>
        </w:rPr>
        <w:t xml:space="preserve">spirit.</w:t>
      </w:r>
      <w:r>
        <w:br/>
      </w:r>
      <w:r>
        <w:t xml:space="preserve">    (a) cheerful optimism and flexibility</w:t>
      </w:r>
      <w:r>
        <w:br/>
      </w:r>
      <w:r>
        <w:t xml:space="preserve">    (b) uncertain hope and nervous energy</w:t>
      </w:r>
      <w:r>
        <w:br/>
      </w:r>
      <w:r>
        <w:t xml:space="preserve">    (c) unyielding resolve and spirit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HPV infection reactivated when her immune system weakened with age.</w:t>
      </w:r>
      <w:r>
        <w:br/>
      </w:r>
      <w:r>
        <w:t xml:space="preserve">    (a) common</w:t>
      </w:r>
      <w:r>
        <w:br/>
      </w:r>
      <w:r>
        <w:t xml:space="preserve">    (b) severe</w:t>
      </w:r>
      <w:r>
        <w:br/>
      </w:r>
      <w:r>
        <w:t xml:space="preserve">    (c) inactive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bond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matrimony</w:t>
      </w:r>
      <w:r>
        <w:rPr>
          <w:b/>
          <w:bCs/>
        </w:rPr>
        <w:t xml:space="preserve"> </w:t>
      </w:r>
      <w:r>
        <w:rPr>
          <w:b/>
          <w:bCs/>
        </w:rPr>
        <w:t xml:space="preserve">lasted for over fifty years.</w:t>
      </w:r>
      <w:r>
        <w:br/>
      </w:r>
      <w:r>
        <w:t xml:space="preserve">    (a) divorce</w:t>
      </w:r>
      <w:r>
        <w:br/>
      </w:r>
      <w:r>
        <w:t xml:space="preserve">    (b) marriage</w:t>
      </w:r>
      <w:r>
        <w:br/>
      </w:r>
      <w:r>
        <w:t xml:space="preserve">    (c) friendship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nosey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meddlesome</w:t>
      </w:r>
      <w:r>
        <w:rPr>
          <w:b/>
          <w:bCs/>
        </w:rPr>
        <w:t xml:space="preserve"> </w:t>
      </w:r>
      <w:r>
        <w:rPr>
          <w:b/>
          <w:bCs/>
        </w:rPr>
        <w:t xml:space="preserve">neighbor who is always looking out her window at me.</w:t>
      </w:r>
      <w:r>
        <w:br/>
      </w:r>
      <w:r>
        <w:t xml:space="preserve">    (a) foolish</w:t>
      </w:r>
      <w:r>
        <w:br/>
      </w:r>
      <w:r>
        <w:t xml:space="preserve">    (b) curious</w:t>
      </w:r>
      <w:r>
        <w:br/>
      </w:r>
      <w:r>
        <w:t xml:space="preserve">    (c) intruding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obsequious</w:t>
      </w:r>
      <w:r>
        <w:rPr>
          <w:b/>
          <w:bCs/>
        </w:rPr>
        <w:t xml:space="preserve"> </w:t>
      </w:r>
      <w:r>
        <w:rPr>
          <w:b/>
          <w:bCs/>
        </w:rPr>
        <w:t xml:space="preserve">waiter praised every comment the celebrity made.</w:t>
      </w:r>
      <w:r>
        <w:br/>
      </w:r>
      <w:r>
        <w:t xml:space="preserve">    (a) quick to complain</w:t>
      </w:r>
      <w:r>
        <w:br/>
      </w:r>
      <w:r>
        <w:t xml:space="preserve">    (b) hard to recognize</w:t>
      </w:r>
      <w:r>
        <w:br/>
      </w:r>
      <w:r>
        <w:t xml:space="preserve">    (c) too eager to please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dismissed his taste in movies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plebeian</w:t>
      </w:r>
      <w:r>
        <w:rPr>
          <w:b/>
          <w:bCs/>
        </w:rPr>
        <w:t xml:space="preserve">, preferring obscure foreign films.</w:t>
      </w:r>
      <w:r>
        <w:br/>
      </w:r>
      <w:r>
        <w:t xml:space="preserve">    (a) wealthy or powerful</w:t>
      </w:r>
      <w:r>
        <w:br/>
      </w:r>
      <w:r>
        <w:t xml:space="preserve">    (b) secretive or mysterious</w:t>
      </w:r>
      <w:r>
        <w:br/>
      </w:r>
      <w:r>
        <w:t xml:space="preserve">    (c) ordinary or unsophisticated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emotionless</w:t>
      </w:r>
      <w:r>
        <w:br/>
      </w:r>
      <w:r>
        <w:t xml:space="preserve">    (b) confused</w:t>
      </w:r>
      <w:r>
        <w:br/>
      </w:r>
      <w:r>
        <w:t xml:space="preserve">    (c) bitter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suave</w:t>
      </w:r>
      <w:r>
        <w:rPr>
          <w:b/>
          <w:bCs/>
        </w:rPr>
        <w:t xml:space="preserve"> </w:t>
      </w:r>
      <w:r>
        <w:rPr>
          <w:b/>
          <w:bCs/>
        </w:rPr>
        <w:t xml:space="preserve">operator, but completely insincere.</w:t>
      </w:r>
      <w:r>
        <w:br/>
      </w:r>
      <w:r>
        <w:t xml:space="preserve">    (a) smart</w:t>
      </w:r>
      <w:r>
        <w:br/>
      </w:r>
      <w:r>
        <w:t xml:space="preserve">    (b) adorable</w:t>
      </w:r>
      <w:r>
        <w:br/>
      </w:r>
      <w:r>
        <w:t xml:space="preserve">    (c) sophisticated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thought we could create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utopia</w:t>
      </w:r>
      <w:r>
        <w:rPr>
          <w:b/>
          <w:bCs/>
        </w:rPr>
        <w:t xml:space="preserve">, but we failed because we overestimated human nature.</w:t>
      </w:r>
      <w:r>
        <w:br/>
      </w:r>
      <w:r>
        <w:t xml:space="preserve">    (a) constant innovation</w:t>
      </w:r>
      <w:r>
        <w:br/>
      </w:r>
      <w:r>
        <w:t xml:space="preserve">    (b) an ideal place</w:t>
      </w:r>
      <w:r>
        <w:br/>
      </w:r>
      <w:r>
        <w:t xml:space="preserve">    (c) a challenging journey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bandits planned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waylay</w:t>
      </w:r>
      <w:r>
        <w:rPr>
          <w:b/>
          <w:bCs/>
        </w:rPr>
        <w:t xml:space="preserve"> </w:t>
      </w:r>
      <w:r>
        <w:rPr>
          <w:b/>
          <w:bCs/>
        </w:rPr>
        <w:t xml:space="preserve">travelers on the narrow mountain path.</w:t>
      </w:r>
      <w:r>
        <w:br/>
      </w:r>
      <w:r>
        <w:t xml:space="preserve">    (a) follow quietly</w:t>
      </w:r>
      <w:r>
        <w:br/>
      </w:r>
      <w:r>
        <w:t xml:space="preserve">    (b) spy upon</w:t>
      </w:r>
      <w:r>
        <w:br/>
      </w:r>
      <w:r>
        <w:t xml:space="preserve">    (c) stop unexpectedly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underestimate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wily</w:t>
      </w:r>
      <w:r>
        <w:rPr>
          <w:b/>
          <w:bCs/>
        </w:rPr>
        <w:t xml:space="preserve"> </w:t>
      </w:r>
      <w:r>
        <w:rPr>
          <w:b/>
          <w:bCs/>
        </w:rPr>
        <w:t xml:space="preserve">old attorney.</w:t>
      </w:r>
      <w:r>
        <w:br/>
      </w:r>
      <w:r>
        <w:t xml:space="preserve">    (a) clever</w:t>
      </w:r>
      <w:r>
        <w:br/>
      </w:r>
      <w:r>
        <w:t xml:space="preserve">    (b) experienced</w:t>
      </w:r>
      <w:r>
        <w:br/>
      </w:r>
      <w:r>
        <w:t xml:space="preserve">    (c) well-connected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2026-07-31T17:43:01Z</dcterms:created>
  <dcterms:modified xsi:type="dcterms:W3CDTF">2026-07-31T17:43:01Z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