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f8dfd8e9da99231522b8be20402af52a41473a9"/>
    <w:p>
      <w:pPr>
        <w:pStyle w:val="Heading1"/>
      </w:pPr>
      <w:r>
        <w:rPr>
          <w:b/>
          <w:bCs/>
        </w:rPr>
        <w:t xml:space="preserve">The Scarlet Pimpernel</w:t>
      </w:r>
      <w:r>
        <w:br/>
      </w:r>
      <w:r>
        <w:rPr>
          <w:i/>
          <w:iCs/>
        </w:rPr>
        <w:t xml:space="preserve">Baroness Orczy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Sergeant Grospierre had been sent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guillotine</w:t>
      </w:r>
      <w:r>
        <w:rPr>
          <w:b/>
          <w:bCs/>
        </w:rPr>
        <w:t xml:space="preserve"> </w:t>
      </w:r>
      <w:r>
        <w:rPr>
          <w:b/>
          <w:bCs/>
        </w:rPr>
        <w:t xml:space="preserve">for allowing a whole family of aristos to slip out of the North Gate under his very nose.</w:t>
      </w:r>
      <w:r>
        <w:br/>
      </w:r>
      <w:r>
        <w:t xml:space="preserve">    (a) a method of artistic painting on a wall by using watercolors on wet plaster; or the painting made in such a manner</w:t>
      </w:r>
      <w:r>
        <w:br/>
      </w:r>
      <w:r>
        <w:t xml:space="preserve">    (b) accept someone's membership though a special procedure such as a ceremony and/or period of instruction and/or test</w:t>
      </w:r>
      <w:r>
        <w:br/>
      </w:r>
      <w:r>
        <w:t xml:space="preserve">    (c) a device used to behead people (most associated with the French Revolution); or executing someone in such a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"Hush!" he said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peremptorily</w:t>
      </w:r>
      <w:r>
        <w:rPr>
          <w:b/>
          <w:bCs/>
        </w:rPr>
        <w:t xml:space="preserve">, and instinctively once again looked towards the strangers.</w:t>
      </w:r>
      <w:r>
        <w:br/>
      </w:r>
      <w:r>
        <w:t xml:space="preserve">    (a) in a manner that gradually destroys an established order</w:t>
      </w:r>
      <w:r>
        <w:br/>
      </w:r>
      <w:r>
        <w:t xml:space="preserve">    (b) with low spirits (sadness, disappointment, hopelessness)</w:t>
      </w:r>
      <w:r>
        <w:br/>
      </w:r>
      <w:r>
        <w:t xml:space="preserve">    (c) in a manner that does not allow contradiction or refusal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tried to pierce the distance far away, beyond which lay the shores of France: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relentless</w:t>
      </w:r>
      <w:r>
        <w:rPr>
          <w:b/>
          <w:bCs/>
        </w:rPr>
        <w:t xml:space="preserve"> </w:t>
      </w:r>
      <w:r>
        <w:rPr>
          <w:b/>
          <w:bCs/>
        </w:rPr>
        <w:t xml:space="preserve">and stern France which was exacting her pound of flesh, the blood-tax from the noblest of her sons.</w:t>
      </w:r>
      <w:r>
        <w:br/>
      </w:r>
      <w:r>
        <w:t xml:space="preserve">    (a) the state of being aware of one's mental activity</w:t>
      </w:r>
      <w:r>
        <w:br/>
      </w:r>
      <w:r>
        <w:t xml:space="preserve">    (b) to continue without stopping in an extreme manner</w:t>
      </w:r>
      <w:r>
        <w:br/>
      </w:r>
      <w:r>
        <w:t xml:space="preserve">    (c) appropriate or related in size, amount, or degree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you, citoyenne, are a daughter of France, and should be ready to help her in a moment of deadly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peril</w:t>
      </w:r>
      <w:r>
        <w:rPr>
          <w:b/>
          <w:bCs/>
        </w:rPr>
        <w:t xml:space="preserve">.</w:t>
      </w:r>
      <w:r>
        <w:br/>
      </w:r>
      <w:r>
        <w:t xml:space="preserve">    (a) danger</w:t>
      </w:r>
      <w:r>
        <w:br/>
      </w:r>
      <w:r>
        <w:t xml:space="preserve">    (b) useful</w:t>
      </w:r>
      <w:r>
        <w:br/>
      </w:r>
      <w:r>
        <w:t xml:space="preserve">    (c) allows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—I have been sent over here by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Republican</w:t>
      </w:r>
      <w:r>
        <w:rPr>
          <w:b/>
          <w:bCs/>
        </w:rPr>
        <w:t xml:space="preserve"> </w:t>
      </w:r>
      <w:r>
        <w:rPr>
          <w:b/>
          <w:bCs/>
        </w:rPr>
        <w:t xml:space="preserve">Government as its representative: I present my credentials to Mr. Pitt in London to-morrow.</w:t>
      </w:r>
      <w:r>
        <w:br/>
      </w:r>
      <w:r>
        <w:t xml:space="preserve">    (a) relating to a Christian ceremony signifying spiritual cleansing and rebirth  OR  relating to a challenging experience that initiates or purifies</w:t>
      </w:r>
      <w:r>
        <w:br/>
      </w:r>
      <w:r>
        <w:t xml:space="preserve">    (b) of a system of government in which a majority of citizens elect representatives to make laws; or someone in favor of such a form of government</w:t>
      </w:r>
      <w:r>
        <w:br/>
      </w:r>
      <w:r>
        <w:t xml:space="preserve">    (c) of an organism in the early stages of development prior to birth, hatching, or sprouting  OR  of anything in an early stage of development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"and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impudence</w:t>
      </w:r>
      <w:r>
        <w:rPr>
          <w:b/>
          <w:bCs/>
        </w:rPr>
        <w:t xml:space="preserve"> </w:t>
      </w:r>
      <w:r>
        <w:rPr>
          <w:b/>
          <w:bCs/>
        </w:rPr>
        <w:t xml:space="preserve">passes belief," she said merrily.</w:t>
      </w:r>
      <w:r>
        <w:br/>
      </w:r>
      <w:r>
        <w:t xml:space="preserve">    (a) soccer player who typically play in the middle third of the field and who assists with both defense and offense</w:t>
      </w:r>
      <w:r>
        <w:br/>
      </w:r>
      <w:r>
        <w:t xml:space="preserve">    (b) an artists performance of another artist's work that expresses the performer's feelings or ideas about the work</w:t>
      </w:r>
      <w:r>
        <w:br/>
      </w:r>
      <w:r>
        <w:t xml:space="preserve">    (c) improper boldness or disrespect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along, Marguerite had been expecting it; she would not show fear, she was determined to seem unconcerned,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flippant</w:t>
      </w:r>
      <w:r>
        <w:rPr>
          <w:b/>
          <w:bCs/>
        </w:rPr>
        <w:t xml:space="preserve"> </w:t>
      </w:r>
      <w:r>
        <w:rPr>
          <w:b/>
          <w:bCs/>
        </w:rPr>
        <w:t xml:space="preserve">even.</w:t>
      </w:r>
      <w:r>
        <w:br/>
      </w:r>
      <w:r>
        <w:t xml:space="preserve">    (a) designed to be useful; or capable of working</w:t>
      </w:r>
      <w:r>
        <w:br/>
      </w:r>
      <w:r>
        <w:t xml:space="preserve">    (b) showing an inappropriate lack of seriousness</w:t>
      </w:r>
      <w:r>
        <w:br/>
      </w:r>
      <w:r>
        <w:t xml:space="preserve">    (c) the state or degree of agreeing or approving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 wonder that in France the SOBRIQUET of the mysterious Englishman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roused</w:t>
      </w:r>
      <w:r>
        <w:rPr>
          <w:b/>
          <w:bCs/>
        </w:rPr>
        <w:t xml:space="preserve"> </w:t>
      </w:r>
      <w:r>
        <w:rPr>
          <w:b/>
          <w:bCs/>
        </w:rPr>
        <w:t xml:space="preserve">in the people a superstitious shudder.</w:t>
      </w:r>
      <w:r>
        <w:br/>
      </w:r>
      <w:r>
        <w:t xml:space="preserve">    (a) beyond the permitted boundary or limit</w:t>
      </w:r>
      <w:r>
        <w:br/>
      </w:r>
      <w:r>
        <w:t xml:space="preserve">    (b) to awaken, make more active, or excite</w:t>
      </w:r>
      <w:r>
        <w:br/>
      </w:r>
      <w:r>
        <w:t xml:space="preserve">    (c) explains something in a particular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whole attitude was one of intense longing—a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veritable</w:t>
      </w:r>
      <w:r>
        <w:rPr>
          <w:b/>
          <w:bCs/>
        </w:rPr>
        <w:t xml:space="preserve"> </w:t>
      </w:r>
      <w:r>
        <w:rPr>
          <w:b/>
          <w:bCs/>
        </w:rPr>
        <w:t xml:space="preserve">prayer for that confidence, which her foolish pride withheld from him.</w:t>
      </w:r>
      <w:r>
        <w:br/>
      </w:r>
      <w:r>
        <w:t xml:space="preserve">    (a) the quality or degree of not being straightforward</w:t>
      </w:r>
      <w:r>
        <w:br/>
      </w:r>
      <w:r>
        <w:t xml:space="preserve">    (b) deserving no respect (worthless or of bad quality)</w:t>
      </w:r>
      <w:r>
        <w:br/>
      </w:r>
      <w:r>
        <w:t xml:space="preserve">    (c) used for emphasis to introduce a dramatic metaphor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if he were warned, he might form new plans, be more wary,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prudent</w:t>
      </w:r>
      <w:r>
        <w:rPr>
          <w:b/>
          <w:bCs/>
        </w:rPr>
        <w:t xml:space="preserve">.</w:t>
      </w:r>
      <w:r>
        <w:br/>
      </w:r>
      <w:r>
        <w:t xml:space="preserve">    (a) not demonstrative of</w:t>
      </w:r>
      <w:r>
        <w:br/>
      </w:r>
      <w:r>
        <w:t xml:space="preserve">    (b) sincerity (realness)</w:t>
      </w:r>
      <w:r>
        <w:br/>
      </w:r>
      <w:r>
        <w:t xml:space="preserve">    (c) sensible and careful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food for gossip to those mischievously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inclined</w:t>
      </w:r>
      <w:r>
        <w:rPr>
          <w:b/>
          <w:bCs/>
        </w:rPr>
        <w:t xml:space="preserve">.</w:t>
      </w:r>
      <w:r>
        <w:br/>
      </w:r>
      <w:r>
        <w:t xml:space="preserve">    (a) the degree to which something can be solved or settled</w:t>
      </w:r>
      <w:r>
        <w:br/>
      </w:r>
      <w:r>
        <w:t xml:space="preserve">    (b) not capable of being suffered through (or put up with)</w:t>
      </w:r>
      <w:r>
        <w:br/>
      </w:r>
      <w:r>
        <w:t xml:space="preserve">    (c) disposed (having a tendency to favor something)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men, obedient as machines, rushed down the rocky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incline</w:t>
      </w:r>
      <w:r>
        <w:rPr>
          <w:b/>
          <w:bCs/>
        </w:rPr>
        <w:t xml:space="preserve"> </w:t>
      </w:r>
      <w:r>
        <w:rPr>
          <w:b/>
          <w:bCs/>
        </w:rPr>
        <w:t xml:space="preserve">towards the beach,</w:t>
      </w:r>
      <w:r>
        <w:br/>
      </w:r>
      <w:r>
        <w:t xml:space="preserve">    (a) tell someone about something</w:t>
      </w:r>
      <w:r>
        <w:br/>
      </w:r>
      <w:r>
        <w:t xml:space="preserve">    (b) something repeated regularly</w:t>
      </w:r>
      <w:r>
        <w:br/>
      </w:r>
      <w:r>
        <w:t xml:space="preserve">    (c) slope (angle)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she did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heed</w:t>
      </w:r>
      <w:r>
        <w:rPr>
          <w:b/>
          <w:bCs/>
        </w:rPr>
        <w:t xml:space="preserve"> </w:t>
      </w:r>
      <w:r>
        <w:rPr>
          <w:b/>
          <w:bCs/>
        </w:rPr>
        <w:t xml:space="preserve">any of these petty discomforts:</w:t>
      </w:r>
      <w:r>
        <w:br/>
      </w:r>
      <w:r>
        <w:t xml:space="preserve">    (a) a non-doctor who assisted a women in childbirth</w:t>
      </w:r>
      <w:r>
        <w:br/>
      </w:r>
      <w:r>
        <w:t xml:space="preserve">    (b) adjusted excessively or made up for excessively</w:t>
      </w:r>
      <w:r>
        <w:br/>
      </w:r>
      <w:r>
        <w:t xml:space="preserve">    (c) pay attention 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Presently this was thrown open, and Marguerite found herself on the threshold of the most dilapidated,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squalid</w:t>
      </w:r>
      <w:r>
        <w:rPr>
          <w:b/>
          <w:bCs/>
        </w:rPr>
        <w:t xml:space="preserve"> </w:t>
      </w:r>
      <w:r>
        <w:rPr>
          <w:b/>
          <w:bCs/>
        </w:rPr>
        <w:t xml:space="preserve">room she had ever seen in all her life.</w:t>
      </w:r>
      <w:r>
        <w:br/>
      </w:r>
      <w:r>
        <w:t xml:space="preserve">    (a) with the involvement of other people or things</w:t>
      </w:r>
      <w:r>
        <w:br/>
      </w:r>
      <w:r>
        <w:t xml:space="preserve">    (b) the state or degree of being greater than zero</w:t>
      </w:r>
      <w:r>
        <w:br/>
      </w:r>
      <w:r>
        <w:t xml:space="preserve">    (c) dirty and unpleasant; or (more rarely) immoral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between you, you will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cunning</w:t>
      </w:r>
      <w:r>
        <w:rPr>
          <w:b/>
          <w:bCs/>
        </w:rPr>
        <w:t xml:space="preserve"> </w:t>
      </w:r>
      <w:r>
        <w:rPr>
          <w:b/>
          <w:bCs/>
        </w:rPr>
        <w:t xml:space="preserve">as well as valour!</w:t>
      </w:r>
      <w:r>
        <w:br/>
      </w:r>
      <w:r>
        <w:t xml:space="preserve">    (a) related to the natural world (life, air, water, land...)</w:t>
      </w:r>
      <w:r>
        <w:br/>
      </w:r>
      <w:r>
        <w:t xml:space="preserve">    (b) cleverness</w:t>
      </w:r>
      <w:r>
        <w:br/>
      </w:r>
      <w:r>
        <w:t xml:space="preserve">    (c) relating to logical examination to improve understanding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the DAY DREAM, Percy's favourite yacht, and all her crew of British sailors: her white sails, glistening in the moonlight, seemed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a message to Marguerite of joy and hope, which yet she feared could never be.</w:t>
      </w:r>
      <w:r>
        <w:br/>
      </w:r>
      <w:r>
        <w:t xml:space="preserve">    (a) mirror back (an image)</w:t>
      </w:r>
      <w:r>
        <w:br/>
      </w:r>
      <w:r>
        <w:t xml:space="preserve">    (b) create dramatic change</w:t>
      </w:r>
      <w:r>
        <w:br/>
      </w:r>
      <w:r>
        <w:t xml:space="preserve">    (c) communicate or express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...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audacious</w:t>
      </w:r>
      <w:r>
        <w:rPr>
          <w:b/>
          <w:bCs/>
        </w:rPr>
        <w:t xml:space="preserve"> </w:t>
      </w:r>
      <w:r>
        <w:rPr>
          <w:b/>
          <w:bCs/>
        </w:rPr>
        <w:t xml:space="preserve">Scarlet Pimpernel, alone and with thirty men at his heels, could not reasonably be expected to escape a second time.</w:t>
      </w:r>
      <w:r>
        <w:br/>
      </w:r>
      <w:r>
        <w:t xml:space="preserve">    (a) bold and daring</w:t>
      </w:r>
      <w:r>
        <w:br/>
      </w:r>
      <w:r>
        <w:t xml:space="preserve">    (b) material wealth</w:t>
      </w:r>
      <w:r>
        <w:br/>
      </w:r>
      <w:r>
        <w:t xml:space="preserve">    (c) strongly biased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for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enigmatic</w:t>
      </w:r>
      <w:r>
        <w:rPr>
          <w:b/>
          <w:bCs/>
        </w:rPr>
        <w:t xml:space="preserve"> </w:t>
      </w:r>
      <w:r>
        <w:rPr>
          <w:b/>
          <w:bCs/>
        </w:rPr>
        <w:t xml:space="preserve">Scarlet Pimpernel, what is he to you?</w:t>
      </w:r>
      <w:r>
        <w:br/>
      </w:r>
      <w:r>
        <w:t xml:space="preserve">    (a) lacking a reason for doing something</w:t>
      </w:r>
      <w:r>
        <w:br/>
      </w:r>
      <w:r>
        <w:t xml:space="preserve">    (b) inconspicuousness or trustworthiness</w:t>
      </w:r>
      <w:r>
        <w:br/>
      </w:r>
      <w:r>
        <w:t xml:space="preserve">    (c) mysterious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 crumpled piece of paper, evidently forgotten there by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fugitives</w:t>
      </w:r>
      <w:r>
        <w:rPr>
          <w:b/>
          <w:bCs/>
        </w:rPr>
        <w:t xml:space="preserve">, in their hurry to get away.</w:t>
      </w:r>
      <w:r>
        <w:br/>
      </w:r>
      <w:r>
        <w:t xml:space="preserve">    (a) people running away to avoid arrest or an unpleasant situation</w:t>
      </w:r>
      <w:r>
        <w:br/>
      </w:r>
      <w:r>
        <w:t xml:space="preserve">    (b) jobs, reservations, bookings, or activities</w:t>
      </w:r>
      <w:r>
        <w:br/>
      </w:r>
      <w:r>
        <w:t xml:space="preserve">    (c) males, females, or various trans categories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think I can rely on you, citoyen soldiers," laughed Chauvelin,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maliciously</w:t>
      </w:r>
      <w:r>
        <w:rPr>
          <w:b/>
          <w:bCs/>
        </w:rPr>
        <w:t xml:space="preserve">, "to give this old liar the best and soundest beating he has ever experienced."</w:t>
      </w:r>
      <w:r>
        <w:br/>
      </w:r>
      <w:r>
        <w:t xml:space="preserve">    (a) in a manner that makes someone excited about getting something</w:t>
      </w:r>
      <w:r>
        <w:br/>
      </w:r>
      <w:r>
        <w:t xml:space="preserve">    (b) in a brave manner -- especially when adventurous or determined</w:t>
      </w:r>
      <w:r>
        <w:br/>
      </w:r>
      <w:r>
        <w:t xml:space="preserve">    (c) with a desire to see others suffer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2026-05-20T04:19:29Z</dcterms:created>
  <dcterms:modified xsi:type="dcterms:W3CDTF">2026-05-20T04:19:29Z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