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05764951b14665c1344a76e3f3a58df556ddb7"/>
    <w:p>
      <w:pPr>
        <w:pStyle w:val="Heading1"/>
      </w:pPr>
      <w:r>
        <w:rPr>
          <w:b/>
          <w:bCs/>
        </w:rPr>
        <w:t xml:space="preserve">The Scarlet Letter</w:t>
      </w:r>
      <w:r>
        <w:br/>
      </w:r>
      <w:r>
        <w:rPr>
          <w:i/>
          <w:iCs/>
        </w:rPr>
        <w:t xml:space="preserve">Nathanial Hawthorne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Will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accompany</w:t>
      </w:r>
      <w:r>
        <w:rPr>
          <w:b/>
          <w:bCs/>
        </w:rPr>
        <w:t xml:space="preserve"> </w:t>
      </w:r>
      <w:r>
        <w:rPr>
          <w:b/>
          <w:bCs/>
        </w:rPr>
        <w:t xml:space="preserve">her to the party?</w:t>
      </w:r>
      <w:r>
        <w:br/>
      </w:r>
      <w:r>
        <w:t xml:space="preserve">    (a) go with</w:t>
      </w:r>
      <w:r>
        <w:br/>
      </w:r>
      <w:r>
        <w:t xml:space="preserve">    (b) precede</w:t>
      </w:r>
      <w:r>
        <w:br/>
      </w:r>
      <w:r>
        <w:t xml:space="preserve">    (c) follow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exact numbers are shown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accompanying</w:t>
      </w:r>
      <w:r>
        <w:rPr>
          <w:b/>
          <w:bCs/>
        </w:rPr>
        <w:t xml:space="preserve"> </w:t>
      </w:r>
      <w:r>
        <w:rPr>
          <w:b/>
          <w:bCs/>
        </w:rPr>
        <w:t xml:space="preserve">table.</w:t>
      </w:r>
      <w:r>
        <w:br/>
      </w:r>
      <w:r>
        <w:t xml:space="preserve">    (a) provided together</w:t>
      </w:r>
      <w:r>
        <w:br/>
      </w:r>
      <w:r>
        <w:t xml:space="preserve">    (b) informative</w:t>
      </w:r>
      <w:r>
        <w:br/>
      </w:r>
      <w:r>
        <w:t xml:space="preserve">    (c) previously published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dresses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accordance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latest fashions.</w:t>
      </w:r>
      <w:r>
        <w:br/>
      </w:r>
      <w:r>
        <w:t xml:space="preserve">    (a) ignorance</w:t>
      </w:r>
      <w:r>
        <w:br/>
      </w:r>
      <w:r>
        <w:t xml:space="preserve">    (b) keeping</w:t>
      </w:r>
      <w:r>
        <w:br/>
      </w:r>
      <w:r>
        <w:t xml:space="preserve">    (c) opposition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fight, he turned himself in of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own accord</w:t>
      </w:r>
      <w:r>
        <w:rPr>
          <w:b/>
          <w:bCs/>
        </w:rPr>
        <w:t xml:space="preserve">.</w:t>
      </w:r>
      <w:r>
        <w:br/>
      </w:r>
      <w:r>
        <w:t xml:space="preserve">    (a) own fear</w:t>
      </w:r>
      <w:r>
        <w:br/>
      </w:r>
      <w:r>
        <w:t xml:space="preserve">    (b) own mind</w:t>
      </w:r>
      <w:r>
        <w:br/>
      </w:r>
      <w:r>
        <w:t xml:space="preserve">    (c) own safety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lawyers demand he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accorded</w:t>
      </w:r>
      <w:r>
        <w:rPr>
          <w:b/>
          <w:bCs/>
        </w:rPr>
        <w:t xml:space="preserve"> </w:t>
      </w:r>
      <w:r>
        <w:rPr>
          <w:b/>
          <w:bCs/>
        </w:rPr>
        <w:t xml:space="preserve">the status of a captured soldier rather than a spy.</w:t>
      </w:r>
      <w:r>
        <w:br/>
      </w:r>
      <w:r>
        <w:t xml:space="preserve">    (a) denied</w:t>
      </w:r>
      <w:r>
        <w:br/>
      </w:r>
      <w:r>
        <w:t xml:space="preserve">    (b) told about</w:t>
      </w:r>
      <w:r>
        <w:br/>
      </w:r>
      <w:r>
        <w:t xml:space="preserve">    (c) given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described his physical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attributes</w:t>
      </w:r>
      <w:r>
        <w:rPr>
          <w:b/>
          <w:bCs/>
        </w:rPr>
        <w:t xml:space="preserve">.</w:t>
      </w:r>
      <w:r>
        <w:br/>
      </w:r>
      <w:r>
        <w:t xml:space="preserve">    (a) characteristics</w:t>
      </w:r>
      <w:r>
        <w:br/>
      </w:r>
      <w:r>
        <w:t xml:space="preserve">    (b) strengths</w:t>
      </w:r>
      <w:r>
        <w:br/>
      </w:r>
      <w:r>
        <w:t xml:space="preserve">    (c) weaknesses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attributes</w:t>
      </w:r>
      <w:r>
        <w:rPr>
          <w:b/>
          <w:bCs/>
        </w:rPr>
        <w:t xml:space="preserve"> </w:t>
      </w:r>
      <w:r>
        <w:rPr>
          <w:b/>
          <w:bCs/>
        </w:rPr>
        <w:t xml:space="preserve">her success to hard work.</w:t>
      </w:r>
      <w:r>
        <w:br/>
      </w:r>
      <w:r>
        <w:t xml:space="preserve">    (a) gives money for</w:t>
      </w:r>
      <w:r>
        <w:br/>
      </w:r>
      <w:r>
        <w:t xml:space="preserve">    (b) gives credit for</w:t>
      </w:r>
      <w:r>
        <w:br/>
      </w:r>
      <w:r>
        <w:t xml:space="preserve">    (c) gives help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students were ready to move on, but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dwelled</w:t>
      </w:r>
      <w:r>
        <w:rPr>
          <w:b/>
          <w:bCs/>
        </w:rPr>
        <w:t xml:space="preserve"> </w:t>
      </w:r>
      <w:r>
        <w:rPr>
          <w:b/>
          <w:bCs/>
        </w:rPr>
        <w:t xml:space="preserve">on and on about Chapter 7.</w:t>
      </w:r>
      <w:r>
        <w:br/>
      </w:r>
      <w:r>
        <w:t xml:space="preserve">    (a) kept talking about</w:t>
      </w:r>
      <w:r>
        <w:br/>
      </w:r>
      <w:r>
        <w:t xml:space="preserve">    (b) kept avoiding</w:t>
      </w:r>
      <w:r>
        <w:br/>
      </w:r>
      <w:r>
        <w:t xml:space="preserve">    (c) tested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family has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dwelled</w:t>
      </w:r>
      <w:r>
        <w:rPr>
          <w:b/>
          <w:bCs/>
        </w:rPr>
        <w:t xml:space="preserve"> </w:t>
      </w:r>
      <w:r>
        <w:rPr>
          <w:b/>
          <w:bCs/>
        </w:rPr>
        <w:t xml:space="preserve">in that valley for ten generations.</w:t>
      </w:r>
      <w:r>
        <w:br/>
      </w:r>
      <w:r>
        <w:t xml:space="preserve">    (a) looked</w:t>
      </w:r>
      <w:r>
        <w:br/>
      </w:r>
      <w:r>
        <w:t xml:space="preserve">    (b) lived</w:t>
      </w:r>
      <w:r>
        <w:br/>
      </w:r>
      <w:r>
        <w:t xml:space="preserve">    (c) visited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searched the entire valley and did not find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dwelling</w:t>
      </w:r>
      <w:r>
        <w:rPr>
          <w:b/>
          <w:bCs/>
        </w:rPr>
        <w:t xml:space="preserve">.</w:t>
      </w:r>
      <w:r>
        <w:br/>
      </w:r>
      <w:r>
        <w:t xml:space="preserve">    (a) home</w:t>
      </w:r>
      <w:r>
        <w:br/>
      </w:r>
      <w:r>
        <w:t xml:space="preserve">    (b) deep well</w:t>
      </w:r>
      <w:r>
        <w:br/>
      </w:r>
      <w:r>
        <w:t xml:space="preserve">    (c) horse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 casual, go-with-the-flow personality and doesn't appreciate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earnestness</w:t>
      </w:r>
      <w:r>
        <w:rPr>
          <w:b/>
          <w:bCs/>
        </w:rPr>
        <w:t xml:space="preserve">.</w:t>
      </w:r>
      <w:r>
        <w:br/>
      </w:r>
      <w:r>
        <w:t xml:space="preserve">    (a) frivolous attitude</w:t>
      </w:r>
      <w:r>
        <w:br/>
      </w:r>
      <w:r>
        <w:t xml:space="preserve">    (b) falseness</w:t>
      </w:r>
      <w:r>
        <w:br/>
      </w:r>
      <w:r>
        <w:t xml:space="preserve">    (c) seriousness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offices are housed in an imposing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edifice</w:t>
      </w:r>
      <w:r>
        <w:rPr>
          <w:b/>
          <w:bCs/>
        </w:rPr>
        <w:t xml:space="preserve">.</w:t>
      </w:r>
      <w:r>
        <w:br/>
      </w:r>
      <w:r>
        <w:t xml:space="preserve">    (a) color</w:t>
      </w:r>
      <w:r>
        <w:br/>
      </w:r>
      <w:r>
        <w:t xml:space="preserve">    (b) building</w:t>
      </w:r>
      <w:r>
        <w:br/>
      </w:r>
      <w:r>
        <w:t xml:space="preserve">    (c) neighborhood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Which word choice would help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a serious tone.</w:t>
      </w:r>
      <w:r>
        <w:br/>
      </w:r>
      <w:r>
        <w:t xml:space="preserve">    (a) avoid</w:t>
      </w:r>
      <w:r>
        <w:br/>
      </w:r>
      <w:r>
        <w:t xml:space="preserve">    (b) increase</w:t>
      </w:r>
      <w:r>
        <w:br/>
      </w:r>
      <w:r>
        <w:t xml:space="preserve">    (c) create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sixth paragraph (lines 67-68) is primarily concerned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establishing</w:t>
      </w:r>
      <w:r>
        <w:rPr>
          <w:b/>
          <w:bCs/>
        </w:rPr>
        <w:t xml:space="preserve"> </w:t>
      </w:r>
      <w:r>
        <w:rPr>
          <w:b/>
          <w:bCs/>
        </w:rPr>
        <w:t xml:space="preserve">the contrast between men and masculine traits.</w:t>
      </w:r>
      <w:r>
        <w:br/>
      </w:r>
      <w:r>
        <w:t xml:space="preserve">    (a) showing</w:t>
      </w:r>
      <w:r>
        <w:br/>
      </w:r>
      <w:r>
        <w:t xml:space="preserve">    (b) minimizing</w:t>
      </w:r>
      <w:r>
        <w:br/>
      </w:r>
      <w:r>
        <w:t xml:space="preserve">    (c) exaggerating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incident led to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ignominious</w:t>
      </w:r>
      <w:r>
        <w:rPr>
          <w:b/>
          <w:bCs/>
        </w:rPr>
        <w:t xml:space="preserve"> </w:t>
      </w:r>
      <w:r>
        <w:rPr>
          <w:b/>
          <w:bCs/>
        </w:rPr>
        <w:t xml:space="preserve">departure from political office.</w:t>
      </w:r>
      <w:r>
        <w:br/>
      </w:r>
      <w:r>
        <w:t xml:space="preserve">    (a) disgraceful</w:t>
      </w:r>
      <w:r>
        <w:br/>
      </w:r>
      <w:r>
        <w:t xml:space="preserve">    (b) eventual</w:t>
      </w:r>
      <w:r>
        <w:br/>
      </w:r>
      <w:r>
        <w:t xml:space="preserve">    (c) quick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meaning of the word can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inferred</w:t>
      </w:r>
      <w:r>
        <w:rPr>
          <w:b/>
          <w:bCs/>
        </w:rPr>
        <w:t xml:space="preserve"> </w:t>
      </w:r>
      <w:r>
        <w:rPr>
          <w:b/>
          <w:bCs/>
        </w:rPr>
        <w:t xml:space="preserve">based on context clues.</w:t>
      </w:r>
      <w:r>
        <w:br/>
      </w:r>
      <w:r>
        <w:t xml:space="preserve">    (a) converted</w:t>
      </w:r>
      <w:r>
        <w:br/>
      </w:r>
      <w:r>
        <w:t xml:space="preserve">    (b) different</w:t>
      </w:r>
      <w:r>
        <w:br/>
      </w:r>
      <w:r>
        <w:t xml:space="preserve">    (c) figured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I retire I want to slow down, reflect, and possibly write a book with some of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reflections</w:t>
      </w:r>
      <w:r>
        <w:rPr>
          <w:b/>
          <w:bCs/>
        </w:rPr>
        <w:t xml:space="preserve">.</w:t>
      </w:r>
      <w:r>
        <w:br/>
      </w:r>
      <w:r>
        <w:t xml:space="preserve">    (a) important experiences</w:t>
      </w:r>
      <w:r>
        <w:br/>
      </w:r>
      <w:r>
        <w:t xml:space="preserve">    (b) memories and thoughts</w:t>
      </w:r>
      <w:r>
        <w:br/>
      </w:r>
      <w:r>
        <w:t xml:space="preserve">    (c) predictions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subtle</w:t>
      </w:r>
      <w:r>
        <w:rPr>
          <w:b/>
          <w:bCs/>
        </w:rPr>
        <w:t xml:space="preserve"> </w:t>
      </w:r>
      <w:r>
        <w:rPr>
          <w:b/>
          <w:bCs/>
        </w:rPr>
        <w:t xml:space="preserve">poison. In small doses, it might never be detected, but eventually your heart will fail.</w:t>
      </w:r>
      <w:r>
        <w:br/>
      </w:r>
      <w:r>
        <w:t xml:space="preserve">    (a) hard to notice</w:t>
      </w:r>
      <w:r>
        <w:br/>
      </w:r>
      <w:r>
        <w:t xml:space="preserve">    (b) powerful</w:t>
      </w:r>
      <w:r>
        <w:br/>
      </w:r>
      <w:r>
        <w:t xml:space="preserve">    (c) painless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 good eye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subtle</w:t>
      </w:r>
      <w:r>
        <w:rPr>
          <w:b/>
          <w:bCs/>
        </w:rPr>
        <w:t xml:space="preserve"> </w:t>
      </w:r>
      <w:r>
        <w:rPr>
          <w:b/>
          <w:bCs/>
        </w:rPr>
        <w:t xml:space="preserve">differences in color.</w:t>
      </w:r>
      <w:r>
        <w:br/>
      </w:r>
      <w:r>
        <w:t xml:space="preserve">    (a) contrasting</w:t>
      </w:r>
      <w:r>
        <w:br/>
      </w:r>
      <w:r>
        <w:t xml:space="preserve">    (b) minor</w:t>
      </w:r>
      <w:r>
        <w:br/>
      </w:r>
      <w:r>
        <w:t xml:space="preserve">    (c) complementary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were surprised that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 </w:t>
      </w:r>
      <w:r>
        <w:rPr>
          <w:b/>
          <w:bCs/>
        </w:rPr>
        <w:t xml:space="preserve">institution like Bear Stearns could so rapidly go out of business.</w:t>
      </w:r>
      <w:r>
        <w:br/>
      </w:r>
      <w:r>
        <w:t xml:space="preserve">    (a) popular</w:t>
      </w:r>
      <w:r>
        <w:br/>
      </w:r>
      <w:r>
        <w:t xml:space="preserve">    (b) large and successful</w:t>
      </w:r>
      <w:r>
        <w:br/>
      </w:r>
      <w:r>
        <w:t xml:space="preserve">    (c) long respected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2026-07-31T14:15:46Z</dcterms:created>
  <dcterms:modified xsi:type="dcterms:W3CDTF">2026-07-31T14:15:46Z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