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12e0f3fbde0f3839cb0e4d960400846266c841"/>
    <w:p>
      <w:pPr>
        <w:pStyle w:val="Heading1"/>
      </w:pPr>
      <w:r>
        <w:rPr>
          <w:b/>
          <w:bCs/>
        </w:rPr>
        <w:t xml:space="preserve">The Scarlet Letter</w:t>
      </w:r>
      <w:r>
        <w:br/>
      </w:r>
      <w:r>
        <w:rPr>
          <w:i/>
          <w:iCs/>
        </w:rPr>
        <w:t xml:space="preserve">Nathanial Hawthorne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acute</w:t>
      </w:r>
      <w:r>
        <w:rPr>
          <w:b/>
          <w:bCs/>
        </w:rPr>
        <w:t xml:space="preserve"> </w:t>
      </w:r>
      <w:r>
        <w:rPr>
          <w:b/>
          <w:bCs/>
        </w:rPr>
        <w:t xml:space="preserve">appendicitis.</w:t>
      </w:r>
      <w:r>
        <w:br/>
      </w:r>
      <w:r>
        <w:t xml:space="preserve">    (a) gradual</w:t>
      </w:r>
      <w:r>
        <w:br/>
      </w:r>
      <w:r>
        <w:t xml:space="preserve">    (b) minor</w:t>
      </w:r>
      <w:r>
        <w:br/>
      </w:r>
      <w:r>
        <w:t xml:space="preserve">    (c)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Birds tend to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acute</w:t>
      </w:r>
      <w:r>
        <w:rPr>
          <w:b/>
          <w:bCs/>
        </w:rPr>
        <w:t xml:space="preserve"> </w:t>
      </w:r>
      <w:r>
        <w:rPr>
          <w:b/>
          <w:bCs/>
        </w:rPr>
        <w:t xml:space="preserve">vision.</w:t>
      </w:r>
      <w:r>
        <w:br/>
      </w:r>
      <w:r>
        <w:t xml:space="preserve">    (a) excellent</w:t>
      </w:r>
      <w:r>
        <w:br/>
      </w:r>
      <w:r>
        <w:t xml:space="preserve">    (b) poor</w:t>
      </w:r>
      <w:r>
        <w:br/>
      </w:r>
      <w:r>
        <w:t xml:space="preserve">    (c) colorless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grew stern.</w:t>
      </w:r>
      <w:r>
        <w:br/>
      </w:r>
      <w:r>
        <w:t xml:space="preserve">    (a) a method of counting</w:t>
      </w:r>
      <w:r>
        <w:br/>
      </w:r>
      <w:r>
        <w:t xml:space="preserve">    (b) voice</w:t>
      </w:r>
      <w:r>
        <w:br/>
      </w:r>
      <w:r>
        <w:t xml:space="preserve">    (c) facial expression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terrorism.</w:t>
      </w:r>
      <w:r>
        <w:br/>
      </w:r>
      <w:r>
        <w:t xml:space="preserve">    (a) discourage</w:t>
      </w:r>
      <w:r>
        <w:br/>
      </w:r>
      <w:r>
        <w:t xml:space="preserve">    (b) provide funds for</w:t>
      </w:r>
      <w:r>
        <w:br/>
      </w:r>
      <w:r>
        <w:t xml:space="preserve">    (c) show favor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imbued</w:t>
      </w:r>
      <w:r>
        <w:rPr>
          <w:b/>
          <w:bCs/>
        </w:rPr>
        <w:t xml:space="preserve"> </w:t>
      </w:r>
      <w:r>
        <w:rPr>
          <w:b/>
          <w:bCs/>
        </w:rPr>
        <w:t xml:space="preserve">from infancy with a sense that life should be fair.</w:t>
      </w:r>
      <w:r>
        <w:br/>
      </w:r>
      <w:r>
        <w:t xml:space="preserve">    (a) misled</w:t>
      </w:r>
      <w:r>
        <w:br/>
      </w:r>
      <w:r>
        <w:t xml:space="preserve">    (b) filled</w:t>
      </w:r>
      <w:r>
        <w:br/>
      </w:r>
      <w:r>
        <w:t xml:space="preserve">    (c) discouraged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city was conquered,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infirm</w:t>
      </w:r>
      <w:r>
        <w:rPr>
          <w:b/>
          <w:bCs/>
        </w:rPr>
        <w:t xml:space="preserve"> </w:t>
      </w:r>
      <w:r>
        <w:rPr>
          <w:b/>
          <w:bCs/>
        </w:rPr>
        <w:t xml:space="preserve">slaughtered, and the rest enslaved.</w:t>
      </w:r>
      <w:r>
        <w:br/>
      </w:r>
      <w:r>
        <w:t xml:space="preserve">    (a) children</w:t>
      </w:r>
      <w:r>
        <w:br/>
      </w:r>
      <w:r>
        <w:t xml:space="preserve">    (b) weak</w:t>
      </w:r>
      <w:r>
        <w:br/>
      </w:r>
      <w:r>
        <w:t xml:space="preserve">    (c) fighters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fought against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iniquity</w:t>
      </w:r>
      <w:r>
        <w:rPr>
          <w:b/>
          <w:bCs/>
        </w:rPr>
        <w:t xml:space="preserve"> </w:t>
      </w:r>
      <w:r>
        <w:rPr>
          <w:b/>
          <w:bCs/>
        </w:rPr>
        <w:t xml:space="preserve">of slavery.</w:t>
      </w:r>
      <w:r>
        <w:br/>
      </w:r>
      <w:r>
        <w:t xml:space="preserve">    (a) practice</w:t>
      </w:r>
      <w:r>
        <w:br/>
      </w:r>
      <w:r>
        <w:t xml:space="preserve">    (b) immorality</w:t>
      </w:r>
      <w:r>
        <w:br/>
      </w:r>
      <w:r>
        <w:t xml:space="preserve">    (c) supporters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magistrate</w:t>
      </w:r>
      <w:r>
        <w:rPr>
          <w:b/>
          <w:bCs/>
        </w:rPr>
        <w:t xml:space="preserve"> </w:t>
      </w:r>
      <w:r>
        <w:rPr>
          <w:b/>
          <w:bCs/>
        </w:rPr>
        <w:t xml:space="preserve">set bail at $10,000.</w:t>
      </w:r>
      <w:r>
        <w:br/>
      </w:r>
      <w:r>
        <w:t xml:space="preserve">    (a) judge</w:t>
      </w:r>
      <w:r>
        <w:br/>
      </w:r>
      <w:r>
        <w:t xml:space="preserve">    (b) attorney</w:t>
      </w:r>
      <w:r>
        <w:br/>
      </w:r>
      <w:r>
        <w:t xml:space="preserve">    (c) queen or 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Benjamin Franklin's parents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pious</w:t>
      </w:r>
      <w:r>
        <w:rPr>
          <w:b/>
          <w:bCs/>
        </w:rPr>
        <w:t xml:space="preserve"> </w:t>
      </w:r>
      <w:r>
        <w:rPr>
          <w:b/>
          <w:bCs/>
        </w:rPr>
        <w:t xml:space="preserve">Puritans.</w:t>
      </w:r>
      <w:r>
        <w:br/>
      </w:r>
      <w:r>
        <w:t xml:space="preserve">    (a) non-traditional</w:t>
      </w:r>
      <w:r>
        <w:br/>
      </w:r>
      <w:r>
        <w:t xml:space="preserve">    (b) traditional</w:t>
      </w:r>
      <w:r>
        <w:br/>
      </w:r>
      <w:r>
        <w:t xml:space="preserve">    (c) highly religious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Puritans</w:t>
      </w:r>
      <w:r>
        <w:rPr>
          <w:b/>
          <w:bCs/>
        </w:rPr>
        <w:t xml:space="preserve"> </w:t>
      </w:r>
      <w:r>
        <w:rPr>
          <w:b/>
          <w:bCs/>
        </w:rPr>
        <w:t xml:space="preserve">banned Christmas because they associated it with drunkenness and other misbehavior.</w:t>
      </w:r>
      <w:r>
        <w:br/>
      </w:r>
      <w:r>
        <w:t xml:space="preserve">    (a) sect of English Protestants</w:t>
      </w:r>
      <w:r>
        <w:br/>
      </w:r>
      <w:r>
        <w:t xml:space="preserve">    (b) sect of French Catholics</w:t>
      </w:r>
      <w:r>
        <w:br/>
      </w:r>
      <w:r>
        <w:t xml:space="preserve">    (c) sect of Spanish Catholics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second letter was from another witness and of the same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purport</w:t>
      </w:r>
      <w:r>
        <w:rPr>
          <w:b/>
          <w:bCs/>
        </w:rPr>
        <w:t xml:space="preserve"> </w:t>
      </w:r>
      <w:r>
        <w:rPr>
          <w:b/>
          <w:bCs/>
        </w:rPr>
        <w:t xml:space="preserve">as the first.</w:t>
      </w:r>
      <w:r>
        <w:br/>
      </w:r>
      <w:r>
        <w:t xml:space="preserve">    (a) region</w:t>
      </w:r>
      <w:r>
        <w:br/>
      </w:r>
      <w:r>
        <w:t xml:space="preserve">    (b) general meaning</w:t>
      </w:r>
      <w:r>
        <w:br/>
      </w:r>
      <w:r>
        <w:t xml:space="preserve">    (c) seriousness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exhibited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somber</w:t>
      </w:r>
      <w:r>
        <w:rPr>
          <w:b/>
          <w:bCs/>
        </w:rPr>
        <w:t xml:space="preserve"> </w:t>
      </w:r>
      <w:r>
        <w:rPr>
          <w:b/>
          <w:bCs/>
        </w:rPr>
        <w:t xml:space="preserve">mood.</w:t>
      </w:r>
      <w:r>
        <w:br/>
      </w:r>
      <w:r>
        <w:t xml:space="preserve">    (a) cheerless</w:t>
      </w:r>
      <w:r>
        <w:br/>
      </w:r>
      <w:r>
        <w:t xml:space="preserve">    (b) happy</w:t>
      </w:r>
      <w:r>
        <w:br/>
      </w:r>
      <w:r>
        <w:t xml:space="preserve">    (c) curious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was the period when she painted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somber</w:t>
      </w:r>
      <w:r>
        <w:rPr>
          <w:b/>
          <w:bCs/>
        </w:rPr>
        <w:t xml:space="preserve"> </w:t>
      </w:r>
      <w:r>
        <w:rPr>
          <w:b/>
          <w:bCs/>
        </w:rPr>
        <w:t xml:space="preserve">colors.</w:t>
      </w:r>
      <w:r>
        <w:br/>
      </w:r>
      <w:r>
        <w:t xml:space="preserve">    (a) especially bright</w:t>
      </w:r>
      <w:r>
        <w:br/>
      </w:r>
      <w:r>
        <w:t xml:space="preserve">    (b) lacking brightness</w:t>
      </w:r>
      <w:r>
        <w:br/>
      </w:r>
      <w:r>
        <w:t xml:space="preserve">    (c) varied shades of orange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are working to eliminate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stigma</w:t>
      </w:r>
      <w:r>
        <w:rPr>
          <w:b/>
          <w:bCs/>
        </w:rPr>
        <w:t xml:space="preserve"> </w:t>
      </w:r>
      <w:r>
        <w:rPr>
          <w:b/>
          <w:bCs/>
        </w:rPr>
        <w:t xml:space="preserve">of getting psychiatric counseling.</w:t>
      </w:r>
      <w:r>
        <w:br/>
      </w:r>
      <w:r>
        <w:t xml:space="preserve">    (a) shaming</w:t>
      </w:r>
      <w:r>
        <w:br/>
      </w:r>
      <w:r>
        <w:t xml:space="preserve">    (b) waiting times</w:t>
      </w:r>
      <w:r>
        <w:br/>
      </w:r>
      <w:r>
        <w:t xml:space="preserve">    (c) expenses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loss she felt when her husband died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tempered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joy of her new grandchild.</w:t>
      </w:r>
      <w:r>
        <w:br/>
      </w:r>
      <w:r>
        <w:t xml:space="preserve">    (a) contrasted</w:t>
      </w:r>
      <w:r>
        <w:br/>
      </w:r>
      <w:r>
        <w:t xml:space="preserve">    (b) forgotten</w:t>
      </w:r>
      <w:r>
        <w:br/>
      </w:r>
      <w:r>
        <w:t xml:space="preserve">    (c) made less extreme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their third breakup in two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tempestuous</w:t>
      </w:r>
      <w:r>
        <w:rPr>
          <w:b/>
          <w:bCs/>
        </w:rPr>
        <w:t xml:space="preserve"> </w:t>
      </w:r>
      <w:r>
        <w:rPr>
          <w:b/>
          <w:bCs/>
        </w:rPr>
        <w:t xml:space="preserve">years.</w:t>
      </w:r>
      <w:r>
        <w:br/>
      </w:r>
      <w:r>
        <w:t xml:space="preserve">    (a) long</w:t>
      </w:r>
      <w:r>
        <w:br/>
      </w:r>
      <w:r>
        <w:t xml:space="preserve">    (b) turbulent</w:t>
      </w:r>
      <w:r>
        <w:br/>
      </w:r>
      <w:r>
        <w:t xml:space="preserve">    (c) unhappy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unimportant</w:t>
      </w:r>
      <w:r>
        <w:br/>
      </w:r>
      <w:r>
        <w:t xml:space="preserve">    (b) other's</w:t>
      </w:r>
      <w:r>
        <w:br/>
      </w:r>
      <w:r>
        <w:t xml:space="preserve">    (c) future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European Parliament refuses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.</w:t>
      </w:r>
      <w:r>
        <w:br/>
      </w:r>
      <w:r>
        <w:t xml:space="preserve">    (a) treated without respect</w:t>
      </w:r>
      <w:r>
        <w:br/>
      </w:r>
      <w:r>
        <w:t xml:space="preserve">    (b) argued with</w:t>
      </w:r>
      <w:r>
        <w:br/>
      </w:r>
      <w:r>
        <w:t xml:space="preserve">    (c) negotiated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suffers the despair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unrequited</w:t>
      </w:r>
      <w:r>
        <w:rPr>
          <w:b/>
          <w:bCs/>
        </w:rPr>
        <w:t xml:space="preserve"> </w:t>
      </w:r>
      <w:r>
        <w:rPr>
          <w:b/>
          <w:bCs/>
        </w:rPr>
        <w:t xml:space="preserve">love.</w:t>
      </w:r>
      <w:r>
        <w:br/>
      </w:r>
      <w:r>
        <w:t xml:space="preserve">    (a) beyond normal limits</w:t>
      </w:r>
      <w:r>
        <w:br/>
      </w:r>
      <w:r>
        <w:t xml:space="preserve">    (b) loss (through death)</w:t>
      </w:r>
      <w:r>
        <w:br/>
      </w:r>
      <w:r>
        <w:t xml:space="preserve">    (c) unreturned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wore a hand-</w:t>
      </w:r>
      <w:r>
        <w:rPr>
          <w:b/>
          <w:bCs/>
          <w:u w:val="single"/>
        </w:rPr>
        <w:t xml:space="preserve">wrought</w:t>
      </w:r>
      <w:r>
        <w:rPr>
          <w:b/>
          <w:bCs/>
        </w:rPr>
        <w:t xml:space="preserve"> </w:t>
      </w:r>
      <w:r>
        <w:rPr>
          <w:b/>
          <w:bCs/>
        </w:rPr>
        <w:t xml:space="preserve">silver bracelet.</w:t>
      </w:r>
      <w:r>
        <w:br/>
      </w:r>
      <w:r>
        <w:t xml:space="preserve">    (a) encircling</w:t>
      </w:r>
      <w:r>
        <w:br/>
      </w:r>
      <w:r>
        <w:t xml:space="preserve">    (b) size</w:t>
      </w:r>
      <w:r>
        <w:br/>
      </w:r>
      <w:r>
        <w:t xml:space="preserve">    (c) worked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2026-07-31T14:15:46Z</dcterms:created>
  <dcterms:modified xsi:type="dcterms:W3CDTF">2026-07-31T14:15:46Z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