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9b706dfa97fe5271ec2682d0232d6324712b096"/>
    <w:p>
      <w:pPr>
        <w:pStyle w:val="Heading1"/>
      </w:pPr>
      <w:r>
        <w:rPr>
          <w:b/>
          <w:bCs/>
        </w:rPr>
        <w:t xml:space="preserve">The Scarlet Letter</w:t>
      </w:r>
      <w:r>
        <w:br/>
      </w:r>
      <w:r>
        <w:rPr>
          <w:i/>
          <w:iCs/>
        </w:rPr>
        <w:t xml:space="preserve">Nathanial Hawthorne</w:t>
      </w:r>
      <w:r>
        <w:br/>
      </w:r>
      <w:r>
        <w:rPr>
          <w:b/>
          <w:bCs/>
        </w:rPr>
        <w:t xml:space="preserve">Extra Credit 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Nothing is too small or too</w:t>
      </w:r>
      <w:r>
        <w:rPr>
          <w:b/>
          <w:bCs/>
        </w:rPr>
        <w:t xml:space="preserve"> </w:t>
      </w:r>
      <w:r>
        <w:rPr>
          <w:b/>
          <w:bCs/>
          <w:u w:val="single"/>
        </w:rPr>
        <w:t xml:space="preserve">trifling</w:t>
      </w:r>
      <w:r>
        <w:rPr>
          <w:b/>
          <w:bCs/>
        </w:rPr>
        <w:t xml:space="preserve"> </w:t>
      </w:r>
      <w:r>
        <w:rPr>
          <w:b/>
          <w:bCs/>
        </w:rPr>
        <w:t xml:space="preserve">to undergo this change, and acquire dignity thereby.</w:t>
      </w:r>
      <w:r>
        <w:br/>
      </w:r>
      <w:r>
        <w:t xml:space="preserve">    (a) out-of-bounds</w:t>
      </w:r>
      <w:r>
        <w:br/>
      </w:r>
      <w:r>
        <w:t xml:space="preserve">    (b) unimportant</w:t>
      </w:r>
      <w:r>
        <w:br/>
      </w:r>
      <w:r>
        <w:t xml:space="preserve">    (c) large</w:t>
      </w:r>
    </w:p>
    <w:p>
      <w:pPr>
        <w:pStyle w:val="Compact"/>
        <w:numPr>
          <w:ilvl w:val="0"/>
          <w:numId w:val="1001"/>
        </w:numPr>
      </w:pPr>
      <w:r>
        <w:rPr>
          <w:b/>
          <w:bCs/>
        </w:rPr>
        <w:t xml:space="preserve">A mockery, indeed, but in which his soul</w:t>
      </w:r>
      <w:r>
        <w:rPr>
          <w:b/>
          <w:bCs/>
        </w:rPr>
        <w:t xml:space="preserve"> </w:t>
      </w:r>
      <w:r>
        <w:rPr>
          <w:b/>
          <w:bCs/>
          <w:u w:val="single"/>
        </w:rPr>
        <w:t xml:space="preserve">trifled with</w:t>
      </w:r>
      <w:r>
        <w:rPr>
          <w:b/>
          <w:bCs/>
        </w:rPr>
        <w:t xml:space="preserve"> </w:t>
      </w:r>
      <w:r>
        <w:rPr>
          <w:b/>
          <w:bCs/>
        </w:rPr>
        <w:t xml:space="preserve">itself!</w:t>
      </w:r>
      <w:r>
        <w:br/>
      </w:r>
      <w:r>
        <w:t xml:space="preserve">    (a) argued</w:t>
      </w:r>
      <w:r>
        <w:br/>
      </w:r>
      <w:r>
        <w:t xml:space="preserve">    (b) travelled</w:t>
      </w:r>
      <w:r>
        <w:br/>
      </w:r>
      <w:r>
        <w:t xml:space="preserve">    (c) treated thoughtlessly</w:t>
      </w:r>
    </w:p>
    <w:p>
      <w:pPr>
        <w:pStyle w:val="Compact"/>
        <w:numPr>
          <w:ilvl w:val="0"/>
          <w:numId w:val="1001"/>
        </w:numPr>
      </w:pPr>
      <w:r>
        <w:rPr>
          <w:b/>
          <w:bCs/>
        </w:rPr>
        <w:t xml:space="preserve">Thus, therefore, the floor of our familiar room has become a neutral territory, somewhere between the real world and fairy-land, where the Actual and the Imaginary may meet, and each</w:t>
      </w:r>
      <w:r>
        <w:rPr>
          <w:b/>
          <w:bCs/>
        </w:rPr>
        <w:t xml:space="preserve"> </w:t>
      </w:r>
      <w:r>
        <w:rPr>
          <w:b/>
          <w:bCs/>
          <w:u w:val="single"/>
        </w:rPr>
        <w:t xml:space="preserve">imbue</w:t>
      </w:r>
      <w:r>
        <w:rPr>
          <w:b/>
          <w:bCs/>
        </w:rPr>
        <w:t xml:space="preserve"> </w:t>
      </w:r>
      <w:r>
        <w:rPr>
          <w:b/>
          <w:bCs/>
        </w:rPr>
        <w:t xml:space="preserve">itself with the nature of the other.</w:t>
      </w:r>
      <w:r>
        <w:br/>
      </w:r>
      <w:r>
        <w:t xml:space="preserve">    (a) argue</w:t>
      </w:r>
      <w:r>
        <w:br/>
      </w:r>
      <w:r>
        <w:t xml:space="preserve">    (b) protect</w:t>
      </w:r>
      <w:r>
        <w:br/>
      </w:r>
      <w:r>
        <w:t xml:space="preserve">    (c) fill</w:t>
      </w:r>
    </w:p>
    <w:p>
      <w:pPr>
        <w:pStyle w:val="Compact"/>
        <w:numPr>
          <w:ilvl w:val="0"/>
          <w:numId w:val="1001"/>
        </w:numPr>
      </w:pPr>
      <w:r>
        <w:rPr>
          <w:b/>
          <w:bCs/>
        </w:rPr>
        <w:t xml:space="preserve">Conscious of his own</w:t>
      </w:r>
      <w:r>
        <w:rPr>
          <w:b/>
          <w:bCs/>
        </w:rPr>
        <w:t xml:space="preserve"> </w:t>
      </w:r>
      <w:r>
        <w:rPr>
          <w:b/>
          <w:bCs/>
          <w:u w:val="single"/>
        </w:rPr>
        <w:t xml:space="preserve">infirmity</w:t>
      </w:r>
      <w:r>
        <w:rPr>
          <w:b/>
          <w:bCs/>
        </w:rPr>
        <w:t xml:space="preserve">—that his tempered steel and elasticity are lost—he for ever afterwards looks wistfully about him in quest of support external to himself.</w:t>
      </w:r>
      <w:r>
        <w:br/>
      </w:r>
      <w:r>
        <w:t xml:space="preserve">    (a) reputation</w:t>
      </w:r>
      <w:r>
        <w:br/>
      </w:r>
      <w:r>
        <w:t xml:space="preserve">    (b) opinion</w:t>
      </w:r>
      <w:r>
        <w:br/>
      </w:r>
      <w:r>
        <w:t xml:space="preserve">    (c) weakness</w:t>
      </w:r>
    </w:p>
    <w:p>
      <w:pPr>
        <w:pStyle w:val="Compact"/>
        <w:numPr>
          <w:ilvl w:val="0"/>
          <w:numId w:val="1001"/>
        </w:numPr>
      </w:pPr>
      <w:r>
        <w:rPr>
          <w:b/>
          <w:bCs/>
        </w:rPr>
        <w:t xml:space="preserve">It irks me, nevertheless, that the partner of her</w:t>
      </w:r>
      <w:r>
        <w:rPr>
          <w:b/>
          <w:bCs/>
        </w:rPr>
        <w:t xml:space="preserve"> </w:t>
      </w:r>
      <w:r>
        <w:rPr>
          <w:b/>
          <w:bCs/>
          <w:u w:val="single"/>
        </w:rPr>
        <w:t xml:space="preserve">iniquity</w:t>
      </w:r>
      <w:r>
        <w:rPr>
          <w:b/>
          <w:bCs/>
        </w:rPr>
        <w:t xml:space="preserve"> </w:t>
      </w:r>
      <w:r>
        <w:rPr>
          <w:b/>
          <w:bCs/>
        </w:rPr>
        <w:t xml:space="preserve">should not at least, stand on the scaffold by her side.</w:t>
      </w:r>
      <w:r>
        <w:br/>
      </w:r>
      <w:r>
        <w:t xml:space="preserve">    (a) mistake</w:t>
      </w:r>
      <w:r>
        <w:br/>
      </w:r>
      <w:r>
        <w:t xml:space="preserve">    (b) defiance</w:t>
      </w:r>
      <w:r>
        <w:br/>
      </w:r>
      <w:r>
        <w:t xml:space="preserve">    (c) immorality</w:t>
      </w:r>
    </w:p>
    <w:p>
      <w:pPr>
        <w:pStyle w:val="Compact"/>
        <w:numPr>
          <w:ilvl w:val="0"/>
          <w:numId w:val="1001"/>
        </w:numPr>
      </w:pPr>
      <w:r>
        <w:rPr>
          <w:b/>
          <w:bCs/>
        </w:rPr>
        <w:t xml:space="preserve">...speaking in an authoritative voice, although</w:t>
      </w:r>
      <w:r>
        <w:rPr>
          <w:b/>
          <w:bCs/>
        </w:rPr>
        <w:t xml:space="preserve"> </w:t>
      </w:r>
      <w:r>
        <w:rPr>
          <w:b/>
          <w:bCs/>
          <w:u w:val="single"/>
        </w:rPr>
        <w:t xml:space="preserve">tempered</w:t>
      </w:r>
      <w:r>
        <w:rPr>
          <w:b/>
          <w:bCs/>
        </w:rPr>
        <w:t xml:space="preserve"> </w:t>
      </w:r>
      <w:r>
        <w:rPr>
          <w:b/>
          <w:bCs/>
        </w:rPr>
        <w:t xml:space="preserve">with respect towards the youthful clergyman whom he addressed:</w:t>
      </w:r>
      <w:r>
        <w:br/>
      </w:r>
      <w:r>
        <w:t xml:space="preserve">    (a) made more extreme</w:t>
      </w:r>
      <w:r>
        <w:br/>
      </w:r>
      <w:r>
        <w:t xml:space="preserve">    (b) louder</w:t>
      </w:r>
      <w:r>
        <w:br/>
      </w:r>
      <w:r>
        <w:t xml:space="preserve">    (c) made less extreme</w:t>
      </w:r>
    </w:p>
    <w:p>
      <w:pPr>
        <w:pStyle w:val="Compact"/>
        <w:numPr>
          <w:ilvl w:val="0"/>
          <w:numId w:val="1001"/>
        </w:numPr>
      </w:pPr>
      <w:r>
        <w:rPr>
          <w:b/>
          <w:bCs/>
        </w:rPr>
        <w:t xml:space="preserve">He bears no letter of infamy</w:t>
      </w:r>
      <w:r>
        <w:rPr>
          <w:b/>
          <w:bCs/>
        </w:rPr>
        <w:t xml:space="preserve"> </w:t>
      </w:r>
      <w:r>
        <w:rPr>
          <w:b/>
          <w:bCs/>
          <w:u w:val="single"/>
        </w:rPr>
        <w:t xml:space="preserve">wrought</w:t>
      </w:r>
      <w:r>
        <w:rPr>
          <w:b/>
          <w:bCs/>
        </w:rPr>
        <w:t xml:space="preserve"> </w:t>
      </w:r>
      <w:r>
        <w:rPr>
          <w:b/>
          <w:bCs/>
        </w:rPr>
        <w:t xml:space="preserve">into his garment, as thou dost, but I shall read it on his heart.</w:t>
      </w:r>
      <w:r>
        <w:br/>
      </w:r>
      <w:r>
        <w:t xml:space="preserve">    (a) glowing or shining</w:t>
      </w:r>
      <w:r>
        <w:br/>
      </w:r>
      <w:r>
        <w:t xml:space="preserve">    (b) erased or removed</w:t>
      </w:r>
      <w:r>
        <w:br/>
      </w:r>
      <w:r>
        <w:t xml:space="preserve">    (c) worked (decoratively crafted)</w:t>
      </w:r>
    </w:p>
    <w:p>
      <w:pPr>
        <w:pStyle w:val="Compact"/>
        <w:numPr>
          <w:ilvl w:val="0"/>
          <w:numId w:val="1001"/>
        </w:numPr>
      </w:pPr>
      <w:r>
        <w:rPr>
          <w:b/>
          <w:bCs/>
        </w:rPr>
        <w:t xml:space="preserve">Her own dress was of the coarsest materials and the most</w:t>
      </w:r>
      <w:r>
        <w:rPr>
          <w:b/>
          <w:bCs/>
        </w:rPr>
        <w:t xml:space="preserve"> </w:t>
      </w:r>
      <w:r>
        <w:rPr>
          <w:b/>
          <w:bCs/>
          <w:u w:val="single"/>
        </w:rPr>
        <w:t xml:space="preserve">sombre</w:t>
      </w:r>
      <w:r>
        <w:rPr>
          <w:b/>
          <w:bCs/>
        </w:rPr>
        <w:t xml:space="preserve"> </w:t>
      </w:r>
      <w:r>
        <w:rPr>
          <w:b/>
          <w:bCs/>
        </w:rPr>
        <w:t xml:space="preserve">hue, with only that one ornament—the scarlet letter—which it was her doom to wear.</w:t>
      </w:r>
      <w:r>
        <w:br/>
      </w:r>
      <w:r>
        <w:t xml:space="preserve">    (a) lacking brightness or color</w:t>
      </w:r>
      <w:r>
        <w:br/>
      </w:r>
      <w:r>
        <w:t xml:space="preserve">    (b) uneven or marked with spots</w:t>
      </w:r>
      <w:r>
        <w:br/>
      </w:r>
      <w:r>
        <w:t xml:space="preserve">    (c) bright (attracting attention)</w:t>
      </w:r>
    </w:p>
    <w:p>
      <w:pPr>
        <w:pStyle w:val="Compact"/>
        <w:numPr>
          <w:ilvl w:val="0"/>
          <w:numId w:val="1001"/>
        </w:numPr>
      </w:pPr>
      <w:r>
        <w:rPr>
          <w:b/>
          <w:bCs/>
        </w:rPr>
        <w:t xml:space="preserve">As the two wayfarers came within the precincts of the town, the children of the Puritans looked up from their play,—or what passed for play with those</w:t>
      </w:r>
      <w:r>
        <w:rPr>
          <w:b/>
          <w:bCs/>
        </w:rPr>
        <w:t xml:space="preserve"> </w:t>
      </w:r>
      <w:r>
        <w:rPr>
          <w:b/>
          <w:bCs/>
          <w:u w:val="single"/>
        </w:rPr>
        <w:t xml:space="preserve">sombre</w:t>
      </w:r>
      <w:r>
        <w:rPr>
          <w:b/>
          <w:bCs/>
        </w:rPr>
        <w:t xml:space="preserve"> </w:t>
      </w:r>
      <w:r>
        <w:rPr>
          <w:b/>
          <w:bCs/>
        </w:rPr>
        <w:t xml:space="preserve">little urchins—and spoke gravely one to another.</w:t>
      </w:r>
      <w:r>
        <w:br/>
      </w:r>
      <w:r>
        <w:t xml:space="preserve">    (a) unhealthy or weak</w:t>
      </w:r>
      <w:r>
        <w:br/>
      </w:r>
      <w:r>
        <w:t xml:space="preserve">    (b) disorderly or ill-behaved</w:t>
      </w:r>
      <w:r>
        <w:br/>
      </w:r>
      <w:r>
        <w:t xml:space="preserve">    (c) solemn or serious</w:t>
      </w:r>
    </w:p>
    <w:p>
      <w:pPr>
        <w:pStyle w:val="Compact"/>
        <w:numPr>
          <w:ilvl w:val="0"/>
          <w:numId w:val="1001"/>
        </w:numPr>
      </w:pPr>
      <w:r>
        <w:rPr>
          <w:b/>
          <w:bCs/>
        </w:rPr>
        <w:t xml:space="preserve">But she said it with a hesitation that did not escape the</w:t>
      </w:r>
      <w:r>
        <w:rPr>
          <w:b/>
          <w:bCs/>
        </w:rPr>
        <w:t xml:space="preserve"> </w:t>
      </w:r>
      <w:r>
        <w:rPr>
          <w:b/>
          <w:bCs/>
          <w:u w:val="single"/>
        </w:rPr>
        <w:t xml:space="preserve">acuteness</w:t>
      </w:r>
      <w:r>
        <w:rPr>
          <w:b/>
          <w:bCs/>
        </w:rPr>
        <w:t xml:space="preserve"> </w:t>
      </w:r>
      <w:r>
        <w:rPr>
          <w:b/>
          <w:bCs/>
        </w:rPr>
        <w:t xml:space="preserve">of the child.</w:t>
      </w:r>
      <w:r>
        <w:br/>
      </w:r>
      <w:r>
        <w:t xml:space="preserve">    (a) dismay (fear or distress)</w:t>
      </w:r>
      <w:r>
        <w:br/>
      </w:r>
      <w:r>
        <w:t xml:space="preserve">    (b) contentment (satisfaction)</w:t>
      </w:r>
      <w:r>
        <w:br/>
      </w:r>
      <w:r>
        <w:t xml:space="preserve">    (c) sharp perceptiveness</w:t>
      </w:r>
    </w:p>
    <w:p>
      <w:pPr>
        <w:pStyle w:val="Compact"/>
        <w:numPr>
          <w:ilvl w:val="0"/>
          <w:numId w:val="1001"/>
        </w:numPr>
      </w:pPr>
      <w:r>
        <w:rPr>
          <w:b/>
          <w:bCs/>
        </w:rPr>
        <w:t xml:space="preserve">For an instant, the gaze of the horror-stricken multitude was concentrated on the ghastly miracle; while the minister stood, with a flush of triumph in his face, as one who, in the crisis of</w:t>
      </w:r>
      <w:r>
        <w:rPr>
          <w:b/>
          <w:bCs/>
        </w:rPr>
        <w:t xml:space="preserve"> </w:t>
      </w:r>
      <w:r>
        <w:rPr>
          <w:b/>
          <w:bCs/>
          <w:u w:val="single"/>
        </w:rPr>
        <w:t xml:space="preserve">acutest</w:t>
      </w:r>
      <w:r>
        <w:rPr>
          <w:b/>
          <w:bCs/>
        </w:rPr>
        <w:t xml:space="preserve"> </w:t>
      </w:r>
      <w:r>
        <w:rPr>
          <w:b/>
          <w:bCs/>
        </w:rPr>
        <w:t xml:space="preserve">pain, had won a victory.</w:t>
      </w:r>
      <w:r>
        <w:br/>
      </w:r>
      <w:r>
        <w:t xml:space="preserve">    (a) most severe</w:t>
      </w:r>
      <w:r>
        <w:br/>
      </w:r>
      <w:r>
        <w:t xml:space="preserve">    (b) long-lasting</w:t>
      </w:r>
      <w:r>
        <w:br/>
      </w:r>
      <w:r>
        <w:t xml:space="preserve">    (c) unexpected</w:t>
      </w:r>
    </w:p>
    <w:p>
      <w:pPr>
        <w:pStyle w:val="Compact"/>
        <w:numPr>
          <w:ilvl w:val="0"/>
          <w:numId w:val="1001"/>
        </w:numPr>
      </w:pPr>
      <w:r>
        <w:rPr>
          <w:b/>
          <w:bCs/>
        </w:rPr>
        <w:t xml:space="preserve">As the two wayfarers came within the precincts of the town, the children of the</w:t>
      </w:r>
      <w:r>
        <w:rPr>
          <w:b/>
          <w:bCs/>
        </w:rPr>
        <w:t xml:space="preserve"> </w:t>
      </w:r>
      <w:r>
        <w:rPr>
          <w:b/>
          <w:bCs/>
          <w:u w:val="single"/>
        </w:rPr>
        <w:t xml:space="preserve">Puritans</w:t>
      </w:r>
      <w:r>
        <w:rPr>
          <w:b/>
          <w:bCs/>
        </w:rPr>
        <w:t xml:space="preserve"> </w:t>
      </w:r>
      <w:r>
        <w:rPr>
          <w:b/>
          <w:bCs/>
        </w:rPr>
        <w:t xml:space="preserve">looked up from their play,—or what passed for play with those sombre little urchins—and spoke gravely one to another.</w:t>
      </w:r>
      <w:r>
        <w:br/>
      </w:r>
      <w:r>
        <w:t xml:space="preserve">    (a) Protestant group known for the acronym SPICES</w:t>
      </w:r>
      <w:r>
        <w:br/>
      </w:r>
      <w:r>
        <w:t xml:space="preserve">    (b) Religious group known for conquering the Aztecs</w:t>
      </w:r>
      <w:r>
        <w:br/>
      </w:r>
      <w:r>
        <w:t xml:space="preserve">    (c) Protestant group known stressing duty above pleasure</w:t>
      </w:r>
    </w:p>
    <w:p>
      <w:pPr>
        <w:pStyle w:val="Compact"/>
        <w:numPr>
          <w:ilvl w:val="0"/>
          <w:numId w:val="1001"/>
        </w:numPr>
      </w:pPr>
      <w:r>
        <w:rPr>
          <w:b/>
          <w:bCs/>
        </w:rPr>
        <w:t xml:space="preserve">This idea was</w:t>
      </w:r>
      <w:r>
        <w:rPr>
          <w:b/>
          <w:bCs/>
        </w:rPr>
        <w:t xml:space="preserve"> </w:t>
      </w:r>
      <w:r>
        <w:rPr>
          <w:b/>
          <w:bCs/>
          <w:u w:val="single"/>
        </w:rPr>
        <w:t xml:space="preserve">countenanced</w:t>
      </w:r>
      <w:r>
        <w:rPr>
          <w:b/>
          <w:bCs/>
        </w:rPr>
        <w:t xml:space="preserve"> </w:t>
      </w:r>
      <w:r>
        <w:rPr>
          <w:b/>
          <w:bCs/>
        </w:rPr>
        <w:t xml:space="preserve">by the strong interest which the physician ever manifested in the young clergyman; he attached himself to him as a parishioner, and sought to win a friendly regard and confidence from his naturally reserved sensibility.</w:t>
      </w:r>
      <w:r>
        <w:br/>
      </w:r>
      <w:r>
        <w:t xml:space="preserve">    (a) given support</w:t>
      </w:r>
      <w:r>
        <w:br/>
      </w:r>
      <w:r>
        <w:t xml:space="preserve">    (b) criticized</w:t>
      </w:r>
      <w:r>
        <w:br/>
      </w:r>
      <w:r>
        <w:t xml:space="preserve">    (c) debated</w:t>
      </w:r>
    </w:p>
    <w:p>
      <w:pPr>
        <w:pStyle w:val="Compact"/>
        <w:numPr>
          <w:ilvl w:val="0"/>
          <w:numId w:val="1001"/>
        </w:numPr>
      </w:pPr>
      <w:r>
        <w:rPr>
          <w:b/>
          <w:bCs/>
        </w:rPr>
        <w:t xml:space="preserve">Old Roger Chillingworth knelt down beside him, with a blank, dull</w:t>
      </w:r>
      <w:r>
        <w:rPr>
          <w:b/>
          <w:bCs/>
        </w:rPr>
        <w:t xml:space="preserve"> </w:t>
      </w:r>
      <w:r>
        <w:rPr>
          <w:b/>
          <w:bCs/>
          <w:u w:val="single"/>
        </w:rPr>
        <w:t xml:space="preserve">countenance</w:t>
      </w:r>
      <w:r>
        <w:rPr>
          <w:b/>
          <w:bCs/>
        </w:rPr>
        <w:t xml:space="preserve">, out of which the life seemed to have departed.</w:t>
      </w:r>
      <w:r>
        <w:br/>
      </w:r>
      <w:r>
        <w:t xml:space="preserve">    (a) jacket</w:t>
      </w:r>
      <w:r>
        <w:br/>
      </w:r>
      <w:r>
        <w:t xml:space="preserve">    (b) tone-of-voice</w:t>
      </w:r>
      <w:r>
        <w:br/>
      </w:r>
      <w:r>
        <w:t xml:space="preserve">    (c) facial expression</w:t>
      </w:r>
    </w:p>
    <w:p>
      <w:pPr>
        <w:pStyle w:val="Compact"/>
        <w:numPr>
          <w:ilvl w:val="0"/>
          <w:numId w:val="1001"/>
        </w:numPr>
      </w:pPr>
      <w:r>
        <w:rPr>
          <w:b/>
          <w:bCs/>
        </w:rPr>
        <w:t xml:space="preserve">I thank you, and can but</w:t>
      </w:r>
      <w:r>
        <w:rPr>
          <w:b/>
          <w:bCs/>
        </w:rPr>
        <w:t xml:space="preserve"> </w:t>
      </w:r>
      <w:r>
        <w:rPr>
          <w:b/>
          <w:bCs/>
          <w:u w:val="single"/>
        </w:rPr>
        <w:t xml:space="preserve">requite</w:t>
      </w:r>
      <w:r>
        <w:rPr>
          <w:b/>
          <w:bCs/>
        </w:rPr>
        <w:t xml:space="preserve"> </w:t>
      </w:r>
      <w:r>
        <w:rPr>
          <w:b/>
          <w:bCs/>
        </w:rPr>
        <w:t xml:space="preserve">your good deeds with my prayers.</w:t>
      </w:r>
      <w:r>
        <w:br/>
      </w:r>
      <w:r>
        <w:t xml:space="preserve">    (a) pray for</w:t>
      </w:r>
      <w:r>
        <w:br/>
      </w:r>
      <w:r>
        <w:t xml:space="preserve">    (b) hope</w:t>
      </w:r>
      <w:r>
        <w:br/>
      </w:r>
      <w:r>
        <w:t xml:space="preserve">    (c) repay</w:t>
      </w:r>
    </w:p>
    <w:p>
      <w:pPr>
        <w:pStyle w:val="Compact"/>
        <w:numPr>
          <w:ilvl w:val="0"/>
          <w:numId w:val="1001"/>
        </w:numPr>
      </w:pPr>
      <w:r>
        <w:rPr>
          <w:b/>
          <w:bCs/>
        </w:rPr>
        <w:t xml:space="preserve">undergoing stern question before a</w:t>
      </w:r>
      <w:r>
        <w:rPr>
          <w:b/>
          <w:bCs/>
        </w:rPr>
        <w:t xml:space="preserve"> </w:t>
      </w:r>
      <w:r>
        <w:rPr>
          <w:b/>
          <w:bCs/>
          <w:u w:val="single"/>
        </w:rPr>
        <w:t xml:space="preserve">magistrate</w:t>
      </w:r>
      <w:r>
        <w:br/>
      </w:r>
      <w:r>
        <w:t xml:space="preserve">    (a) judge</w:t>
      </w:r>
      <w:r>
        <w:br/>
      </w:r>
      <w:r>
        <w:t xml:space="preserve">    (b) police officer</w:t>
      </w:r>
      <w:r>
        <w:br/>
      </w:r>
      <w:r>
        <w:t xml:space="preserve">    (c) employer</w:t>
      </w:r>
    </w:p>
    <w:p>
      <w:pPr>
        <w:pStyle w:val="Compact"/>
        <w:numPr>
          <w:ilvl w:val="0"/>
          <w:numId w:val="1001"/>
        </w:numPr>
      </w:pPr>
      <w:r>
        <w:rPr>
          <w:b/>
          <w:bCs/>
        </w:rPr>
        <w:t xml:space="preserve">They had fortitude and self-reliance, and in time of difficulty or peril stood up for the welfare of the state like a line of cliffs against a</w:t>
      </w:r>
      <w:r>
        <w:rPr>
          <w:b/>
          <w:bCs/>
        </w:rPr>
        <w:t xml:space="preserve"> </w:t>
      </w:r>
      <w:r>
        <w:rPr>
          <w:b/>
          <w:bCs/>
          <w:u w:val="single"/>
        </w:rPr>
        <w:t xml:space="preserve">tempestuous</w:t>
      </w:r>
      <w:r>
        <w:rPr>
          <w:b/>
          <w:bCs/>
        </w:rPr>
        <w:t xml:space="preserve"> </w:t>
      </w:r>
      <w:r>
        <w:rPr>
          <w:b/>
          <w:bCs/>
        </w:rPr>
        <w:t xml:space="preserve">tide.</w:t>
      </w:r>
      <w:r>
        <w:br/>
      </w:r>
      <w:r>
        <w:t xml:space="preserve">    (a) violently turbulent</w:t>
      </w:r>
      <w:r>
        <w:br/>
      </w:r>
      <w:r>
        <w:t xml:space="preserve">    (b) rushing</w:t>
      </w:r>
      <w:r>
        <w:br/>
      </w:r>
      <w:r>
        <w:t xml:space="preserve">    (c) high</w:t>
      </w:r>
    </w:p>
    <w:p>
      <w:pPr>
        <w:pStyle w:val="Compact"/>
        <w:numPr>
          <w:ilvl w:val="0"/>
          <w:numId w:val="1001"/>
        </w:numPr>
      </w:pPr>
      <w:r>
        <w:rPr>
          <w:b/>
          <w:bCs/>
        </w:rPr>
        <w:t xml:space="preserve">It is not for me to talk lightly of a learned and</w:t>
      </w:r>
      <w:r>
        <w:rPr>
          <w:b/>
          <w:bCs/>
        </w:rPr>
        <w:t xml:space="preserve"> </w:t>
      </w:r>
      <w:r>
        <w:rPr>
          <w:b/>
          <w:bCs/>
          <w:u w:val="single"/>
        </w:rPr>
        <w:t xml:space="preserve">pious</w:t>
      </w:r>
      <w:r>
        <w:rPr>
          <w:b/>
          <w:bCs/>
        </w:rPr>
        <w:t xml:space="preserve"> </w:t>
      </w:r>
      <w:r>
        <w:rPr>
          <w:b/>
          <w:bCs/>
        </w:rPr>
        <w:t xml:space="preserve">minister of the Word, like the Reverend Mr. Dimmesdale.</w:t>
      </w:r>
      <w:r>
        <w:br/>
      </w:r>
      <w:r>
        <w:t xml:space="preserve">    (a) highly intelligent</w:t>
      </w:r>
      <w:r>
        <w:br/>
      </w:r>
      <w:r>
        <w:t xml:space="preserve">    (b) highly religious</w:t>
      </w:r>
      <w:r>
        <w:br/>
      </w:r>
      <w:r>
        <w:t xml:space="preserve">    (c) highly respected</w:t>
      </w:r>
    </w:p>
    <w:p>
      <w:pPr>
        <w:pStyle w:val="Compact"/>
        <w:numPr>
          <w:ilvl w:val="0"/>
          <w:numId w:val="1001"/>
        </w:numPr>
      </w:pPr>
      <w:r>
        <w:rPr>
          <w:b/>
          <w:bCs/>
        </w:rPr>
        <w:t xml:space="preserve">What imagination would have been irreverent enough to surmise that the same scorching</w:t>
      </w:r>
      <w:r>
        <w:rPr>
          <w:b/>
          <w:bCs/>
        </w:rPr>
        <w:t xml:space="preserve"> </w:t>
      </w:r>
      <w:r>
        <w:rPr>
          <w:b/>
          <w:bCs/>
          <w:u w:val="single"/>
        </w:rPr>
        <w:t xml:space="preserve">stigma</w:t>
      </w:r>
      <w:r>
        <w:rPr>
          <w:b/>
          <w:bCs/>
        </w:rPr>
        <w:t xml:space="preserve"> </w:t>
      </w:r>
      <w:r>
        <w:rPr>
          <w:b/>
          <w:bCs/>
        </w:rPr>
        <w:t xml:space="preserve">was on them both!</w:t>
      </w:r>
      <w:r>
        <w:br/>
      </w:r>
      <w:r>
        <w:t xml:space="preserve">    (a) embers from a fire</w:t>
      </w:r>
      <w:r>
        <w:br/>
      </w:r>
      <w:r>
        <w:t xml:space="preserve">    (b) bright burning sunlight</w:t>
      </w:r>
      <w:r>
        <w:br/>
      </w:r>
      <w:r>
        <w:t xml:space="preserve">    (c) mark of societal disapproval</w:t>
      </w:r>
    </w:p>
    <w:p>
      <w:pPr>
        <w:pStyle w:val="Compact"/>
        <w:numPr>
          <w:ilvl w:val="0"/>
          <w:numId w:val="1001"/>
        </w:numPr>
      </w:pPr>
      <w:r>
        <w:rPr>
          <w:b/>
          <w:bCs/>
        </w:rPr>
        <w:t xml:space="preserve">The men of rank and dignity, who stood more immediately around the clergyman, were so taken by surprise, and so perplexed as to the</w:t>
      </w:r>
      <w:r>
        <w:rPr>
          <w:b/>
          <w:bCs/>
        </w:rPr>
        <w:t xml:space="preserve"> </w:t>
      </w:r>
      <w:r>
        <w:rPr>
          <w:b/>
          <w:bCs/>
          <w:u w:val="single"/>
        </w:rPr>
        <w:t xml:space="preserve">purport</w:t>
      </w:r>
      <w:r>
        <w:rPr>
          <w:b/>
          <w:bCs/>
        </w:rPr>
        <w:t xml:space="preserve"> </w:t>
      </w:r>
      <w:r>
        <w:rPr>
          <w:b/>
          <w:bCs/>
        </w:rPr>
        <w:t xml:space="preserve">of what they saw—unable to receive the explanation which most readily presented itself, or to imagine any other—that they remained silent and inactive spectators of the judgement which Providence seemed about to work.</w:t>
      </w:r>
      <w:r>
        <w:br/>
      </w:r>
      <w:r>
        <w:t xml:space="preserve">    (a) companion</w:t>
      </w:r>
      <w:r>
        <w:br/>
      </w:r>
      <w:r>
        <w:t xml:space="preserve">    (b) seriousness</w:t>
      </w:r>
      <w:r>
        <w:br/>
      </w:r>
      <w:r>
        <w:t xml:space="preserve">    (c) meaning</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2026-07-31T14:15:46Z</dcterms:created>
  <dcterms:modified xsi:type="dcterms:W3CDTF">2026-07-31T14:15:46Z</dcterms:modified>
</cp:coreProperties>
</file>

<file path=docProps/custom.xml><?xml version="1.0" encoding="utf-8"?>
<Properties xmlns="http://schemas.openxmlformats.org/officeDocument/2006/custom-properties" xmlns:vt="http://schemas.openxmlformats.org/officeDocument/2006/docPropsVTypes"/>
</file>