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4a5c25170507aa0bee7edd89eaa8849d3d2c25"/>
    <w:p>
      <w:pPr>
        <w:pStyle w:val="Heading1"/>
      </w:pPr>
      <w:r>
        <w:rPr>
          <w:b/>
          <w:bCs/>
        </w:rPr>
        <w:t xml:space="preserve">The Scarlet Ibis</w:t>
      </w:r>
      <w:r>
        <w:br/>
      </w:r>
      <w:r>
        <w:rPr>
          <w:i/>
          <w:iCs/>
        </w:rPr>
        <w:t xml:space="preserve">James Hurst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Peter was ready to go to sleep, the peacock spread his magnificent tail, enfolding the boy gently like a closing go-to-sleep flower, burying him in the gloriously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iridescent</w:t>
      </w:r>
      <w:r>
        <w:rPr>
          <w:b/>
          <w:bCs/>
        </w:rPr>
        <w:t xml:space="preserve">, rustling vortex.</w:t>
      </w:r>
      <w:r>
        <w:br/>
      </w:r>
      <w:r>
        <w:t xml:space="preserve">    (a) serving to help explain or demonstrate something</w:t>
      </w:r>
      <w:r>
        <w:br/>
      </w:r>
      <w:r>
        <w:t xml:space="preserve">    (b) something added to food to keep it from spoiling</w:t>
      </w:r>
      <w:r>
        <w:br/>
      </w:r>
      <w:r>
        <w:t xml:space="preserve">    (c) bright colors that shimmer or vary with movement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course, I was old enough to know this wouldn't work out, but the picture he painted was so beautiful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serene</w:t>
      </w:r>
      <w:r>
        <w:rPr>
          <w:b/>
          <w:bCs/>
        </w:rPr>
        <w:t xml:space="preserve"> </w:t>
      </w:r>
      <w:r>
        <w:rPr>
          <w:b/>
          <w:bCs/>
        </w:rPr>
        <w:t xml:space="preserve">that all I could do was whisper yes, yes.</w:t>
      </w:r>
      <w:r>
        <w:br/>
      </w:r>
      <w:r>
        <w:t xml:space="preserve">    (a) not straightforward</w:t>
      </w:r>
      <w:r>
        <w:br/>
      </w:r>
      <w:r>
        <w:t xml:space="preserve">    (b) not done on purpose</w:t>
      </w:r>
      <w:r>
        <w:br/>
      </w:r>
      <w:r>
        <w:t xml:space="preserve">    (c) calm and untroubled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Cotton bolls were wrenched from the stalks and lay like green walnuts in the valleys between the rows, while the cornfield leaned over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uniformly</w:t>
      </w:r>
      <w:r>
        <w:rPr>
          <w:b/>
          <w:bCs/>
        </w:rPr>
        <w:t xml:space="preserve"> </w:t>
      </w:r>
      <w:r>
        <w:rPr>
          <w:b/>
          <w:bCs/>
        </w:rPr>
        <w:t xml:space="preserve">so that the tassels touched the ground.</w:t>
      </w:r>
      <w:r>
        <w:br/>
      </w:r>
      <w:r>
        <w:t xml:space="preserve">    (a) in a manner that is consistent (the same in some way)</w:t>
      </w:r>
      <w:r>
        <w:br/>
      </w:r>
      <w:r>
        <w:t xml:space="preserve">    (b) in a manner that is clear, so it is easily understood</w:t>
      </w:r>
      <w:r>
        <w:br/>
      </w:r>
      <w:r>
        <w:t xml:space="preserve">    (c) in a manner that is able to be promised or guaranteed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Doodle stopped eating, with a piece of bread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poised</w:t>
      </w:r>
      <w:r>
        <w:rPr>
          <w:b/>
          <w:bCs/>
        </w:rPr>
        <w:t xml:space="preserve"> </w:t>
      </w:r>
      <w:r>
        <w:rPr>
          <w:b/>
          <w:bCs/>
        </w:rPr>
        <w:t xml:space="preserve">ready for his mouth, his eyes popped round like two blue buttons.</w:t>
      </w:r>
      <w:r>
        <w:br/>
      </w:r>
      <w:r>
        <w:t xml:space="preserve">    (a) removed or suppressed something considered obscene, immoral, or politically unacceptable</w:t>
      </w:r>
      <w:r>
        <w:br/>
      </w:r>
      <w:r>
        <w:t xml:space="preserve">    (b) calm, confident, and in control—especially in movement, behavior, or when ready to act</w:t>
      </w:r>
      <w:r>
        <w:br/>
      </w:r>
      <w:r>
        <w:t xml:space="preserve">    (c) without a personal preference; or without any tendency to move in a particular direction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topmost branch a bird the size of a chicken, with scarlet feathers and long legs, was perched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precariously</w:t>
      </w:r>
      <w:r>
        <w:rPr>
          <w:b/>
          <w:bCs/>
        </w:rPr>
        <w:t xml:space="preserve">.</w:t>
      </w:r>
      <w:r>
        <w:br/>
      </w:r>
      <w:r>
        <w:t xml:space="preserve">    (a) in a manner that is poisonous</w:t>
      </w:r>
      <w:r>
        <w:br/>
      </w:r>
      <w:r>
        <w:t xml:space="preserve">    (b) primarily or most importantly</w:t>
      </w:r>
      <w:r>
        <w:br/>
      </w:r>
      <w:r>
        <w:t xml:space="preserve">    (c) in an unsafe or unsure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pale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lingered</w:t>
      </w:r>
      <w:r>
        <w:rPr>
          <w:b/>
          <w:bCs/>
        </w:rPr>
        <w:t xml:space="preserve"> </w:t>
      </w:r>
      <w:r>
        <w:rPr>
          <w:b/>
          <w:bCs/>
        </w:rPr>
        <w:t xml:space="preserve">just inside the screen door.</w:t>
      </w:r>
      <w:r>
        <w:br/>
      </w:r>
      <w:r>
        <w:t xml:space="preserve">    (a) people of the second most populous denomination of Islam (over 10%)</w:t>
      </w:r>
      <w:r>
        <w:br/>
      </w:r>
      <w:r>
        <w:t xml:space="preserve">    (b) to remain in a place or situation longer than necessary or expected</w:t>
      </w:r>
      <w:r>
        <w:br/>
      </w:r>
      <w:r>
        <w:t xml:space="preserve">    (c) a serious intestinal infection caused by contaminated food or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 long, long time, it seemed forever, I lay there crying, sheltering my fallen scarlet ibis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heresy</w:t>
      </w:r>
      <w:r>
        <w:rPr>
          <w:b/>
          <w:bCs/>
        </w:rPr>
        <w:t xml:space="preserve"> </w:t>
      </w:r>
      <w:r>
        <w:rPr>
          <w:b/>
          <w:bCs/>
        </w:rPr>
        <w:t xml:space="preserve">of rain.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opinions or actions most people consider immoral</w:t>
      </w:r>
      <w:r>
        <w:br/>
      </w:r>
      <w:r>
        <w:t xml:space="preserve">    (c) a general feeling of not being as good as others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2026-07-31T19:11:12Z</dcterms:created>
  <dcterms:modified xsi:type="dcterms:W3CDTF">2026-07-31T19:11:12Z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