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20dc3d44bf7b4f3832d74d5733c909c40e7a22c"/>
    <w:p>
      <w:pPr>
        <w:pStyle w:val="Heading1"/>
      </w:pPr>
      <w:r>
        <w:rPr>
          <w:b/>
          <w:bCs/>
        </w:rPr>
        <w:t xml:space="preserve">The Road</w:t>
      </w:r>
      <w:r>
        <w:br/>
      </w:r>
      <w:r>
        <w:rPr>
          <w:i/>
          <w:iCs/>
        </w:rPr>
        <w:t xml:space="preserve">Cormac McCarthy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he just sat there holding the binoculars and watching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ashen</w:t>
      </w:r>
      <w:r>
        <w:rPr>
          <w:b/>
          <w:bCs/>
        </w:rPr>
        <w:t xml:space="preserve"> </w:t>
      </w:r>
      <w:r>
        <w:rPr>
          <w:b/>
          <w:bCs/>
        </w:rPr>
        <w:t xml:space="preserve">daylight congeal over the land.</w:t>
      </w:r>
      <w:r>
        <w:br/>
      </w:r>
      <w:r>
        <w:t xml:space="preserve">    (a) very pale</w:t>
      </w:r>
      <w:r>
        <w:br/>
      </w:r>
      <w:r>
        <w:t xml:space="preserve">    (b) dangerous</w:t>
      </w:r>
      <w:r>
        <w:br/>
      </w:r>
      <w:r>
        <w:t xml:space="preserve">    (c) bent down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ashes of the late world carried on the bleak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temporal</w:t>
      </w:r>
      <w:r>
        <w:rPr>
          <w:b/>
          <w:bCs/>
        </w:rPr>
        <w:t xml:space="preserve"> </w:t>
      </w:r>
      <w:r>
        <w:rPr>
          <w:b/>
          <w:bCs/>
        </w:rPr>
        <w:t xml:space="preserve">winds to and fro in the void.</w:t>
      </w:r>
      <w:r>
        <w:br/>
      </w:r>
      <w:r>
        <w:t xml:space="preserve">    (a) the state of emitting a stream of particles due to nuclear decay</w:t>
      </w:r>
      <w:r>
        <w:br/>
      </w:r>
      <w:r>
        <w:t xml:space="preserve">    (b) the state of being capable of thought, self-reflection, and will</w:t>
      </w:r>
      <w:r>
        <w:br/>
      </w:r>
      <w:r>
        <w:t xml:space="preserve">    (c) earthly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 fall but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preceded</w:t>
      </w:r>
      <w:r>
        <w:rPr>
          <w:b/>
          <w:bCs/>
        </w:rPr>
        <w:t xml:space="preserve"> </w:t>
      </w:r>
      <w:r>
        <w:rPr>
          <w:b/>
          <w:bCs/>
        </w:rPr>
        <w:t xml:space="preserve">by a declination.</w:t>
      </w:r>
      <w:r>
        <w:br/>
      </w:r>
      <w:r>
        <w:t xml:space="preserve">    (a) went or was before</w:t>
      </w:r>
      <w:r>
        <w:br/>
      </w:r>
      <w:r>
        <w:t xml:space="preserve">    (b) wrongly understood</w:t>
      </w:r>
      <w:r>
        <w:br/>
      </w:r>
      <w:r>
        <w:t xml:space="preserve">    (c) influenced opinion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said the right dreams for a man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peril</w:t>
      </w:r>
      <w:r>
        <w:rPr>
          <w:b/>
          <w:bCs/>
        </w:rPr>
        <w:t xml:space="preserve"> </w:t>
      </w:r>
      <w:r>
        <w:rPr>
          <w:b/>
          <w:bCs/>
        </w:rPr>
        <w:t xml:space="preserve">were dreams of peril and all else was the call of langilor and of death.</w:t>
      </w:r>
      <w:r>
        <w:br/>
      </w:r>
      <w:r>
        <w:t xml:space="preserve">    (a) danger</w:t>
      </w:r>
      <w:r>
        <w:br/>
      </w:r>
      <w:r>
        <w:t xml:space="preserve">    (b) allows</w:t>
      </w:r>
      <w:r>
        <w:br/>
      </w:r>
      <w:r>
        <w:t xml:space="preserve">    (c) useful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produce section in the bottom of the bins they found a few ancient runner beans and what looked to have once been apricots, long dried to wrinkled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effigies</w:t>
      </w:r>
      <w:r>
        <w:rPr>
          <w:b/>
          <w:bCs/>
        </w:rPr>
        <w:t xml:space="preserve"> </w:t>
      </w:r>
      <w:r>
        <w:rPr>
          <w:b/>
          <w:bCs/>
        </w:rPr>
        <w:t xml:space="preserve">of themselves.</w:t>
      </w:r>
      <w:r>
        <w:br/>
      </w:r>
      <w:r>
        <w:t xml:space="preserve">    (a) drugs that calm or put to sleep</w:t>
      </w:r>
      <w:r>
        <w:br/>
      </w:r>
      <w:r>
        <w:t xml:space="preserve">    (b) models or other representations</w:t>
      </w:r>
      <w:r>
        <w:br/>
      </w:r>
      <w:r>
        <w:t xml:space="preserve">    (c) indications or small quantities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long concrete sweeps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interstate</w:t>
      </w:r>
      <w:r>
        <w:rPr>
          <w:b/>
          <w:bCs/>
        </w:rPr>
        <w:t xml:space="preserve"> </w:t>
      </w:r>
      <w:r>
        <w:rPr>
          <w:b/>
          <w:bCs/>
        </w:rPr>
        <w:t xml:space="preserve">exchanges like the ruins of a vast funhouse against the distant murk.</w:t>
      </w:r>
      <w:r>
        <w:br/>
      </w:r>
      <w:r>
        <w:t xml:space="preserve">    (a) the result of numerical division (if 8 divided by 4 = 2, then 8 can be described as the dividend, 4 as the divisor, and 2 as the quotient)</w:t>
      </w:r>
      <w:r>
        <w:br/>
      </w:r>
      <w:r>
        <w:t xml:space="preserve">    (b) freeway, or highway that runs between states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relating to the mutual relations between states -- especially of the United States</w:t>
      </w:r>
      <w:r>
        <w:br/>
      </w:r>
      <w:r>
        <w:t xml:space="preserve">    (c)</w:t>
      </w:r>
      <w:r>
        <w:t xml:space="preserve"> </w:t>
      </w:r>
      <w:r>
        <w:rPr>
          <w:u w:val="single"/>
        </w:rPr>
        <w:t xml:space="preserve">n</w:t>
      </w:r>
      <w:r>
        <w:t xml:space="preserve">on-</w:t>
      </w:r>
      <w:r>
        <w:rPr>
          <w:u w:val="single"/>
        </w:rPr>
        <w:t xml:space="preserve">g</w:t>
      </w:r>
      <w:r>
        <w:t xml:space="preserve">overnmental</w:t>
      </w:r>
      <w:r>
        <w:t xml:space="preserve"> </w:t>
      </w:r>
      <w:r>
        <w:rPr>
          <w:u w:val="single"/>
        </w:rPr>
        <w:t xml:space="preserve">o</w:t>
      </w:r>
      <w:r>
        <w:t xml:space="preserve">rganization (private, non-profit organization working for member goals at the international level)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flesh cloven along the bones, the ligaments dried to tug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taut</w:t>
      </w:r>
      <w:r>
        <w:rPr>
          <w:b/>
          <w:bCs/>
        </w:rPr>
        <w:t xml:space="preserve"> </w:t>
      </w:r>
      <w:r>
        <w:rPr>
          <w:b/>
          <w:bCs/>
        </w:rPr>
        <w:t xml:space="preserve">as wires.</w:t>
      </w:r>
      <w:r>
        <w:br/>
      </w:r>
      <w:r>
        <w:t xml:space="preserve">    (a) relating to logical examination to improve understanding</w:t>
      </w:r>
      <w:r>
        <w:br/>
      </w:r>
      <w:r>
        <w:t xml:space="preserve">    (b) the state or degree of being pessimistic or disagreeable</w:t>
      </w:r>
      <w:r>
        <w:br/>
      </w:r>
      <w:r>
        <w:t xml:space="preserve">    (c) pulled or drawn tight;</w:t>
      </w:r>
      <w:r>
        <w:br/>
      </w:r>
      <w:r>
        <w:t xml:space="preserve">or: subjected to great tension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walked out through the woods to where they'd left the cart. It was still lying there but it had been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plundered</w:t>
      </w:r>
      <w:r>
        <w:rPr>
          <w:b/>
          <w:bCs/>
        </w:rPr>
        <w:t xml:space="preserve">.</w:t>
      </w:r>
      <w:r>
        <w:br/>
      </w:r>
      <w:r>
        <w:t xml:space="preserve">    (a) calculated or judged too low</w:t>
      </w:r>
      <w:r>
        <w:br/>
      </w:r>
      <w:r>
        <w:t xml:space="preserve">    (b) stolen from (things of value had been stolen from the cart)</w:t>
      </w:r>
      <w:r>
        <w:br/>
      </w:r>
      <w:r>
        <w:t xml:space="preserve">    (c) not judged in a negative way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night they camped in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ravine</w:t>
      </w:r>
      <w:r>
        <w:rPr>
          <w:b/>
          <w:bCs/>
        </w:rPr>
        <w:t xml:space="preserve"> </w:t>
      </w:r>
      <w:r>
        <w:rPr>
          <w:b/>
          <w:bCs/>
        </w:rPr>
        <w:t xml:space="preserve">and built a fire against a small stone bluff and ate their last tin of food.</w:t>
      </w:r>
      <w:r>
        <w:br/>
      </w:r>
      <w:r>
        <w:t xml:space="preserve">    (a) deep, narrow, steep-sided valley</w:t>
      </w:r>
      <w:r>
        <w:br/>
      </w:r>
      <w:r>
        <w:t xml:space="preserve">    (b) another battle with the same foe</w:t>
      </w:r>
      <w:r>
        <w:br/>
      </w:r>
      <w:r>
        <w:t xml:space="preserve">    (c) describing someone as antisocial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sat studying the twisted matrix of routes in red and black with his finger at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junction</w:t>
      </w:r>
      <w:r>
        <w:rPr>
          <w:b/>
          <w:bCs/>
        </w:rPr>
        <w:t xml:space="preserve"> </w:t>
      </w:r>
      <w:r>
        <w:rPr>
          <w:b/>
          <w:bCs/>
        </w:rPr>
        <w:t xml:space="preserve">where he thought that they might be.</w:t>
      </w:r>
      <w:r>
        <w:br/>
      </w:r>
      <w:r>
        <w:t xml:space="preserve">    (a) a central open space in a building</w:t>
      </w:r>
      <w:r>
        <w:br/>
      </w:r>
      <w:r>
        <w:t xml:space="preserve">    (b) place where roads come together</w:t>
      </w:r>
      <w:r>
        <w:br/>
      </w:r>
      <w:r>
        <w:t xml:space="preserve">    (c) particles emitted by nuclear decay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tried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coax</w:t>
      </w:r>
      <w:r>
        <w:rPr>
          <w:b/>
          <w:bCs/>
        </w:rPr>
        <w:t xml:space="preserve"> </w:t>
      </w:r>
      <w:r>
        <w:rPr>
          <w:b/>
          <w:bCs/>
        </w:rPr>
        <w:t xml:space="preserve">it to come but it would not.</w:t>
      </w:r>
      <w:r>
        <w:br/>
      </w:r>
      <w:r>
        <w:t xml:space="preserve">    (a) try to obtain a result through gentle and careful effort -- often gentle persuasion</w:t>
      </w:r>
      <w:r>
        <w:br/>
      </w:r>
      <w:r>
        <w:t xml:space="preserve">    (b) give authority, power, knowledge, or confidence to someone so they can do something</w:t>
      </w:r>
      <w:r>
        <w:br/>
      </w:r>
      <w:r>
        <w:t xml:space="preserve">    (c) to think of something as true or likely, even though it is not known with certainty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Runic slogans,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creeds</w:t>
      </w:r>
      <w:r>
        <w:rPr>
          <w:b/>
          <w:bCs/>
        </w:rPr>
        <w:t xml:space="preserve"> </w:t>
      </w:r>
      <w:r>
        <w:rPr>
          <w:b/>
          <w:bCs/>
        </w:rPr>
        <w:t xml:space="preserve">misspelled.</w:t>
      </w:r>
      <w:r>
        <w:br/>
      </w:r>
      <w:r>
        <w:t xml:space="preserve">    (a) statements of belief</w:t>
      </w:r>
      <w:r>
        <w:br/>
      </w:r>
      <w:r>
        <w:t xml:space="preserve">    (b) people related by blood or marriage</w:t>
      </w:r>
      <w:r>
        <w:br/>
      </w:r>
      <w:r>
        <w:t xml:space="preserve">    (c) instances of surrounding conditions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feet were still wrapped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remnants</w:t>
      </w:r>
      <w:r>
        <w:rPr>
          <w:b/>
          <w:bCs/>
        </w:rPr>
        <w:t xml:space="preserve"> </w:t>
      </w:r>
      <w:r>
        <w:rPr>
          <w:b/>
          <w:bCs/>
        </w:rPr>
        <w:t xml:space="preserve">of the coat and the shreds of tarp and...</w:t>
      </w:r>
      <w:r>
        <w:br/>
      </w:r>
      <w:r>
        <w:t xml:space="preserve">    (a) small amounts that remains after the rest is gone</w:t>
      </w:r>
      <w:r>
        <w:br/>
      </w:r>
      <w:r>
        <w:t xml:space="preserve">    (b) people who do not believe in the existence of god</w:t>
      </w:r>
      <w:r>
        <w:br/>
      </w:r>
      <w:r>
        <w:t xml:space="preserve">    (c) most important; or people that are most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Finally he rose and went to the table and hooked up the little two burner gas stove and lit it and got out a frying pan and a kettle and opened the plastic box of kitchen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implements</w:t>
      </w:r>
      <w:r>
        <w:rPr>
          <w:b/>
          <w:bCs/>
        </w:rPr>
        <w:t xml:space="preserve">.</w:t>
      </w:r>
      <w:r>
        <w:br/>
      </w:r>
      <w:r>
        <w:t xml:space="preserve">    (a) small tools or other useful object</w:t>
      </w:r>
      <w:r>
        <w:br/>
      </w:r>
      <w:r>
        <w:t xml:space="preserve">    (b) instances of surrounding conditions</w:t>
      </w:r>
      <w:r>
        <w:br/>
      </w:r>
      <w:r>
        <w:t xml:space="preserve">    (c) creates, starts, or sets in a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ate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sumptuous</w:t>
      </w:r>
      <w:r>
        <w:rPr>
          <w:b/>
          <w:bCs/>
        </w:rPr>
        <w:t xml:space="preserve"> </w:t>
      </w:r>
      <w:r>
        <w:rPr>
          <w:b/>
          <w:bCs/>
        </w:rPr>
        <w:t xml:space="preserve">meal by candlelight.</w:t>
      </w:r>
      <w:r>
        <w:br/>
      </w:r>
      <w:r>
        <w:t xml:space="preserve">    (a) magnificent (impressively wonderful) -- often indicating something expensive</w:t>
      </w:r>
      <w:r>
        <w:br/>
      </w:r>
      <w:r>
        <w:t xml:space="preserve">    (b) the state or degree of having the ability to change for different situations</w:t>
      </w:r>
      <w:r>
        <w:br/>
      </w:r>
      <w:r>
        <w:t xml:space="preserve">    (c) the quality of behaving in an instinctive, uninhibited, and unplanned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were crossing the broad coastal plain where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secular</w:t>
      </w:r>
      <w:r>
        <w:rPr>
          <w:b/>
          <w:bCs/>
        </w:rPr>
        <w:t xml:space="preserve"> </w:t>
      </w:r>
      <w:r>
        <w:rPr>
          <w:b/>
          <w:bCs/>
        </w:rPr>
        <w:t xml:space="preserve">winds drove them in howling clouds of ash to find shelter where they could.</w:t>
      </w:r>
      <w:r>
        <w:br/>
      </w:r>
      <w:r>
        <w:t xml:space="preserve">    (a) not religious</w:t>
      </w:r>
      <w:r>
        <w:br/>
      </w:r>
      <w:r>
        <w:t xml:space="preserve">    (b) not important</w:t>
      </w:r>
      <w:r>
        <w:br/>
      </w:r>
      <w:r>
        <w:t xml:space="preserve">    (c) inappropriate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Beyond the edge of the fields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sullen</w:t>
      </w:r>
      <w:r>
        <w:rPr>
          <w:b/>
          <w:bCs/>
        </w:rPr>
        <w:t xml:space="preserve"> </w:t>
      </w:r>
      <w:r>
        <w:rPr>
          <w:b/>
          <w:bCs/>
        </w:rPr>
        <w:t xml:space="preserve">haze hung over earth and sky alike.</w:t>
      </w:r>
      <w:r>
        <w:br/>
      </w:r>
      <w:r>
        <w:t xml:space="preserve">    (a) representative</w:t>
      </w:r>
      <w:r>
        <w:br/>
      </w:r>
      <w:r>
        <w:t xml:space="preserve">    (b) gloomy (dark and unpleasant looking)</w:t>
      </w:r>
      <w:r>
        <w:br/>
      </w:r>
      <w:r>
        <w:t xml:space="preserve">    (c) unable to find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standing there checking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perimeter</w:t>
      </w:r>
      <w:r>
        <w:rPr>
          <w:b/>
          <w:bCs/>
        </w:rPr>
        <w:t xml:space="preserve"> </w:t>
      </w:r>
      <w:r>
        <w:rPr>
          <w:b/>
          <w:bCs/>
        </w:rPr>
        <w:t xml:space="preserve">when the boy turned and buried his face against him.</w:t>
      </w:r>
      <w:r>
        <w:br/>
      </w:r>
      <w:r>
        <w:t xml:space="preserve">    (a) a hoofed mamma</w:t>
      </w:r>
      <w:r>
        <w:br/>
      </w:r>
      <w:r>
        <w:t xml:space="preserve">    (b) a fat compound</w:t>
      </w:r>
      <w:r>
        <w:br/>
      </w:r>
      <w:r>
        <w:t xml:space="preserve">    (c) the outer edge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dead grass thrashed softly. Out there a gray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desolation</w:t>
      </w:r>
      <w:r>
        <w:rPr>
          <w:b/>
          <w:bCs/>
        </w:rPr>
        <w:t xml:space="preserve">.</w:t>
      </w:r>
      <w:r>
        <w:br/>
      </w:r>
      <w:r>
        <w:t xml:space="preserve">    (a) a state of emptiness that provides no shelter or sustenance</w:t>
      </w:r>
      <w:r>
        <w:br/>
      </w:r>
      <w:r>
        <w:t xml:space="preserve">    (b) the condition of being exclusive to (someone or some group)</w:t>
      </w:r>
      <w:r>
        <w:br/>
      </w:r>
      <w:r>
        <w:t xml:space="preserve">    (c) the quality of inappropriateness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is no prophet in the earth's long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chronicle</w:t>
      </w:r>
      <w:r>
        <w:rPr>
          <w:b/>
          <w:bCs/>
        </w:rPr>
        <w:t xml:space="preserve"> </w:t>
      </w:r>
      <w:r>
        <w:rPr>
          <w:b/>
          <w:bCs/>
        </w:rPr>
        <w:t xml:space="preserve">who's not honored here today.</w:t>
      </w:r>
      <w:r>
        <w:br/>
      </w:r>
      <w:r>
        <w:t xml:space="preserve">    (a) persuade someone to want something (often sex or love) by tempting with something desired</w:t>
      </w:r>
      <w:r>
        <w:br/>
      </w:r>
      <w:r>
        <w:t xml:space="preserve">    (b) record of events</w:t>
      </w:r>
      <w:r>
        <w:br/>
      </w:r>
      <w:r>
        <w:t xml:space="preserve">    (c) to dominate harshly and unfairly  OR  to deny equal rights to others or make them suffer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2026-07-31T18:43:19Z</dcterms:created>
  <dcterms:modified xsi:type="dcterms:W3CDTF">2026-07-31T18:43:19Z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