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855a056b242a31769327cbac954401048dbe9d"/>
    <w:p>
      <w:pPr>
        <w:pStyle w:val="Heading1"/>
      </w:pPr>
      <w:r>
        <w:rPr>
          <w:b/>
          <w:bCs/>
        </w:rPr>
        <w:t xml:space="preserve">The Rime of the Ancient Mariner</w:t>
      </w:r>
      <w:r>
        <w:br/>
      </w:r>
      <w:r>
        <w:rPr>
          <w:i/>
          <w:iCs/>
        </w:rPr>
        <w:t xml:space="preserve">Samuel Taylor Coleridge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now the STORM-BLAST came, and he</w:t>
      </w:r>
      <w:r>
        <w:br/>
      </w:r>
      <w:r>
        <w:rPr>
          <w:b/>
          <w:bCs/>
        </w:rPr>
        <w:t xml:space="preserve">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tyrannous</w:t>
      </w:r>
      <w:r>
        <w:rPr>
          <w:b/>
          <w:bCs/>
        </w:rPr>
        <w:t xml:space="preserve"> </w:t>
      </w:r>
      <w:r>
        <w:rPr>
          <w:b/>
          <w:bCs/>
        </w:rPr>
        <w:t xml:space="preserve">and strong:</w:t>
      </w:r>
      <w:r>
        <w:br/>
      </w:r>
      <w:r>
        <w:rPr>
          <w:b/>
          <w:bCs/>
        </w:rPr>
        <w:t xml:space="preserve">He struck with his o'ertaking wings,</w:t>
      </w:r>
      <w:r>
        <w:br/>
      </w:r>
      <w:r>
        <w:rPr>
          <w:b/>
          <w:bCs/>
        </w:rPr>
        <w:t xml:space="preserve">And chased south along.</w:t>
      </w:r>
      <w:r>
        <w:br/>
      </w:r>
      <w:r>
        <w:t xml:space="preserve">    (a) able to be translated</w:t>
      </w:r>
      <w:r>
        <w:br/>
      </w:r>
      <w:r>
        <w:t xml:space="preserve">    (b) not easily identified</w:t>
      </w:r>
      <w:r>
        <w:br/>
      </w:r>
      <w:r>
        <w:t xml:space="preserve">    (c) harsh and unjust rule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through the drifts the snowy clifts</w:t>
      </w:r>
      <w:r>
        <w:br/>
      </w:r>
      <w:r>
        <w:rPr>
          <w:b/>
          <w:bCs/>
        </w:rPr>
        <w:t xml:space="preserve">Did send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dismal</w:t>
      </w:r>
      <w:r>
        <w:rPr>
          <w:b/>
          <w:bCs/>
        </w:rPr>
        <w:t xml:space="preserve"> </w:t>
      </w:r>
      <w:r>
        <w:rPr>
          <w:b/>
          <w:bCs/>
        </w:rPr>
        <w:t xml:space="preserve">sheen:</w:t>
      </w:r>
      <w:r>
        <w:br/>
      </w:r>
      <w:r>
        <w:rPr>
          <w:b/>
          <w:bCs/>
        </w:rPr>
        <w:t xml:space="preserve">Nor shapes of men nor beasts we ken— The ice was all between.</w:t>
      </w:r>
      <w:r>
        <w:br/>
      </w:r>
      <w:r>
        <w:t xml:space="preserve">    (a) important or significant</w:t>
      </w:r>
      <w:r>
        <w:br/>
      </w:r>
      <w:r>
        <w:t xml:space="preserve">    (b) irrelevant or unimportant</w:t>
      </w:r>
      <w:r>
        <w:br/>
      </w:r>
      <w:r>
        <w:t xml:space="preserve">    (c) depressing or gloomy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throat</w:t>
      </w:r>
      <w:r>
        <w:br/>
      </w:r>
      <w:r>
        <w:rPr>
          <w:b/>
          <w:bCs/>
        </w:rPr>
        <w:t xml:space="preserve">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parched</w:t>
      </w:r>
      <w:r>
        <w:rPr>
          <w:b/>
          <w:bCs/>
        </w:rPr>
        <w:t xml:space="preserve">, and glazed each eye.</w:t>
      </w:r>
      <w:r>
        <w:br/>
      </w:r>
      <w:r>
        <w:t xml:space="preserve">    (a) dried out by heat or excessive exposure to sunlight; or very thirsty</w:t>
      </w:r>
      <w:r>
        <w:br/>
      </w:r>
      <w:r>
        <w:t xml:space="preserve">    (b) not with energy redirected from a negative impulse to a positive one</w:t>
      </w:r>
      <w:r>
        <w:br/>
      </w:r>
      <w:r>
        <w:t xml:space="preserve">    (c) convinced (someone) that an idea previously believed was not correct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throats unslaked, with black lips baked,</w:t>
      </w:r>
      <w:r>
        <w:br/>
      </w:r>
      <w:r>
        <w:rPr>
          <w:b/>
          <w:bCs/>
          <w:u w:val="single"/>
        </w:rPr>
        <w:t xml:space="preserve">Agape</w:t>
      </w:r>
      <w:r>
        <w:rPr>
          <w:b/>
          <w:bCs/>
        </w:rPr>
        <w:t xml:space="preserve"> </w:t>
      </w:r>
      <w:r>
        <w:rPr>
          <w:b/>
          <w:bCs/>
        </w:rPr>
        <w:t xml:space="preserve">they heard me call:</w:t>
      </w:r>
      <w:r>
        <w:br/>
      </w:r>
      <w:r>
        <w:rPr>
          <w:b/>
          <w:bCs/>
        </w:rPr>
        <w:t xml:space="preserve">Gramercy! they for joy did grin,</w:t>
      </w:r>
      <w:r>
        <w:br/>
      </w:r>
      <w:r>
        <w:rPr>
          <w:b/>
          <w:bCs/>
        </w:rPr>
        <w:t xml:space="preserve">And all at once their breath drew in,</w:t>
      </w:r>
      <w:r>
        <w:br/>
      </w:r>
      <w:r>
        <w:rPr>
          <w:b/>
          <w:bCs/>
        </w:rPr>
        <w:t xml:space="preserve">As they were drinking all.</w:t>
      </w:r>
      <w:r>
        <w:br/>
      </w:r>
      <w:r>
        <w:t xml:space="preserve">    (a) gets</w:t>
      </w:r>
      <w:r>
        <w:br/>
      </w:r>
      <w:r>
        <w:t xml:space="preserve">    (b) deny</w:t>
      </w:r>
      <w:r>
        <w:br/>
      </w:r>
      <w:r>
        <w:t xml:space="preserve">    (c) with mouths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lips were red, her looks were free,</w:t>
      </w:r>
      <w:r>
        <w:br/>
      </w:r>
      <w:r>
        <w:rPr>
          <w:b/>
          <w:bCs/>
        </w:rPr>
        <w:t xml:space="preserve">Her locks were yellow as gold:</w:t>
      </w:r>
      <w:r>
        <w:br/>
      </w:r>
      <w:r>
        <w:rPr>
          <w:b/>
          <w:bCs/>
        </w:rPr>
        <w:t xml:space="preserve">Her skin was as white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leprosy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The Night-Mare LIFE-IN-DEATH was she,</w:t>
      </w:r>
      <w:r>
        <w:br/>
      </w:r>
      <w:r>
        <w:rPr>
          <w:b/>
          <w:bCs/>
        </w:rPr>
        <w:t xml:space="preserve">Who thicks man's blood with cold.</w:t>
      </w:r>
      <w:r>
        <w:br/>
      </w:r>
      <w:r>
        <w:t xml:space="preserve">    (a) the act of forcing into an undesired activity or situation -- such as legally sentencing someone to punishment  OR  the act of finding guilty -- especially in court</w:t>
      </w:r>
      <w:r>
        <w:br/>
      </w:r>
      <w:r>
        <w:t xml:space="preserve">    (b) an infectious bacterial disease that affects skin and nerves and if untreated can result in blindness and disfigurement including the falling off of fingers and toes</w:t>
      </w:r>
      <w:r>
        <w:br/>
      </w:r>
      <w:r>
        <w:t xml:space="preserve">    (c) a workplace where people do scientific or medical research, or produce drugs or chemicals (also used figuratively)  OR  (as an adjective) related to such a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Off shot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spectre</w:t>
      </w:r>
      <w:r>
        <w:rPr>
          <w:b/>
          <w:bCs/>
        </w:rPr>
        <w:t xml:space="preserve">-bark.</w:t>
      </w:r>
      <w:r>
        <w:br/>
      </w:r>
      <w:r>
        <w:t xml:space="preserve">    (a) a type of vocal music that originated in African-American churches in the United States</w:t>
      </w:r>
      <w:r>
        <w:br/>
      </w:r>
      <w:r>
        <w:t xml:space="preserve">    (b) a frightening or disturbing mental image or possibility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ghostly appearing image</w:t>
      </w:r>
      <w:r>
        <w:br/>
      </w:r>
      <w:r>
        <w:t xml:space="preserve">    (c) related to the smallest part of any material that cannot be broken up by chemical means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never a saint took pity on</w:t>
      </w:r>
      <w:r>
        <w:br/>
      </w:r>
      <w:r>
        <w:rPr>
          <w:b/>
          <w:bCs/>
        </w:rPr>
        <w:t xml:space="preserve">My soul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.</w:t>
      </w:r>
      <w:r>
        <w:br/>
      </w:r>
      <w:r>
        <w:t xml:space="preserve">    (a) circular movement</w:t>
      </w:r>
      <w:r>
        <w:br/>
      </w:r>
      <w:r>
        <w:t xml:space="preserve">    (b) size or dimension</w:t>
      </w:r>
      <w:r>
        <w:br/>
      </w:r>
      <w:r>
        <w:t xml:space="preserve">    (c) intense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Within the shadow of the ship</w:t>
      </w:r>
      <w:r>
        <w:br/>
      </w:r>
      <w:r>
        <w:rPr>
          <w:b/>
          <w:bCs/>
        </w:rPr>
        <w:t xml:space="preserve">I watched their rich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attire</w:t>
      </w:r>
      <w:r>
        <w:rPr>
          <w:b/>
          <w:bCs/>
        </w:rPr>
        <w:t xml:space="preserve">:</w:t>
      </w:r>
      <w:r>
        <w:br/>
      </w:r>
      <w:r>
        <w:rPr>
          <w:b/>
          <w:bCs/>
        </w:rPr>
        <w:t xml:space="preserve">Blue, glossy green, and velvet black,</w:t>
      </w:r>
      <w:r>
        <w:br/>
      </w:r>
      <w:r>
        <w:rPr>
          <w:b/>
          <w:bCs/>
        </w:rPr>
        <w:t xml:space="preserve">They coiled and swam; and every track</w:t>
      </w:r>
      <w:r>
        <w:br/>
      </w:r>
      <w:r>
        <w:rPr>
          <w:b/>
          <w:bCs/>
        </w:rPr>
        <w:t xml:space="preserve">Was a flash of golden fire.</w:t>
      </w:r>
      <w:r>
        <w:br/>
      </w:r>
      <w:r>
        <w:t xml:space="preserve">    (a) lie in such a way as to damage the reputation of another; or the lies told</w:t>
      </w:r>
      <w:r>
        <w:br/>
      </w:r>
      <w:r>
        <w:t xml:space="preserve">    (b) clothing -- especially of a distinctive style or for a particular occasion</w:t>
      </w:r>
      <w:r>
        <w:br/>
      </w:r>
      <w:r>
        <w:t xml:space="preserve">    (c) a rough calculation or guess of a value, quantity, or extent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a-dropping from the sky</w:t>
      </w:r>
      <w:r>
        <w:br/>
      </w:r>
      <w:r>
        <w:rPr>
          <w:b/>
          <w:bCs/>
        </w:rPr>
        <w:t xml:space="preserve">I heard the sky-lark sing;</w:t>
      </w:r>
      <w:r>
        <w:br/>
      </w:r>
      <w:r>
        <w:rPr>
          <w:b/>
          <w:bCs/>
        </w:rPr>
        <w:t xml:space="preserve">Sometimes all little birds that are,</w:t>
      </w:r>
      <w:r>
        <w:br/>
      </w:r>
      <w:r>
        <w:rPr>
          <w:b/>
          <w:bCs/>
        </w:rPr>
        <w:t xml:space="preserve">How they seemed to fill the sea and air</w:t>
      </w:r>
      <w:r>
        <w:br/>
      </w:r>
      <w:r>
        <w:rPr>
          <w:b/>
          <w:bCs/>
        </w:rPr>
        <w:t xml:space="preserve">With their sweet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jargoning</w:t>
      </w:r>
      <w:r>
        <w:rPr>
          <w:b/>
          <w:bCs/>
        </w:rPr>
        <w:t xml:space="preserve">!</w:t>
      </w:r>
      <w:r>
        <w:br/>
      </w:r>
      <w:r>
        <w:t xml:space="preserve">    (a) removing or suppressing something considered obscene, immoral, or politically unacceptable</w:t>
      </w:r>
      <w:r>
        <w:br/>
      </w:r>
      <w:r>
        <w:t xml:space="preserve">    (b) words or expressions commonly used in a particular field but not understood by most people</w:t>
      </w:r>
      <w:r>
        <w:br/>
      </w:r>
      <w:r>
        <w:t xml:space="preserve">    (c) persuading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ceased</w:t>
      </w:r>
      <w:r>
        <w:rPr>
          <w:b/>
          <w:bCs/>
        </w:rPr>
        <w:t xml:space="preserve">; yet still the sails made on</w:t>
      </w:r>
      <w:r>
        <w:br/>
      </w:r>
      <w:r>
        <w:rPr>
          <w:b/>
          <w:bCs/>
        </w:rPr>
        <w:t xml:space="preserve">A pleasant noise till noon,</w:t>
      </w:r>
      <w:r>
        <w:br/>
      </w:r>
      <w:r>
        <w:rPr>
          <w:b/>
          <w:bCs/>
        </w:rPr>
        <w:t xml:space="preserve">A noise like of a hidden brook</w:t>
      </w:r>
      <w:r>
        <w:br/>
      </w:r>
      <w:r>
        <w:rPr>
          <w:b/>
          <w:bCs/>
        </w:rPr>
        <w:t xml:space="preserve">In the leafy month of June,</w:t>
      </w:r>
      <w:r>
        <w:br/>
      </w:r>
      <w:r>
        <w:rPr>
          <w:b/>
          <w:bCs/>
        </w:rPr>
        <w:t xml:space="preserve">That to the sleeping woods all night</w:t>
      </w:r>
      <w:r>
        <w:br/>
      </w:r>
      <w:r>
        <w:rPr>
          <w:b/>
          <w:bCs/>
        </w:rPr>
        <w:t xml:space="preserve">Singeth a quiet tune.</w:t>
      </w:r>
      <w:r>
        <w:br/>
      </w:r>
      <w:r>
        <w:t xml:space="preserve">    (a) stopped or discontinued</w:t>
      </w:r>
      <w:r>
        <w:br/>
      </w:r>
      <w:r>
        <w:t xml:space="preserve">    (b) did in a particular way</w:t>
      </w:r>
      <w:r>
        <w:br/>
      </w:r>
      <w:r>
        <w:t xml:space="preserve">    (c) not taken on or adopted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long in that same fit I lay,</w:t>
      </w:r>
      <w:r>
        <w:br/>
      </w:r>
      <w:r>
        <w:rPr>
          <w:b/>
          <w:bCs/>
        </w:rPr>
        <w:t xml:space="preserve">I have not to declare;</w:t>
      </w:r>
      <w:r>
        <w:br/>
      </w:r>
      <w:r>
        <w:rPr>
          <w:b/>
          <w:bCs/>
        </w:rPr>
        <w:t xml:space="preserve">But ere my living life returned,</w:t>
      </w:r>
      <w:r>
        <w:br/>
      </w:r>
      <w:r>
        <w:rPr>
          <w:b/>
          <w:bCs/>
        </w:rPr>
        <w:t xml:space="preserve">I heard and in my soul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discerned</w:t>
      </w:r>
      <w:r>
        <w:br/>
      </w:r>
      <w:r>
        <w:rPr>
          <w:b/>
          <w:bCs/>
        </w:rPr>
        <w:t xml:space="preserve">Two VOICES in the air.</w:t>
      </w:r>
      <w:r>
        <w:br/>
      </w:r>
      <w:r>
        <w:t xml:space="preserve">    (a) noticed something that is not obvious</w:t>
      </w:r>
      <w:r>
        <w:br/>
      </w:r>
      <w:r>
        <w:t xml:space="preserve">    (b) not creating disagreement or struggle</w:t>
      </w:r>
      <w:r>
        <w:br/>
      </w:r>
      <w:r>
        <w:t xml:space="preserve">    (c) adjusts a lens to make an image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other was a softer voice,</w:t>
      </w:r>
      <w:r>
        <w:br/>
      </w:r>
      <w:r>
        <w:rPr>
          <w:b/>
          <w:bCs/>
        </w:rPr>
        <w:t xml:space="preserve">As soft as honey-dew:</w:t>
      </w:r>
      <w:r>
        <w:br/>
      </w:r>
      <w:r>
        <w:rPr>
          <w:b/>
          <w:bCs/>
        </w:rPr>
        <w:t xml:space="preserve">Quoth he, "The man hath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penance</w:t>
      </w:r>
      <w:r>
        <w:rPr>
          <w:b/>
          <w:bCs/>
        </w:rPr>
        <w:t xml:space="preserve"> </w:t>
      </w:r>
      <w:r>
        <w:rPr>
          <w:b/>
          <w:bCs/>
        </w:rPr>
        <w:t xml:space="preserve">done,</w:t>
      </w:r>
      <w:r>
        <w:br/>
      </w:r>
      <w:r>
        <w:rPr>
          <w:b/>
          <w:bCs/>
        </w:rPr>
        <w:t xml:space="preserve">And penance more will do."</w:t>
      </w:r>
      <w:r>
        <w:br/>
      </w:r>
      <w:r>
        <w:t xml:space="preserve">    (a) the act of hiding something by making it blend in with its surroundings; or hiding the truth; or something that hides or deceives</w:t>
      </w:r>
      <w:r>
        <w:br/>
      </w:r>
      <w:r>
        <w:t xml:space="preserve">    (b) to expression feelings or thoughts enthusiastically  OR  to squirt or give off (typically under pressure such as blood or leaking gas)</w:t>
      </w:r>
      <w:r>
        <w:br/>
      </w:r>
      <w:r>
        <w:t xml:space="preserve">    (c) an act that shows sorrow for wrongdoing -- such as expressing regret, asking for forgiveness, or trying to make up for the harm done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high, more high</w:t>
      </w:r>
      <w:r>
        <w:br/>
      </w:r>
      <w:r>
        <w:rPr>
          <w:b/>
          <w:bCs/>
        </w:rPr>
        <w:t xml:space="preserve">Or we shall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belated</w:t>
      </w:r>
      <w:r>
        <w:rPr>
          <w:b/>
          <w:bCs/>
        </w:rPr>
        <w:t xml:space="preserve">:</w:t>
      </w:r>
      <w:r>
        <w:br/>
      </w:r>
      <w:r>
        <w:rPr>
          <w:b/>
          <w:bCs/>
        </w:rPr>
        <w:t xml:space="preserve">For slow and slow that ship will go,</w:t>
      </w:r>
      <w:r>
        <w:br/>
      </w:r>
      <w:r>
        <w:rPr>
          <w:b/>
          <w:bCs/>
        </w:rPr>
        <w:t xml:space="preserve">When the Mariner's trance is abated.</w:t>
      </w:r>
      <w:r>
        <w:br/>
      </w:r>
      <w:r>
        <w:t xml:space="preserve">    (a) indicating approval or agreement</w:t>
      </w:r>
      <w:r>
        <w:br/>
      </w:r>
      <w:r>
        <w:t xml:space="preserve">    (b) after the expected or usual time</w:t>
      </w:r>
      <w:r>
        <w:br/>
      </w:r>
      <w:r>
        <w:t xml:space="preserve">    (c) the condition of being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high, more high</w:t>
      </w:r>
      <w:r>
        <w:br/>
      </w:r>
      <w:r>
        <w:rPr>
          <w:b/>
          <w:bCs/>
        </w:rPr>
        <w:t xml:space="preserve">Or we shall be belated:</w:t>
      </w:r>
      <w:r>
        <w:br/>
      </w:r>
      <w:r>
        <w:rPr>
          <w:b/>
          <w:bCs/>
        </w:rPr>
        <w:t xml:space="preserve">For slow and slow that ship will go,</w:t>
      </w:r>
      <w:r>
        <w:br/>
      </w:r>
      <w:r>
        <w:rPr>
          <w:b/>
          <w:bCs/>
        </w:rPr>
        <w:t xml:space="preserve">When the Mariner's trance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abated</w:t>
      </w:r>
      <w:r>
        <w:rPr>
          <w:b/>
          <w:bCs/>
        </w:rPr>
        <w:t xml:space="preserve">.</w:t>
      </w:r>
      <w:r>
        <w:br/>
      </w:r>
      <w:r>
        <w:t xml:space="preserve">    (a) not provided with investment funds</w:t>
      </w:r>
      <w:r>
        <w:br/>
      </w:r>
      <w:r>
        <w:t xml:space="preserve">    (b) became less in amount or intensity</w:t>
      </w:r>
      <w:r>
        <w:br/>
      </w:r>
      <w:r>
        <w:t xml:space="preserve">    (c) stopped (something from happening)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Forthwith</w:t>
      </w:r>
      <w:r>
        <w:rPr>
          <w:b/>
          <w:bCs/>
        </w:rPr>
        <w:t xml:space="preserve"> </w:t>
      </w:r>
      <w:r>
        <w:rPr>
          <w:b/>
          <w:bCs/>
        </w:rPr>
        <w:t xml:space="preserve">this frame of mine was wrenched</w:t>
      </w:r>
      <w:r>
        <w:br/>
      </w:r>
      <w:r>
        <w:rPr>
          <w:b/>
          <w:bCs/>
        </w:rPr>
        <w:t xml:space="preserve">With a woeful agony,</w:t>
      </w:r>
      <w:r>
        <w:br/>
      </w:r>
      <w:r>
        <w:rPr>
          <w:b/>
          <w:bCs/>
        </w:rPr>
        <w:t xml:space="preserve">Which forced me to begin my tale;</w:t>
      </w:r>
      <w:r>
        <w:br/>
      </w:r>
      <w:r>
        <w:rPr>
          <w:b/>
          <w:bCs/>
        </w:rPr>
        <w:t xml:space="preserve">And then it left me free.</w:t>
      </w:r>
      <w:r>
        <w:br/>
      </w:r>
      <w:r>
        <w:t xml:space="preserve">    (a) immediately</w:t>
      </w:r>
      <w:r>
        <w:br/>
      </w:r>
      <w:r>
        <w:t xml:space="preserve">    (b) well suited</w:t>
      </w:r>
      <w:r>
        <w:br/>
      </w:r>
      <w:r>
        <w:t xml:space="preserve">    (c) a last name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soul hath been</w:t>
      </w:r>
      <w:r>
        <w:br/>
      </w:r>
      <w:r>
        <w:rPr>
          <w:b/>
          <w:bCs/>
        </w:rPr>
        <w:t xml:space="preserve">Alone on a wide wide sea:</w:t>
      </w:r>
      <w:r>
        <w:br/>
      </w:r>
      <w:r>
        <w:rPr>
          <w:b/>
          <w:bCs/>
        </w:rPr>
        <w:t xml:space="preserve">So lonely 'twas, that God himself</w:t>
      </w:r>
      <w:r>
        <w:br/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seemed there to be.</w:t>
      </w:r>
      <w:r>
        <w:br/>
      </w:r>
      <w:r>
        <w:t xml:space="preserve">    (a) the state of not being aware or concerned about something</w:t>
      </w:r>
      <w:r>
        <w:br/>
      </w:r>
      <w:r>
        <w:t xml:space="preserve">    (b) in short supply  OR  barely or hardly (by a small margin)</w:t>
      </w:r>
      <w:r>
        <w:br/>
      </w:r>
      <w:r>
        <w:t xml:space="preserve">    (c) a state similar to sleep where one is unaware of anything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went like one that hath been stunned,</w:t>
      </w:r>
      <w:r>
        <w:br/>
      </w:r>
      <w:r>
        <w:rPr>
          <w:b/>
          <w:bCs/>
        </w:rPr>
        <w:t xml:space="preserve">And is of sense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forlorn</w:t>
      </w:r>
      <w:r>
        <w:rPr>
          <w:b/>
          <w:bCs/>
        </w:rPr>
        <w:t xml:space="preserve">:</w:t>
      </w:r>
      <w:r>
        <w:br/>
      </w:r>
      <w:r>
        <w:rPr>
          <w:b/>
          <w:bCs/>
        </w:rPr>
        <w:t xml:space="preserve">A sadder and a wiser man,</w:t>
      </w:r>
      <w:r>
        <w:br/>
      </w:r>
      <w:r>
        <w:rPr>
          <w:b/>
          <w:bCs/>
        </w:rPr>
        <w:t xml:space="preserve">He rose the morrow morn.</w:t>
      </w:r>
      <w:r>
        <w:br/>
      </w:r>
      <w:r>
        <w:t xml:space="preserve">    (a) sad, hopeless, pitiful and/or abandoned</w:t>
      </w:r>
      <w:r>
        <w:br/>
      </w:r>
      <w:r>
        <w:t xml:space="preserve">    (b) the state or degree of being very large</w:t>
      </w:r>
      <w:r>
        <w:br/>
      </w:r>
      <w:r>
        <w:t xml:space="preserve">    (c) the quality of relating to intelligence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2026-07-31T19:05:13Z</dcterms:created>
  <dcterms:modified xsi:type="dcterms:W3CDTF">2026-07-31T19:05:13Z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