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12116c3d82f8d31e49d8d198f52e045f7edd08"/>
    <w:p>
      <w:pPr>
        <w:pStyle w:val="Heading1"/>
      </w:pPr>
      <w:r>
        <w:rPr>
          <w:b/>
          <w:bCs/>
        </w:rPr>
        <w:t xml:space="preserve">The Return of the Native</w:t>
      </w:r>
      <w:r>
        <w:br/>
      </w:r>
      <w:r>
        <w:rPr>
          <w:i/>
          <w:iCs/>
        </w:rPr>
        <w:t xml:space="preserve">Thomas Hardy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watched the hot-air balloon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ascend</w:t>
      </w:r>
      <w:r>
        <w:rPr>
          <w:b/>
          <w:bCs/>
        </w:rPr>
        <w:t xml:space="preserve"> </w:t>
      </w:r>
      <w:r>
        <w:rPr>
          <w:b/>
          <w:bCs/>
        </w:rPr>
        <w:t xml:space="preserve">slowly into the clear morning sky.</w:t>
      </w:r>
      <w:r>
        <w:br/>
      </w:r>
      <w:r>
        <w:t xml:space="preserve">    (a) drift downward</w:t>
      </w:r>
      <w:r>
        <w:br/>
      </w:r>
      <w:r>
        <w:t xml:space="preserve">    (b) spin in place</w:t>
      </w:r>
      <w:r>
        <w:br/>
      </w:r>
      <w:r>
        <w:t xml:space="preserve">    (c) move upward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spending habits are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conducive</w:t>
      </w:r>
      <w:r>
        <w:rPr>
          <w:b/>
          <w:bCs/>
        </w:rPr>
        <w:t xml:space="preserve"> </w:t>
      </w:r>
      <w:r>
        <w:rPr>
          <w:b/>
          <w:bCs/>
        </w:rPr>
        <w:t xml:space="preserve">to achieving her financial goals.</w:t>
      </w:r>
      <w:r>
        <w:br/>
      </w:r>
      <w:r>
        <w:t xml:space="preserve">    (a) harmful</w:t>
      </w:r>
      <w:r>
        <w:br/>
      </w:r>
      <w:r>
        <w:t xml:space="preserve">    (b) helpful</w:t>
      </w:r>
      <w:r>
        <w:br/>
      </w:r>
      <w:r>
        <w:t xml:space="preserve">    (c) irrelevant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her new colleagues to be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, making her transition to the new job much easier.</w:t>
      </w:r>
      <w:r>
        <w:br/>
      </w:r>
      <w:r>
        <w:t xml:space="preserve">    (a) unfamiliar</w:t>
      </w:r>
      <w:r>
        <w:br/>
      </w:r>
      <w:r>
        <w:t xml:space="preserve">    (b) friendly</w:t>
      </w:r>
      <w:r>
        <w:br/>
      </w:r>
      <w:r>
        <w:t xml:space="preserve">    (c) challenging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scatter</w:t>
      </w:r>
      <w:r>
        <w:br/>
      </w:r>
      <w:r>
        <w:t xml:space="preserve">    (b) confuse</w:t>
      </w:r>
      <w:r>
        <w:br/>
      </w:r>
      <w:r>
        <w:t xml:space="preserve">    (c) represent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students were ready to move on, but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dwelled</w:t>
      </w:r>
      <w:r>
        <w:rPr>
          <w:b/>
          <w:bCs/>
        </w:rPr>
        <w:t xml:space="preserve"> </w:t>
      </w:r>
      <w:r>
        <w:rPr>
          <w:b/>
          <w:bCs/>
        </w:rPr>
        <w:t xml:space="preserve">on and on about Chapter 7.</w:t>
      </w:r>
      <w:r>
        <w:br/>
      </w:r>
      <w:r>
        <w:t xml:space="preserve">    (a) tested</w:t>
      </w:r>
      <w:r>
        <w:br/>
      </w:r>
      <w:r>
        <w:t xml:space="preserve">    (b) kept avoiding</w:t>
      </w:r>
      <w:r>
        <w:br/>
      </w:r>
      <w:r>
        <w:t xml:space="preserve">    (c) kept talking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family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dwelled</w:t>
      </w:r>
      <w:r>
        <w:rPr>
          <w:b/>
          <w:bCs/>
        </w:rPr>
        <w:t xml:space="preserve"> </w:t>
      </w:r>
      <w:r>
        <w:rPr>
          <w:b/>
          <w:bCs/>
        </w:rPr>
        <w:t xml:space="preserve">in that valley for ten generations.</w:t>
      </w:r>
      <w:r>
        <w:br/>
      </w:r>
      <w:r>
        <w:t xml:space="preserve">    (a) lived</w:t>
      </w:r>
      <w:r>
        <w:br/>
      </w:r>
      <w:r>
        <w:t xml:space="preserve">    (b) visited</w:t>
      </w:r>
      <w:r>
        <w:br/>
      </w:r>
      <w:r>
        <w:t xml:space="preserve">    (c) looked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not be able</w:t>
      </w:r>
      <w:r>
        <w:br/>
      </w:r>
      <w:r>
        <w:t xml:space="preserve">    (b) promise</w:t>
      </w:r>
      <w:r>
        <w:br/>
      </w:r>
      <w:r>
        <w:t xml:space="preserve">    (c) 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wealthy</w:t>
      </w:r>
      <w:r>
        <w:br/>
      </w:r>
      <w:r>
        <w:t xml:space="preserve">    (b) impulsive</w:t>
      </w:r>
      <w:r>
        <w:br/>
      </w:r>
      <w:r>
        <w:t xml:space="preserve">    (c) cautious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afraid</w:t>
      </w:r>
      <w:r>
        <w:br/>
      </w:r>
      <w:r>
        <w:t xml:space="preserve">    (b) tending</w:t>
      </w:r>
      <w:r>
        <w:br/>
      </w:r>
      <w:r>
        <w:t xml:space="preserve">    (c) disinclined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boat ramp has a steep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</w:t>
      </w:r>
      <w:r>
        <w:rPr>
          <w:b/>
          <w:bCs/>
        </w:rPr>
        <w:t xml:space="preserve">.</w:t>
      </w:r>
      <w:r>
        <w:br/>
      </w:r>
      <w:r>
        <w:t xml:space="preserve">    (a) danger</w:t>
      </w:r>
      <w:r>
        <w:br/>
      </w:r>
      <w:r>
        <w:t xml:space="preserve">    (b) slope</w:t>
      </w:r>
      <w:r>
        <w:br/>
      </w:r>
      <w:r>
        <w:t xml:space="preserve">    (c) price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my taste for sweets more than is good for me.</w:t>
      </w:r>
      <w:r>
        <w:br/>
      </w:r>
      <w:r>
        <w:t xml:space="preserve">    (a) hold back from</w:t>
      </w:r>
      <w:r>
        <w:br/>
      </w:r>
      <w:r>
        <w:t xml:space="preserve">    (b) complain about</w:t>
      </w:r>
      <w:r>
        <w:br/>
      </w:r>
      <w:r>
        <w:t xml:space="preserve">    (c) give in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classic</w:t>
      </w:r>
      <w:r>
        <w:br/>
      </w:r>
      <w:r>
        <w:t xml:space="preserve">    (b) broken</w:t>
      </w:r>
      <w:r>
        <w:br/>
      </w:r>
      <w:r>
        <w:t xml:space="preserve">    (c) outdated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Researchers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a clear pattern in how the disease spreads through families.</w:t>
      </w:r>
      <w:r>
        <w:br/>
      </w:r>
      <w:r>
        <w:t xml:space="preserve">    (a) view or understand</w:t>
      </w:r>
      <w:r>
        <w:br/>
      </w:r>
      <w:r>
        <w:t xml:space="preserve">    (b) carefully measure</w:t>
      </w:r>
      <w:r>
        <w:br/>
      </w:r>
      <w:r>
        <w:t xml:space="preserve">    (c) actively prevent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become aware of</w:t>
      </w:r>
      <w:r>
        <w:br/>
      </w:r>
      <w:r>
        <w:t xml:space="preserve">    (b) physically touch</w:t>
      </w:r>
      <w:r>
        <w:br/>
      </w:r>
      <w:r>
        <w:t xml:space="preserve">    (c) clearly see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pronounce properly</w:t>
      </w:r>
      <w:r>
        <w:br/>
      </w:r>
      <w:r>
        <w:t xml:space="preserve">    (b) remember</w:t>
      </w:r>
      <w:r>
        <w:br/>
      </w:r>
      <w:r>
        <w:t xml:space="preserve">    (c) spell properly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congratulate</w:t>
      </w:r>
      <w:r>
        <w:br/>
      </w:r>
      <w:r>
        <w:t xml:space="preserve">    (b) accept honor for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firmly decided</w:t>
      </w:r>
      <w:r>
        <w:br/>
      </w:r>
      <w:r>
        <w:t xml:space="preserve">    (b) was forced</w:t>
      </w:r>
      <w:r>
        <w:br/>
      </w:r>
      <w:r>
        <w:t xml:space="preserve">    (c) was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testing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to keep a good attitude.</w:t>
      </w:r>
      <w:r>
        <w:br/>
      </w:r>
      <w:r>
        <w:t xml:space="preserve">    (a) optimism</w:t>
      </w:r>
      <w:r>
        <w:br/>
      </w:r>
      <w:r>
        <w:t xml:space="preserve">    (b) determination</w:t>
      </w:r>
      <w:r>
        <w:br/>
      </w:r>
      <w:r>
        <w:t xml:space="preserve">    (c)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satire</w:t>
      </w:r>
      <w:r>
        <w:rPr>
          <w:b/>
          <w:bCs/>
        </w:rPr>
        <w:t xml:space="preserve">, the cartoon exposed how ridiculous the new policy looked in practice.</w:t>
      </w:r>
      <w:r>
        <w:br/>
      </w:r>
      <w:r>
        <w:t xml:space="preserve">    (a) humorous criticism</w:t>
      </w:r>
      <w:r>
        <w:br/>
      </w:r>
      <w:r>
        <w:t xml:space="preserve">    (b) literal description</w:t>
      </w:r>
      <w:r>
        <w:br/>
      </w:r>
      <w:r>
        <w:t xml:space="preserve">    (c) factual reporting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silence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signify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disagreed.</w:t>
      </w:r>
      <w:r>
        <w:br/>
      </w:r>
      <w:r>
        <w:t xml:space="preserve">    (a) repeat</w:t>
      </w:r>
      <w:r>
        <w:br/>
      </w:r>
      <w:r>
        <w:t xml:space="preserve">    (b) indicate</w:t>
      </w:r>
      <w:r>
        <w:br/>
      </w:r>
      <w:r>
        <w:t xml:space="preserve">    (c) delay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2026-07-31T15:55:20Z</dcterms:created>
  <dcterms:modified xsi:type="dcterms:W3CDTF">2026-07-31T15:55:20Z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