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c76fe5465a87a8588360b27e443eb6ac87a8e0b"/>
    <w:p>
      <w:pPr>
        <w:pStyle w:val="Heading1"/>
      </w:pPr>
      <w:r>
        <w:rPr>
          <w:b/>
          <w:bCs/>
        </w:rPr>
        <w:t xml:space="preserve">The Return of the Native</w:t>
      </w:r>
      <w:r>
        <w:br/>
      </w:r>
      <w:r>
        <w:rPr>
          <w:i/>
          <w:iCs/>
        </w:rPr>
        <w:t xml:space="preserve">Thomas Hardy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circuit's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amplitude</w:t>
      </w:r>
      <w:r>
        <w:rPr>
          <w:b/>
          <w:bCs/>
        </w:rPr>
        <w:t xml:space="preserve"> </w:t>
      </w:r>
      <w:r>
        <w:rPr>
          <w:b/>
          <w:bCs/>
        </w:rPr>
        <w:t xml:space="preserve">adjustment response is not instantaneous.</w:t>
      </w:r>
      <w:r>
        <w:br/>
      </w:r>
      <w:r>
        <w:t xml:space="preserve">    (a) a firm decision to do something</w:t>
      </w:r>
      <w:r>
        <w:br/>
      </w:r>
      <w:r>
        <w:t xml:space="preserve">    (b) measure of general intelligence</w:t>
      </w:r>
      <w:r>
        <w:br/>
      </w:r>
      <w:r>
        <w:t xml:space="preserve">    (c) magnitude or strength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presence of a horse-drawn carriage on the city streets, amidst modern cars and buses, was a charming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anachronism</w:t>
      </w:r>
      <w:r>
        <w:rPr>
          <w:b/>
          <w:bCs/>
        </w:rPr>
        <w:t xml:space="preserve">.</w:t>
      </w:r>
      <w:r>
        <w:br/>
      </w:r>
      <w:r>
        <w:t xml:space="preserve">    (a) something out of place for it's time</w:t>
      </w:r>
      <w:r>
        <w:br/>
      </w:r>
      <w:r>
        <w:t xml:space="preserve">    (b) something that is a timeless tradition</w:t>
      </w:r>
      <w:r>
        <w:br/>
      </w:r>
      <w:r>
        <w:t xml:space="preserve">    (c) something that is an unexpected surprise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the book,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Harry Potter</w:t>
      </w:r>
      <w:r>
        <w:rPr>
          <w:b/>
          <w:bCs/>
        </w:rPr>
        <w:t xml:space="preserve">, Voldemort is Harry's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antagonist</w:t>
      </w:r>
      <w:r>
        <w:rPr>
          <w:b/>
          <w:bCs/>
        </w:rPr>
        <w:t xml:space="preserve">.</w:t>
      </w:r>
      <w:r>
        <w:br/>
      </w:r>
      <w:r>
        <w:t xml:space="preserve">    (a) friend</w:t>
      </w:r>
      <w:r>
        <w:br/>
      </w:r>
      <w:r>
        <w:t xml:space="preserve">    (b) enemy</w:t>
      </w:r>
      <w:r>
        <w:br/>
      </w:r>
      <w:r>
        <w:t xml:space="preserve">    (c) partner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took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circuitous</w:t>
      </w:r>
      <w:r>
        <w:rPr>
          <w:b/>
          <w:bCs/>
        </w:rPr>
        <w:t xml:space="preserve"> </w:t>
      </w:r>
      <w:r>
        <w:rPr>
          <w:b/>
          <w:bCs/>
        </w:rPr>
        <w:t xml:space="preserve">route back to our hotel so we could see more of the city.</w:t>
      </w:r>
      <w:r>
        <w:br/>
      </w:r>
      <w:r>
        <w:t xml:space="preserve">    (a) pleasing</w:t>
      </w:r>
      <w:r>
        <w:br/>
      </w:r>
      <w:r>
        <w:t xml:space="preserve">    (b) indirect (not the straightest or quickest)</w:t>
      </w:r>
      <w:r>
        <w:br/>
      </w:r>
      <w:r>
        <w:t xml:space="preserve">    (c) absolute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want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constraints</w:t>
      </w:r>
      <w:r>
        <w:rPr>
          <w:b/>
          <w:bCs/>
        </w:rPr>
        <w:t xml:space="preserve"> </w:t>
      </w:r>
      <w:r>
        <w:rPr>
          <w:b/>
          <w:bCs/>
        </w:rPr>
        <w:t xml:space="preserve">on her power to spend taxpayer funds.</w:t>
      </w:r>
      <w:r>
        <w:br/>
      </w:r>
      <w:r>
        <w:t xml:space="preserve">    (a) limitations</w:t>
      </w:r>
      <w:r>
        <w:br/>
      </w:r>
      <w:r>
        <w:t xml:space="preserve">    (b) flexibility</w:t>
      </w:r>
      <w:r>
        <w:br/>
      </w:r>
      <w:r>
        <w:t xml:space="preserve">    (c) increases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France and Germany are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contiguous</w:t>
      </w:r>
      <w:r>
        <w:rPr>
          <w:b/>
          <w:bCs/>
        </w:rPr>
        <w:t xml:space="preserve">, sharing a border along the Rhine.</w:t>
      </w:r>
      <w:r>
        <w:br/>
      </w:r>
      <w:r>
        <w:t xml:space="preserve">    (a) isolated</w:t>
      </w:r>
      <w:r>
        <w:br/>
      </w:r>
      <w:r>
        <w:t xml:space="preserve">    (b) adjacent</w:t>
      </w:r>
      <w:r>
        <w:br/>
      </w:r>
      <w:r>
        <w:t xml:space="preserve">    (c) ancient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I'm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disinclined</w:t>
      </w:r>
      <w:r>
        <w:rPr>
          <w:b/>
          <w:bCs/>
        </w:rPr>
        <w:t xml:space="preserve"> </w:t>
      </w:r>
      <w:r>
        <w:rPr>
          <w:b/>
          <w:bCs/>
        </w:rPr>
        <w:t xml:space="preserve">to believe him.</w:t>
      </w:r>
      <w:r>
        <w:br/>
      </w:r>
      <w:r>
        <w:t xml:space="preserve">    (a) reluctant</w:t>
      </w:r>
      <w:r>
        <w:br/>
      </w:r>
      <w:r>
        <w:t xml:space="preserve">    (b) able to be stopped from happening</w:t>
      </w:r>
      <w:r>
        <w:br/>
      </w:r>
      <w:r>
        <w:t xml:space="preserve">    (c) related to belief in a single God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To attend the school in the district, their legal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domicile</w:t>
      </w:r>
      <w:r>
        <w:rPr>
          <w:b/>
          <w:bCs/>
        </w:rPr>
        <w:t xml:space="preserve"> </w:t>
      </w:r>
      <w:r>
        <w:rPr>
          <w:b/>
          <w:bCs/>
        </w:rPr>
        <w:t xml:space="preserve">must be within district boundaries.</w:t>
      </w:r>
      <w:r>
        <w:br/>
      </w:r>
      <w:r>
        <w:t xml:space="preserve">    (a) home</w:t>
      </w:r>
      <w:r>
        <w:br/>
      </w:r>
      <w:r>
        <w:t xml:space="preserve">    (b) family</w:t>
      </w:r>
      <w:r>
        <w:br/>
      </w:r>
      <w:r>
        <w:t xml:space="preserve">    (c) job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sincere apology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engendered</w:t>
      </w:r>
      <w:r>
        <w:rPr>
          <w:b/>
          <w:bCs/>
        </w:rPr>
        <w:t xml:space="preserve"> </w:t>
      </w:r>
      <w:r>
        <w:rPr>
          <w:b/>
          <w:bCs/>
        </w:rPr>
        <w:t xml:space="preserve">forgiveness from the people she had hurt.</w:t>
      </w:r>
      <w:r>
        <w:br/>
      </w:r>
      <w:r>
        <w:t xml:space="preserve">    (a) caused to develop</w:t>
      </w:r>
      <w:r>
        <w:br/>
      </w:r>
      <w:r>
        <w:t xml:space="preserve">    (b) refused to accept</w:t>
      </w:r>
      <w:r>
        <w:br/>
      </w:r>
      <w:r>
        <w:t xml:space="preserve">    (c) tried to hide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enthusiasm was 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ephemeral</w:t>
      </w:r>
      <w:r>
        <w:rPr>
          <w:b/>
          <w:bCs/>
        </w:rPr>
        <w:t xml:space="preserve"> </w:t>
      </w:r>
      <w:r>
        <w:rPr>
          <w:b/>
          <w:bCs/>
        </w:rPr>
        <w:t xml:space="preserve">as the morning mist.</w:t>
      </w:r>
      <w:r>
        <w:br/>
      </w:r>
      <w:r>
        <w:t xml:space="preserve">    (a) intense</w:t>
      </w:r>
      <w:r>
        <w:br/>
      </w:r>
      <w:r>
        <w:t xml:space="preserve">    (b) constant</w:t>
      </w:r>
      <w:r>
        <w:br/>
      </w:r>
      <w:r>
        <w:t xml:space="preserve">    (c) fleeting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 Cavindish discovered hydrogen, he called it "</w:t>
      </w:r>
      <w:r>
        <w:rPr>
          <w:b/>
          <w:bCs/>
          <w:u w:val="single"/>
        </w:rPr>
        <w:t xml:space="preserve">inflammable</w:t>
      </w:r>
      <w:r>
        <w:rPr>
          <w:b/>
          <w:bCs/>
        </w:rPr>
        <w:t xml:space="preserve"> </w:t>
      </w:r>
      <w:r>
        <w:rPr>
          <w:b/>
          <w:bCs/>
        </w:rPr>
        <w:t xml:space="preserve">air."</w:t>
      </w:r>
      <w:r>
        <w:br/>
      </w:r>
      <w:r>
        <w:t xml:space="preserve">    (a) light</w:t>
      </w:r>
      <w:r>
        <w:br/>
      </w:r>
      <w:r>
        <w:t xml:space="preserve">    (b) burnable</w:t>
      </w:r>
      <w:r>
        <w:br/>
      </w:r>
      <w:r>
        <w:t xml:space="preserve">    (c) heavy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Curiosity is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intrinsic</w:t>
      </w:r>
      <w:r>
        <w:rPr>
          <w:b/>
          <w:bCs/>
        </w:rPr>
        <w:t xml:space="preserve"> </w:t>
      </w:r>
      <w:r>
        <w:rPr>
          <w:b/>
          <w:bCs/>
        </w:rPr>
        <w:t xml:space="preserve">part of learning.</w:t>
      </w:r>
      <w:r>
        <w:br/>
      </w:r>
      <w:r>
        <w:t xml:space="preserve">    (a) easily removed</w:t>
      </w:r>
      <w:r>
        <w:br/>
      </w:r>
      <w:r>
        <w:t xml:space="preserve">    (b) built-in</w:t>
      </w:r>
      <w:r>
        <w:br/>
      </w:r>
      <w:r>
        <w:t xml:space="preserve">    (c) recently added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politician’s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nebulous</w:t>
      </w:r>
      <w:r>
        <w:rPr>
          <w:b/>
          <w:bCs/>
        </w:rPr>
        <w:t xml:space="preserve"> </w:t>
      </w:r>
      <w:r>
        <w:rPr>
          <w:b/>
          <w:bCs/>
        </w:rPr>
        <w:t xml:space="preserve">statements left the audience confused about his stance on the issue.</w:t>
      </w:r>
      <w:r>
        <w:br/>
      </w:r>
      <w:r>
        <w:t xml:space="preserve">    (a) confident or assertive</w:t>
      </w:r>
      <w:r>
        <w:br/>
      </w:r>
      <w:r>
        <w:t xml:space="preserve">    (b) concise or brief</w:t>
      </w:r>
      <w:r>
        <w:br/>
      </w:r>
      <w:r>
        <w:t xml:space="preserve">    (c) vague or unclear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perfunctory</w:t>
      </w:r>
      <w:r>
        <w:rPr>
          <w:b/>
          <w:bCs/>
        </w:rPr>
        <w:t xml:space="preserve"> </w:t>
      </w:r>
      <w:r>
        <w:rPr>
          <w:b/>
          <w:bCs/>
        </w:rPr>
        <w:t xml:space="preserve">apology did little to ease my annoyance.</w:t>
      </w:r>
      <w:r>
        <w:br/>
      </w:r>
      <w:r>
        <w:t xml:space="preserve">    (a) sincere</w:t>
      </w:r>
      <w:r>
        <w:br/>
      </w:r>
      <w:r>
        <w:t xml:space="preserve">    (b) superficial</w:t>
      </w:r>
      <w:r>
        <w:br/>
      </w:r>
      <w:r>
        <w:t xml:space="preserve">    (c) written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rapt</w:t>
      </w:r>
      <w:r>
        <w:rPr>
          <w:b/>
          <w:bCs/>
        </w:rPr>
        <w:t xml:space="preserve"> </w:t>
      </w:r>
      <w:r>
        <w:rPr>
          <w:b/>
          <w:bCs/>
        </w:rPr>
        <w:t xml:space="preserve">with love.</w:t>
      </w:r>
      <w:r>
        <w:br/>
      </w:r>
      <w:r>
        <w:t xml:space="preserve">    (a) lost</w:t>
      </w:r>
      <w:r>
        <w:br/>
      </w:r>
      <w:r>
        <w:t xml:space="preserve">    (b) confused</w:t>
      </w:r>
      <w:r>
        <w:br/>
      </w:r>
      <w:r>
        <w:t xml:space="preserve">    (c) filled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are working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rectify</w:t>
      </w:r>
      <w:r>
        <w:rPr>
          <w:b/>
          <w:bCs/>
        </w:rPr>
        <w:t xml:space="preserve"> </w:t>
      </w:r>
      <w:r>
        <w:rPr>
          <w:b/>
          <w:bCs/>
        </w:rPr>
        <w:t xml:space="preserve">the accounts and send refunds to everyone who was overbilled.</w:t>
      </w:r>
      <w:r>
        <w:br/>
      </w:r>
      <w:r>
        <w:t xml:space="preserve">    (a) calculate</w:t>
      </w:r>
      <w:r>
        <w:br/>
      </w:r>
      <w:r>
        <w:t xml:space="preserve">    (b) understand</w:t>
      </w:r>
      <w:r>
        <w:br/>
      </w:r>
      <w:r>
        <w:t xml:space="preserve">    (c) correct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If the company doesn't innovate, it will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stagnate</w:t>
      </w:r>
      <w:r>
        <w:rPr>
          <w:b/>
          <w:bCs/>
        </w:rPr>
        <w:t xml:space="preserve"> </w:t>
      </w:r>
      <w:r>
        <w:rPr>
          <w:b/>
          <w:bCs/>
        </w:rPr>
        <w:t xml:space="preserve">and lose its competitive edge.</w:t>
      </w:r>
      <w:r>
        <w:br/>
      </w:r>
      <w:r>
        <w:t xml:space="preserve">    (a) get expensive</w:t>
      </w:r>
      <w:r>
        <w:br/>
      </w:r>
      <w:r>
        <w:t xml:space="preserve">    (b) lose customers</w:t>
      </w:r>
      <w:r>
        <w:br/>
      </w:r>
      <w:r>
        <w:t xml:space="preserve">    (c) stop developing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is investigating the rock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strata</w:t>
      </w:r>
      <w:r>
        <w:rPr>
          <w:b/>
          <w:bCs/>
        </w:rPr>
        <w:t xml:space="preserve"> </w:t>
      </w:r>
      <w:r>
        <w:rPr>
          <w:b/>
          <w:bCs/>
        </w:rPr>
        <w:t xml:space="preserve">to better understand the Antarctic ice sheet.</w:t>
      </w:r>
      <w:r>
        <w:br/>
      </w:r>
      <w:r>
        <w:t xml:space="preserve">    (a) erosion</w:t>
      </w:r>
      <w:r>
        <w:br/>
      </w:r>
      <w:r>
        <w:t xml:space="preserve">    (b) layers</w:t>
      </w:r>
      <w:r>
        <w:br/>
      </w:r>
      <w:r>
        <w:t xml:space="preserve">    (c) hardness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Everyone liked the idea. The arguments I prepared to support it were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superfluous</w:t>
      </w:r>
      <w:r>
        <w:rPr>
          <w:b/>
          <w:bCs/>
        </w:rPr>
        <w:t xml:space="preserve">.</w:t>
      </w:r>
      <w:r>
        <w:br/>
      </w:r>
      <w:r>
        <w:t xml:space="preserve">    (a) important</w:t>
      </w:r>
      <w:r>
        <w:br/>
      </w:r>
      <w:r>
        <w:t xml:space="preserve">    (b) appreciated</w:t>
      </w:r>
      <w:r>
        <w:br/>
      </w:r>
      <w:r>
        <w:t xml:space="preserve">    (c) unnecessary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first chapter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whets</w:t>
      </w:r>
      <w:r>
        <w:rPr>
          <w:b/>
          <w:bCs/>
        </w:rPr>
        <w:t xml:space="preserve"> </w:t>
      </w:r>
      <w:r>
        <w:rPr>
          <w:b/>
          <w:bCs/>
        </w:rPr>
        <w:t xml:space="preserve">the reader's curiosity about the mystery.</w:t>
      </w:r>
      <w:r>
        <w:br/>
      </w:r>
      <w:r>
        <w:t xml:space="preserve">    (a) confuses</w:t>
      </w:r>
      <w:r>
        <w:br/>
      </w:r>
      <w:r>
        <w:t xml:space="preserve">    (b) diminishes</w:t>
      </w:r>
      <w:r>
        <w:br/>
      </w:r>
      <w:r>
        <w:t xml:space="preserve">    (c) stimulates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2026-07-31T15:55:20Z</dcterms:created>
  <dcterms:modified xsi:type="dcterms:W3CDTF">2026-07-31T15:55:20Z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