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78163bd43cbdf83fc4293a55cb4c6d73afd2aa"/>
    <w:p>
      <w:pPr>
        <w:pStyle w:val="Heading1"/>
      </w:pPr>
      <w:r>
        <w:rPr>
          <w:b/>
          <w:bCs/>
        </w:rPr>
        <w:t xml:space="preserve">The Return of the Native</w:t>
      </w:r>
      <w:r>
        <w:br/>
      </w:r>
      <w:r>
        <w:rPr>
          <w:i/>
          <w:iCs/>
        </w:rPr>
        <w:t xml:space="preserve">Thomas Hardy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...when the old watering-place herein called "Budmouth" still retained sufficient afterglow from its Georgian gaiety and prestige to lend it an absorbing attractiveness to the romantic and imaginative soul of a lonely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dweller</w:t>
      </w:r>
      <w:r>
        <w:rPr>
          <w:b/>
          <w:bCs/>
        </w:rPr>
        <w:t xml:space="preserve"> </w:t>
      </w:r>
      <w:r>
        <w:rPr>
          <w:b/>
          <w:bCs/>
        </w:rPr>
        <w:t xml:space="preserve">inland.</w:t>
      </w:r>
      <w:r>
        <w:br/>
      </w:r>
      <w:r>
        <w:t xml:space="preserve">    (a) someone who rises to a better situation</w:t>
      </w:r>
      <w:r>
        <w:br/>
      </w:r>
      <w:r>
        <w:t xml:space="preserve">    (b) someone who lives in a place</w:t>
      </w:r>
      <w:r>
        <w:br/>
      </w:r>
      <w:r>
        <w:t xml:space="preserve">    (c) someone with whom leisure time is spent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 look right into your moonlit face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dwell</w:t>
      </w:r>
      <w:r>
        <w:rPr>
          <w:b/>
          <w:bCs/>
        </w:rPr>
        <w:t xml:space="preserve"> </w:t>
      </w:r>
      <w:r>
        <w:rPr>
          <w:b/>
          <w:bCs/>
        </w:rPr>
        <w:t xml:space="preserve">on every line and curve in it!</w:t>
      </w:r>
      <w:r>
        <w:br/>
      </w:r>
      <w:r>
        <w:t xml:space="preserve">    (a) a tool for cutting grass that has a curved blade and a long handle that is held with both hands</w:t>
      </w:r>
      <w:r>
        <w:br/>
      </w:r>
      <w:r>
        <w:t xml:space="preserve">    (b) (noun) a strip of hair made lighter in color  OR  (verb) making strips of hair lighter in color</w:t>
      </w:r>
      <w:r>
        <w:br/>
      </w:r>
      <w:r>
        <w:t xml:space="preserve">    (c) let attention stay on for a prolonged period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obscure,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obsolete</w:t>
      </w:r>
      <w:r>
        <w:rPr>
          <w:b/>
          <w:bCs/>
        </w:rPr>
        <w:t xml:space="preserve">, superseded country figures in Domesday.</w:t>
      </w:r>
      <w:r>
        <w:br/>
      </w:r>
      <w:r>
        <w:t xml:space="preserve">    (a) surprise -- often so much so that one doesn't know what to say or do</w:t>
      </w:r>
      <w:r>
        <w:br/>
      </w:r>
      <w:r>
        <w:t xml:space="preserve">    (b) an appropriate size, amount, or degree in relation to something else</w:t>
      </w:r>
      <w:r>
        <w:br/>
      </w:r>
      <w:r>
        <w:t xml:space="preserve">    (c) no longer in general use because it was replaced by something better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its venerable one coat lay a certain vein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satire</w:t>
      </w:r>
      <w:r>
        <w:rPr>
          <w:b/>
          <w:bCs/>
        </w:rPr>
        <w:t xml:space="preserve"> </w:t>
      </w:r>
      <w:r>
        <w:rPr>
          <w:b/>
          <w:bCs/>
        </w:rPr>
        <w:t xml:space="preserve">on human vanity in clothes.</w:t>
      </w:r>
      <w:r>
        <w:br/>
      </w:r>
      <w:r>
        <w:t xml:space="preserve">    (a) relating to logical examination of something to better understand it</w:t>
      </w:r>
      <w:r>
        <w:br/>
      </w:r>
      <w:r>
        <w:t xml:space="preserve">    (b) a way of making fun of people or ideas -- often through exaggeration</w:t>
      </w:r>
      <w:r>
        <w:br/>
      </w:r>
      <w:r>
        <w:t xml:space="preserve">    (c) lack of interest; or the process of stopping interaction or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replying to the old man's greeting he showed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inclination</w:t>
      </w:r>
      <w:r>
        <w:rPr>
          <w:b/>
          <w:bCs/>
        </w:rPr>
        <w:t xml:space="preserve"> </w:t>
      </w:r>
      <w:r>
        <w:rPr>
          <w:b/>
          <w:bCs/>
        </w:rPr>
        <w:t xml:space="preserve">to continue in talk, although they still walked side by side, for the elder traveller seemed to desire company.</w:t>
      </w:r>
      <w:r>
        <w:br/>
      </w:r>
      <w:r>
        <w:t xml:space="preserve">    (a) wrong understanding</w:t>
      </w:r>
      <w:r>
        <w:br/>
      </w:r>
      <w:r>
        <w:t xml:space="preserve">    (b) act of hiring again</w:t>
      </w:r>
      <w:r>
        <w:br/>
      </w:r>
      <w:r>
        <w:t xml:space="preserve">    (c) attitude favoring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her head, and swept round so that her eyes rested in the misty vale beneath them.</w:t>
      </w:r>
      <w:r>
        <w:br/>
      </w:r>
      <w:r>
        <w:t xml:space="preserve">    (a) told (a story)</w:t>
      </w:r>
      <w:r>
        <w:br/>
      </w:r>
      <w:r>
        <w:t xml:space="preserve">    (b) bent or angled</w:t>
      </w:r>
      <w:r>
        <w:br/>
      </w:r>
      <w:r>
        <w:t xml:space="preserve">    (c) lied or misled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the men and lads were building the pile, a change took place in the mass of shade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denoted</w:t>
      </w:r>
      <w:r>
        <w:rPr>
          <w:b/>
          <w:bCs/>
        </w:rPr>
        <w:t xml:space="preserve"> </w:t>
      </w:r>
      <w:r>
        <w:rPr>
          <w:b/>
          <w:bCs/>
        </w:rPr>
        <w:t xml:space="preserve">the distant landscape.</w:t>
      </w:r>
      <w:r>
        <w:br/>
      </w:r>
      <w:r>
        <w:t xml:space="preserve">    (a) with rises and falls in pitch</w:t>
      </w:r>
      <w:r>
        <w:br/>
      </w:r>
      <w:r>
        <w:t xml:space="preserve">    (b) stand for or symbolize literally; or be a sign or indicator of</w:t>
      </w:r>
      <w:r>
        <w:br/>
      </w:r>
      <w:r>
        <w:t xml:space="preserve">    (c) embarrassed or self-conscious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Olly, though without the tact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when remarks were untimely, was saved by her very simplicity from rendering them offensive.</w:t>
      </w:r>
      <w:r>
        <w:br/>
      </w:r>
      <w:r>
        <w:t xml:space="preserve">    (a) think carefully</w:t>
      </w:r>
      <w:r>
        <w:br/>
      </w:r>
      <w:r>
        <w:t xml:space="preserve">    (b) notice (be aware of)</w:t>
      </w:r>
      <w:r>
        <w:br/>
      </w:r>
      <w:r>
        <w:t xml:space="preserve">    (c) strongly desire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not admit at once that she might have overestimated Wildeve, for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his mediocrity now was to admit her own great folly heretofore.</w:t>
      </w:r>
      <w:r>
        <w:br/>
      </w:r>
      <w:r>
        <w:t xml:space="preserve">    (a) view in a certain way so as to form a belief or opinion</w:t>
      </w:r>
      <w:r>
        <w:br/>
      </w:r>
      <w:r>
        <w:t xml:space="preserve">    (b) suntanned; or reddish-brown or yellowish-brown in color</w:t>
      </w:r>
      <w:r>
        <w:br/>
      </w:r>
      <w:r>
        <w:t xml:space="preserve">    (c) not feeling or showing sympathy for another's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 had known you wished to call me up here only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me, I wouldn't have come.</w:t>
      </w:r>
      <w:r>
        <w:br/>
      </w:r>
      <w:r>
        <w:t xml:space="preserve">    (a) move into position to work; or start</w:t>
      </w:r>
      <w:r>
        <w:br/>
      </w:r>
      <w:r>
        <w:t xml:space="preserve">    (b) a criticism; or to express criticism</w:t>
      </w:r>
      <w:r>
        <w:br/>
      </w:r>
      <w:r>
        <w:t xml:space="preserve">    (c) to spread to other parts of the body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But, if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congenial</w:t>
      </w:r>
      <w:r>
        <w:rPr>
          <w:b/>
          <w:bCs/>
        </w:rPr>
        <w:t xml:space="preserve"> </w:t>
      </w:r>
      <w:r>
        <w:rPr>
          <w:b/>
          <w:bCs/>
        </w:rPr>
        <w:t xml:space="preserve">to philosophy, it is apt to be dangerous to the commonwealth.</w:t>
      </w:r>
      <w:r>
        <w:br/>
      </w:r>
      <w:r>
        <w:t xml:space="preserve">    (a) agreeable or compatible</w:t>
      </w:r>
      <w:r>
        <w:br/>
      </w:r>
      <w:r>
        <w:t xml:space="preserve">    (b) not sensible or careful</w:t>
      </w:r>
      <w:r>
        <w:br/>
      </w:r>
      <w:r>
        <w:t xml:space="preserve">    (c) unable to get closer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"No--I won't, I won't!" she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impetuously</w:t>
      </w:r>
      <w:r>
        <w:rPr>
          <w:b/>
          <w:bCs/>
        </w:rPr>
        <w:t xml:space="preserve">, quite forgetful of...</w:t>
      </w:r>
      <w:r>
        <w:br/>
      </w:r>
      <w:r>
        <w:t xml:space="preserve">    (a) in a manner that shows care or concern for someone</w:t>
      </w:r>
      <w:r>
        <w:br/>
      </w:r>
      <w:r>
        <w:t xml:space="preserve">    (b) in the manner of a logical, systematic examination</w:t>
      </w:r>
      <w:r>
        <w:br/>
      </w:r>
      <w:r>
        <w:t xml:space="preserve">    (c) impulsively (suddenly, without much thought)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merely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indulging</w:t>
      </w:r>
      <w:r>
        <w:rPr>
          <w:b/>
          <w:bCs/>
        </w:rPr>
        <w:t xml:space="preserve"> </w:t>
      </w:r>
      <w:r>
        <w:rPr>
          <w:b/>
          <w:bCs/>
        </w:rPr>
        <w:t xml:space="preserve">in the ordinary vivacious chat of relatives who have long been parted in person though not in soul.</w:t>
      </w:r>
      <w:r>
        <w:br/>
      </w:r>
      <w:r>
        <w:t xml:space="preserve">    (a) thinking carefully</w:t>
      </w:r>
      <w:r>
        <w:br/>
      </w:r>
      <w:r>
        <w:t xml:space="preserve">    (b) enjoying to excess</w:t>
      </w:r>
      <w:r>
        <w:br/>
      </w:r>
      <w:r>
        <w:t xml:space="preserve">    (c) leaping or jumping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Ah,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that I once accidentally offended her, and I have never seen her since.</w:t>
      </w:r>
      <w:r>
        <w:br/>
      </w:r>
      <w:r>
        <w:t xml:space="preserve">    (a) disagree</w:t>
      </w:r>
      <w:r>
        <w:br/>
      </w:r>
      <w:r>
        <w:t xml:space="preserve">    (b) remember</w:t>
      </w:r>
      <w:r>
        <w:br/>
      </w:r>
      <w:r>
        <w:t xml:space="preserve">    (c) subtract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look for the man from Paris no more.</w:t>
      </w:r>
      <w:r>
        <w:br/>
      </w:r>
      <w:r>
        <w:t xml:space="preserve">    (a) decided</w:t>
      </w:r>
      <w:r>
        <w:br/>
      </w:r>
      <w:r>
        <w:t xml:space="preserve">    (b) changed</w:t>
      </w:r>
      <w:r>
        <w:br/>
      </w:r>
      <w:r>
        <w:t xml:space="preserve">    (c) adapted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 to this hour he had persevered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</w:t>
      </w:r>
      <w:r>
        <w:rPr>
          <w:b/>
          <w:bCs/>
        </w:rPr>
        <w:t xml:space="preserve"> </w:t>
      </w:r>
      <w:r>
        <w:rPr>
          <w:b/>
          <w:bCs/>
        </w:rPr>
        <w:t xml:space="preserve">not to invite her back.</w:t>
      </w:r>
      <w:r>
        <w:br/>
      </w:r>
      <w:r>
        <w:t xml:space="preserve">    (a) wrongly translating</w:t>
      </w:r>
      <w:r>
        <w:br/>
      </w:r>
      <w:r>
        <w:t xml:space="preserve">    (b) determination (in holding to his decision)</w:t>
      </w:r>
      <w:r>
        <w:br/>
      </w:r>
      <w:r>
        <w:t xml:space="preserve">    (c) difficult situation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a ledge in the fuel-house stood three tall rush-lights and by the light of them seven or eight lads were marching about, haranguing, and confusing each other,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endeavours</w:t>
      </w:r>
      <w:r>
        <w:rPr>
          <w:b/>
          <w:bCs/>
        </w:rPr>
        <w:t xml:space="preserve"> </w:t>
      </w:r>
      <w:r>
        <w:rPr>
          <w:b/>
          <w:bCs/>
        </w:rPr>
        <w:t xml:space="preserve">to perfect themselves in the play.</w:t>
      </w:r>
      <w:r>
        <w:br/>
      </w:r>
      <w:r>
        <w:t xml:space="preserve">    (a) attempts; or things attempted</w:t>
      </w:r>
      <w:r>
        <w:br/>
      </w:r>
      <w:r>
        <w:t xml:space="preserve">    (b) learns, discovers, or decides</w:t>
      </w:r>
      <w:r>
        <w:br/>
      </w:r>
      <w:r>
        <w:t xml:space="preserve">    (c) tells someone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Suppose he should become blind, or, at all events, never recover sufficient strength of sight to engage in an occupation which would be congenial to her feelings,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conduce</w:t>
      </w:r>
      <w:r>
        <w:rPr>
          <w:b/>
          <w:bCs/>
        </w:rPr>
        <w:t xml:space="preserve"> </w:t>
      </w:r>
      <w:r>
        <w:rPr>
          <w:b/>
          <w:bCs/>
        </w:rPr>
        <w:t xml:space="preserve">to her removal from this lonely dwelling among the hills?</w:t>
      </w:r>
      <w:r>
        <w:br/>
      </w:r>
      <w:r>
        <w:t xml:space="preserve">    (a) contribute (to a result)</w:t>
      </w:r>
      <w:r>
        <w:br/>
      </w:r>
      <w:r>
        <w:t xml:space="preserve">    (b) include consideration of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she quickly pressed her hand upon Wildeve's arm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signified</w:t>
      </w:r>
      <w:r>
        <w:rPr>
          <w:b/>
          <w:bCs/>
        </w:rPr>
        <w:t xml:space="preserve"> </w:t>
      </w:r>
      <w:r>
        <w:rPr>
          <w:b/>
          <w:bCs/>
        </w:rPr>
        <w:t xml:space="preserve">to him to come back from the open side of the shed into the shadow.</w:t>
      </w:r>
      <w:r>
        <w:br/>
      </w:r>
      <w:r>
        <w:t xml:space="preserve">    (a) to indicate (to show or to mean)</w:t>
      </w:r>
      <w:r>
        <w:br/>
      </w:r>
      <w:r>
        <w:t xml:space="preserve">    (b) of the Netherlands or its people</w:t>
      </w:r>
      <w:r>
        <w:br/>
      </w:r>
      <w:r>
        <w:t xml:space="preserve">    (c) lacking things most people enjoy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ascended</w:t>
      </w:r>
      <w:r>
        <w:rPr>
          <w:b/>
          <w:bCs/>
        </w:rPr>
        <w:t xml:space="preserve"> </w:t>
      </w:r>
      <w:r>
        <w:rPr>
          <w:b/>
          <w:bCs/>
        </w:rPr>
        <w:t xml:space="preserve">the valley in a mathematically direct line towards his distant home in the meadows.</w:t>
      </w:r>
      <w:r>
        <w:br/>
      </w:r>
      <w:r>
        <w:t xml:space="preserve">    (a) not roughly calculated</w:t>
      </w:r>
      <w:r>
        <w:br/>
      </w:r>
      <w:r>
        <w:t xml:space="preserve">    (b) consistent or the same</w:t>
      </w:r>
      <w:r>
        <w:br/>
      </w:r>
      <w:r>
        <w:t xml:space="preserve">    (c) climbed (move upward)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2026-07-31T15:55:20Z</dcterms:created>
  <dcterms:modified xsi:type="dcterms:W3CDTF">2026-07-31T15:55:20Z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