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688b784ee301d12574603856bb9037c9cca4ce"/>
    <w:p>
      <w:pPr>
        <w:pStyle w:val="Heading1"/>
      </w:pPr>
      <w:r>
        <w:rPr>
          <w:b/>
          <w:bCs/>
        </w:rPr>
        <w:t xml:space="preserve">The Return of the Native</w:t>
      </w:r>
      <w:r>
        <w:br/>
      </w:r>
      <w:r>
        <w:rPr>
          <w:i/>
          <w:iCs/>
        </w:rPr>
        <w:t xml:space="preserve">Thomas Hardy</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This was not the repose of actual</w:t>
      </w:r>
      <w:r>
        <w:rPr>
          <w:b/>
          <w:bCs/>
        </w:rPr>
        <w:t xml:space="preserve"> </w:t>
      </w:r>
      <w:r>
        <w:rPr>
          <w:b/>
          <w:bCs/>
          <w:u w:val="single"/>
        </w:rPr>
        <w:t xml:space="preserve">stagnation</w:t>
      </w:r>
      <w:r>
        <w:rPr>
          <w:b/>
          <w:bCs/>
        </w:rPr>
        <w:t xml:space="preserve">, but the apparent repose of incredible slowness.</w:t>
      </w:r>
      <w:r>
        <w:br/>
      </w:r>
      <w:r>
        <w:t xml:space="preserve">    (a) lack of development or movement</w:t>
      </w:r>
      <w:r>
        <w:br/>
      </w:r>
      <w:r>
        <w:t xml:space="preserve">    (b) calculating or judging too high</w:t>
      </w:r>
      <w:r>
        <w:br/>
      </w:r>
      <w:r>
        <w:t xml:space="preserve">    (c) the ability to take on or adopt</w:t>
      </w:r>
    </w:p>
    <w:p>
      <w:pPr>
        <w:pStyle w:val="Compact"/>
        <w:numPr>
          <w:ilvl w:val="0"/>
          <w:numId w:val="1001"/>
        </w:numPr>
      </w:pPr>
      <w:r>
        <w:rPr>
          <w:b/>
          <w:bCs/>
        </w:rPr>
        <w:t xml:space="preserve">The speaker, a peat or turf-cutter, who had newly joined the group, carried across his shoulder the singular heart-shaped spade of large dimensions used in that species of labour; and its well-</w:t>
      </w:r>
      <w:r>
        <w:rPr>
          <w:b/>
          <w:bCs/>
          <w:u w:val="single"/>
        </w:rPr>
        <w:t xml:space="preserve">whetted</w:t>
      </w:r>
      <w:r>
        <w:rPr>
          <w:b/>
          <w:bCs/>
        </w:rPr>
        <w:t xml:space="preserve"> </w:t>
      </w:r>
      <w:r>
        <w:rPr>
          <w:b/>
          <w:bCs/>
        </w:rPr>
        <w:t xml:space="preserve">edge gleamed like a silver bow in the beams of the fire.</w:t>
      </w:r>
      <w:r>
        <w:br/>
      </w:r>
      <w:r>
        <w:t xml:space="preserve">    (a) to increase a sense or desire</w:t>
      </w:r>
      <w:r>
        <w:br/>
      </w:r>
      <w:r>
        <w:br/>
      </w:r>
      <w:r>
        <w:t xml:space="preserve">or: to sharpen a knife or other cutting edge</w:t>
      </w:r>
      <w:r>
        <w:br/>
      </w:r>
      <w:r>
        <w:t xml:space="preserve">    (b) hid something by making it blend in with its surroundings; or hid the truth</w:t>
      </w:r>
      <w:r>
        <w:br/>
      </w:r>
      <w:r>
        <w:t xml:space="preserve">    (c) not having been assigned a value, or not having been considered as to worth</w:t>
      </w:r>
    </w:p>
    <w:p>
      <w:pPr>
        <w:pStyle w:val="Compact"/>
        <w:numPr>
          <w:ilvl w:val="0"/>
          <w:numId w:val="1001"/>
        </w:numPr>
      </w:pPr>
      <w:r>
        <w:rPr>
          <w:b/>
          <w:bCs/>
        </w:rPr>
        <w:t xml:space="preserve">"I could almost say that it serves you right—if I did not feel that you don't deserve it," continued Mrs. Yeobright, who, possessing two distinct moods in close</w:t>
      </w:r>
      <w:r>
        <w:rPr>
          <w:b/>
          <w:bCs/>
        </w:rPr>
        <w:t xml:space="preserve"> </w:t>
      </w:r>
      <w:r>
        <w:rPr>
          <w:b/>
          <w:bCs/>
          <w:u w:val="single"/>
        </w:rPr>
        <w:t xml:space="preserve">contiguity</w:t>
      </w:r>
      <w:r>
        <w:rPr>
          <w:b/>
          <w:bCs/>
        </w:rPr>
        <w:t xml:space="preserve">, a gentle mood and an angry, flew from one to the other without the least warning.</w:t>
      </w:r>
      <w:r>
        <w:br/>
      </w:r>
      <w:r>
        <w:t xml:space="preserve">    (a) any substance that tends to increase the flow of urine</w:t>
      </w:r>
      <w:r>
        <w:br/>
      </w:r>
      <w:r>
        <w:t xml:space="preserve">    (b) an electronic component that acts like a one-way valve</w:t>
      </w:r>
      <w:r>
        <w:br/>
      </w:r>
      <w:r>
        <w:t xml:space="preserve">    (c) with a common boundary; or very close in space or time</w:t>
      </w:r>
    </w:p>
    <w:p>
      <w:pPr>
        <w:pStyle w:val="Compact"/>
        <w:numPr>
          <w:ilvl w:val="0"/>
          <w:numId w:val="1001"/>
        </w:numPr>
      </w:pPr>
      <w:r>
        <w:rPr>
          <w:b/>
          <w:bCs/>
        </w:rPr>
        <w:t xml:space="preserve">That she was tall and straight in build, that she was lady-like in her movements, was all that could be learnt of her just now, her form being wrapped in a shawl folded in the old cornerwise fashion, and her head in a large kerchief, a protection not</w:t>
      </w:r>
      <w:r>
        <w:rPr>
          <w:b/>
          <w:bCs/>
        </w:rPr>
        <w:t xml:space="preserve"> </w:t>
      </w:r>
      <w:r>
        <w:rPr>
          <w:b/>
          <w:bCs/>
          <w:u w:val="single"/>
        </w:rPr>
        <w:t xml:space="preserve">superfluous</w:t>
      </w:r>
      <w:r>
        <w:rPr>
          <w:b/>
          <w:bCs/>
        </w:rPr>
        <w:t xml:space="preserve"> </w:t>
      </w:r>
      <w:r>
        <w:rPr>
          <w:b/>
          <w:bCs/>
        </w:rPr>
        <w:t xml:space="preserve">at this hour and place.</w:t>
      </w:r>
      <w:r>
        <w:br/>
      </w:r>
      <w:r>
        <w:t xml:space="preserve">    (a) without purpose, job, or natural activity</w:t>
      </w:r>
      <w:r>
        <w:br/>
      </w:r>
      <w:r>
        <w:t xml:space="preserve">    (b) more than is needed, desired, or required</w:t>
      </w:r>
      <w:r>
        <w:br/>
      </w:r>
      <w:r>
        <w:t xml:space="preserve">    (c) the quality of being sensible and careful</w:t>
      </w:r>
    </w:p>
    <w:p>
      <w:pPr>
        <w:pStyle w:val="Compact"/>
        <w:numPr>
          <w:ilvl w:val="0"/>
          <w:numId w:val="1001"/>
        </w:numPr>
      </w:pPr>
      <w:r>
        <w:rPr>
          <w:b/>
          <w:bCs/>
        </w:rPr>
        <w:t xml:space="preserve">The repressed child said, "Yes, I do, miss," and continued to stir the fire</w:t>
      </w:r>
      <w:r>
        <w:rPr>
          <w:b/>
          <w:bCs/>
        </w:rPr>
        <w:t xml:space="preserve"> </w:t>
      </w:r>
      <w:r>
        <w:rPr>
          <w:b/>
          <w:bCs/>
          <w:u w:val="single"/>
        </w:rPr>
        <w:t xml:space="preserve">perfunctorily</w:t>
      </w:r>
      <w:r>
        <w:rPr>
          <w:b/>
          <w:bCs/>
        </w:rPr>
        <w:t xml:space="preserve">.</w:t>
      </w:r>
      <w:r>
        <w:br/>
      </w:r>
      <w:r>
        <w:t xml:space="preserve">    (a) in a manner that is not sincere</w:t>
      </w:r>
      <w:r>
        <w:br/>
      </w:r>
      <w:r>
        <w:t xml:space="preserve">    (b) in comparison to something else</w:t>
      </w:r>
      <w:r>
        <w:br/>
      </w:r>
      <w:r>
        <w:t xml:space="preserve">    (c) without much interest or effort</w:t>
      </w:r>
    </w:p>
    <w:p>
      <w:pPr>
        <w:pStyle w:val="Compact"/>
        <w:numPr>
          <w:ilvl w:val="0"/>
          <w:numId w:val="1001"/>
        </w:numPr>
      </w:pPr>
      <w:r>
        <w:rPr>
          <w:b/>
          <w:bCs/>
        </w:rPr>
        <w:t xml:space="preserve">However, the curse of</w:t>
      </w:r>
      <w:r>
        <w:rPr>
          <w:b/>
          <w:bCs/>
        </w:rPr>
        <w:t xml:space="preserve"> </w:t>
      </w:r>
      <w:r>
        <w:rPr>
          <w:b/>
          <w:bCs/>
          <w:u w:val="single"/>
        </w:rPr>
        <w:t xml:space="preserve">inflammability</w:t>
      </w:r>
      <w:r>
        <w:rPr>
          <w:b/>
          <w:bCs/>
        </w:rPr>
        <w:t xml:space="preserve"> </w:t>
      </w:r>
      <w:r>
        <w:rPr>
          <w:b/>
          <w:bCs/>
        </w:rPr>
        <w:t xml:space="preserve">is upon me, and I must live under it, and take any snub from a woman.</w:t>
      </w:r>
      <w:r>
        <w:br/>
      </w:r>
      <w:r>
        <w:t xml:space="preserve">    (a) unconstrained in some way -- such as untied or no longer obligated</w:t>
      </w:r>
      <w:r>
        <w:br/>
      </w:r>
      <w:r>
        <w:t xml:space="preserve">    (b) the degree to which something is easily started on fire and burned</w:t>
      </w:r>
      <w:r>
        <w:br/>
      </w:r>
      <w:r>
        <w:t xml:space="preserve">    (c) the highest degree awarded in universities in many fields of study</w:t>
      </w:r>
    </w:p>
    <w:p>
      <w:pPr>
        <w:pStyle w:val="Compact"/>
        <w:numPr>
          <w:ilvl w:val="0"/>
          <w:numId w:val="1001"/>
        </w:numPr>
      </w:pPr>
      <w:r>
        <w:rPr>
          <w:b/>
          <w:bCs/>
        </w:rPr>
        <w:t xml:space="preserve">A true Tartarean dignity sat upon her brow, and not factitiously or with marks of</w:t>
      </w:r>
      <w:r>
        <w:rPr>
          <w:b/>
          <w:bCs/>
        </w:rPr>
        <w:t xml:space="preserve"> </w:t>
      </w:r>
      <w:r>
        <w:rPr>
          <w:b/>
          <w:bCs/>
          <w:u w:val="single"/>
        </w:rPr>
        <w:t xml:space="preserve">constraint</w:t>
      </w:r>
      <w:r>
        <w:rPr>
          <w:b/>
          <w:bCs/>
        </w:rPr>
        <w:t xml:space="preserve">, for it had grown in her with years.</w:t>
      </w:r>
      <w:r>
        <w:br/>
      </w:r>
      <w:r>
        <w:t xml:space="preserve">    (a) a Muslim religious teacher or leader</w:t>
      </w:r>
      <w:r>
        <w:br/>
      </w:r>
      <w:r>
        <w:t xml:space="preserve">    (b) lacking experience or sophistication</w:t>
      </w:r>
      <w:r>
        <w:br/>
      </w:r>
      <w:r>
        <w:t xml:space="preserve">    (c) something that limits something else</w:t>
      </w:r>
    </w:p>
    <w:p>
      <w:pPr>
        <w:pStyle w:val="Compact"/>
        <w:numPr>
          <w:ilvl w:val="0"/>
          <w:numId w:val="1001"/>
        </w:numPr>
      </w:pPr>
      <w:r>
        <w:rPr>
          <w:b/>
          <w:bCs/>
        </w:rPr>
        <w:t xml:space="preserve">The heather and peat</w:t>
      </w:r>
      <w:r>
        <w:rPr>
          <w:b/>
          <w:bCs/>
        </w:rPr>
        <w:t xml:space="preserve"> </w:t>
      </w:r>
      <w:r>
        <w:rPr>
          <w:b/>
          <w:bCs/>
          <w:u w:val="single"/>
        </w:rPr>
        <w:t xml:space="preserve">stratum</w:t>
      </w:r>
      <w:r>
        <w:rPr>
          <w:b/>
          <w:bCs/>
        </w:rPr>
        <w:t xml:space="preserve"> </w:t>
      </w:r>
      <w:r>
        <w:rPr>
          <w:b/>
          <w:bCs/>
        </w:rPr>
        <w:t xml:space="preserve">overhung the brow of the pit in mats, hiding the actual verge.</w:t>
      </w:r>
      <w:r>
        <w:br/>
      </w:r>
      <w:r>
        <w:t xml:space="preserve">    (a) a hollow muscular organ in the pelvic cavity of females which can hold a developing fetus</w:t>
      </w:r>
      <w:r>
        <w:br/>
      </w:r>
      <w:r>
        <w:t xml:space="preserve">    (b) one who believes that knowledge is acquired primarily by reason rather than by experience</w:t>
      </w:r>
      <w:r>
        <w:br/>
      </w:r>
      <w:r>
        <w:t xml:space="preserve">    (c) layers</w:t>
      </w:r>
      <w:r>
        <w:br/>
      </w:r>
      <w:r>
        <w:br/>
      </w:r>
      <w:r>
        <w:t xml:space="preserve">or:</w:t>
      </w:r>
      <w:r>
        <w:br/>
      </w:r>
      <w:r>
        <w:br/>
      </w:r>
      <w:r>
        <w:t xml:space="preserve">levels, classes, or groups into which people or other things are divided</w:t>
      </w:r>
    </w:p>
    <w:p>
      <w:pPr>
        <w:pStyle w:val="Compact"/>
        <w:numPr>
          <w:ilvl w:val="0"/>
          <w:numId w:val="1001"/>
        </w:numPr>
      </w:pPr>
      <w:r>
        <w:rPr>
          <w:b/>
          <w:bCs/>
        </w:rPr>
        <w:t xml:space="preserve">The creature brought within him an</w:t>
      </w:r>
      <w:r>
        <w:rPr>
          <w:b/>
          <w:bCs/>
        </w:rPr>
        <w:t xml:space="preserve"> </w:t>
      </w:r>
      <w:r>
        <w:rPr>
          <w:b/>
          <w:bCs/>
          <w:u w:val="single"/>
        </w:rPr>
        <w:t xml:space="preserve">amplitude</w:t>
      </w:r>
      <w:r>
        <w:rPr>
          <w:b/>
          <w:bCs/>
        </w:rPr>
        <w:t xml:space="preserve"> </w:t>
      </w:r>
      <w:r>
        <w:rPr>
          <w:b/>
          <w:bCs/>
        </w:rPr>
        <w:t xml:space="preserve">of Northern knowledge.</w:t>
      </w:r>
      <w:r>
        <w:br/>
      </w:r>
      <w:r>
        <w:t xml:space="preserve">    (a) measure of general intelligence</w:t>
      </w:r>
      <w:r>
        <w:br/>
      </w:r>
      <w:r>
        <w:t xml:space="preserve">    (b) a firm decision to do something</w:t>
      </w:r>
      <w:r>
        <w:br/>
      </w:r>
      <w:r>
        <w:t xml:space="preserve">    (c) greatness of magnitude or range</w:t>
      </w:r>
    </w:p>
    <w:p>
      <w:pPr>
        <w:pStyle w:val="Compact"/>
        <w:numPr>
          <w:ilvl w:val="0"/>
          <w:numId w:val="1001"/>
        </w:numPr>
      </w:pPr>
      <w:r>
        <w:rPr>
          <w:b/>
          <w:bCs/>
        </w:rPr>
        <w:t xml:space="preserve">Mrs. Yeobright appeared</w:t>
      </w:r>
      <w:r>
        <w:rPr>
          <w:b/>
          <w:bCs/>
        </w:rPr>
        <w:t xml:space="preserve"> </w:t>
      </w:r>
      <w:r>
        <w:rPr>
          <w:b/>
          <w:bCs/>
          <w:u w:val="single"/>
        </w:rPr>
        <w:t xml:space="preserve">disinclined</w:t>
      </w:r>
      <w:r>
        <w:rPr>
          <w:b/>
          <w:bCs/>
        </w:rPr>
        <w:t xml:space="preserve"> </w:t>
      </w:r>
      <w:r>
        <w:rPr>
          <w:b/>
          <w:bCs/>
        </w:rPr>
        <w:t xml:space="preserve">to enter further into the question.</w:t>
      </w:r>
      <w:r>
        <w:br/>
      </w:r>
      <w:r>
        <w:t xml:space="preserve">    (a) related to belief in a single God</w:t>
      </w:r>
      <w:r>
        <w:br/>
      </w:r>
      <w:r>
        <w:t xml:space="preserve">    (b) able to be stopped from happening</w:t>
      </w:r>
      <w:r>
        <w:br/>
      </w:r>
      <w:r>
        <w:t xml:space="preserve">    (c) feeling reluctant to do something</w:t>
      </w:r>
    </w:p>
    <w:p>
      <w:pPr>
        <w:pStyle w:val="Compact"/>
        <w:numPr>
          <w:ilvl w:val="0"/>
          <w:numId w:val="1001"/>
        </w:numPr>
      </w:pPr>
      <w:r>
        <w:rPr>
          <w:b/>
          <w:bCs/>
        </w:rPr>
        <w:t xml:space="preserve">As is usual with bright natures, the deity that lies ignominiously chained within an</w:t>
      </w:r>
      <w:r>
        <w:rPr>
          <w:b/>
          <w:bCs/>
        </w:rPr>
        <w:t xml:space="preserve"> </w:t>
      </w:r>
      <w:r>
        <w:rPr>
          <w:b/>
          <w:bCs/>
          <w:u w:val="single"/>
        </w:rPr>
        <w:t xml:space="preserve">ephemeral</w:t>
      </w:r>
      <w:r>
        <w:rPr>
          <w:b/>
          <w:bCs/>
        </w:rPr>
        <w:t xml:space="preserve"> </w:t>
      </w:r>
      <w:r>
        <w:rPr>
          <w:b/>
          <w:bCs/>
        </w:rPr>
        <w:t xml:space="preserve">human carcase shone out of him like a ray.</w:t>
      </w:r>
      <w:r>
        <w:br/>
      </w:r>
      <w:r>
        <w:t xml:space="preserve">    (a) existing only for a short time</w:t>
      </w:r>
      <w:r>
        <w:br/>
      </w:r>
      <w:r>
        <w:t xml:space="preserve">    (b) made by taking on as one's own</w:t>
      </w:r>
      <w:r>
        <w:br/>
      </w:r>
      <w:r>
        <w:t xml:space="preserve">    (c) a sensible view of a situation</w:t>
      </w:r>
    </w:p>
    <w:p>
      <w:pPr>
        <w:pStyle w:val="Compact"/>
        <w:numPr>
          <w:ilvl w:val="0"/>
          <w:numId w:val="1001"/>
        </w:numPr>
      </w:pPr>
      <w:r>
        <w:rPr>
          <w:b/>
          <w:bCs/>
        </w:rPr>
        <w:t xml:space="preserve">Physically beautiful men—the glory of the race when it was young—are almost an</w:t>
      </w:r>
      <w:r>
        <w:rPr>
          <w:b/>
          <w:bCs/>
        </w:rPr>
        <w:t xml:space="preserve"> </w:t>
      </w:r>
      <w:r>
        <w:rPr>
          <w:b/>
          <w:bCs/>
          <w:u w:val="single"/>
        </w:rPr>
        <w:t xml:space="preserve">anachronism</w:t>
      </w:r>
      <w:r>
        <w:rPr>
          <w:b/>
          <w:bCs/>
        </w:rPr>
        <w:t xml:space="preserve"> </w:t>
      </w:r>
      <w:r>
        <w:rPr>
          <w:b/>
          <w:bCs/>
        </w:rPr>
        <w:t xml:space="preserve">now; and we may wonder whether, at some time or other, physically beautiful women may not be an anachronism likewise.</w:t>
      </w:r>
      <w:r>
        <w:br/>
      </w:r>
      <w:r>
        <w:t xml:space="preserve">    (a) lacking experience or sophistication</w:t>
      </w:r>
      <w:r>
        <w:br/>
      </w:r>
      <w:r>
        <w:t xml:space="preserve">    (b) something out of place for it's time</w:t>
      </w:r>
      <w:r>
        <w:br/>
      </w:r>
      <w:r>
        <w:t xml:space="preserve">    (c) a Muslim religious teacher or leader</w:t>
      </w:r>
    </w:p>
    <w:p>
      <w:pPr>
        <w:pStyle w:val="Compact"/>
        <w:numPr>
          <w:ilvl w:val="0"/>
          <w:numId w:val="1001"/>
        </w:numPr>
      </w:pPr>
      <w:r>
        <w:rPr>
          <w:b/>
          <w:bCs/>
        </w:rPr>
        <w:t xml:space="preserve">His features were attractive in the light of symbols, as sounds</w:t>
      </w:r>
      <w:r>
        <w:rPr>
          <w:b/>
          <w:bCs/>
        </w:rPr>
        <w:t xml:space="preserve"> </w:t>
      </w:r>
      <w:r>
        <w:rPr>
          <w:b/>
          <w:bCs/>
          <w:u w:val="single"/>
        </w:rPr>
        <w:t xml:space="preserve">intrinsically</w:t>
      </w:r>
      <w:r>
        <w:rPr>
          <w:b/>
          <w:bCs/>
        </w:rPr>
        <w:t xml:space="preserve"> </w:t>
      </w:r>
      <w:r>
        <w:rPr>
          <w:b/>
          <w:bCs/>
        </w:rPr>
        <w:t xml:space="preserve">common become attractive in language, and as shapes intrinsically simple become interesting in writing.</w:t>
      </w:r>
      <w:r>
        <w:br/>
      </w:r>
      <w:r>
        <w:t xml:space="preserve">    (a) in a manner that spreads to other parts of the body</w:t>
      </w:r>
      <w:r>
        <w:br/>
      </w:r>
      <w:r>
        <w:t xml:space="preserve">    (b) in a manner related to the very nature of something</w:t>
      </w:r>
      <w:r>
        <w:br/>
      </w:r>
      <w:r>
        <w:t xml:space="preserve">    (c) in a manner that is very bad (deserving no respect)</w:t>
      </w:r>
    </w:p>
    <w:p>
      <w:pPr>
        <w:pStyle w:val="Compact"/>
        <w:numPr>
          <w:ilvl w:val="0"/>
          <w:numId w:val="1001"/>
        </w:numPr>
      </w:pPr>
      <w:r>
        <w:rPr>
          <w:b/>
          <w:bCs/>
        </w:rPr>
        <w:t xml:space="preserve">The evening films began to make</w:t>
      </w:r>
      <w:r>
        <w:rPr>
          <w:b/>
          <w:bCs/>
        </w:rPr>
        <w:t xml:space="preserve"> </w:t>
      </w:r>
      <w:r>
        <w:rPr>
          <w:b/>
          <w:bCs/>
          <w:u w:val="single"/>
        </w:rPr>
        <w:t xml:space="preserve">nebulous</w:t>
      </w:r>
      <w:r>
        <w:rPr>
          <w:b/>
          <w:bCs/>
        </w:rPr>
        <w:t xml:space="preserve"> </w:t>
      </w:r>
      <w:r>
        <w:rPr>
          <w:b/>
          <w:bCs/>
        </w:rPr>
        <w:t xml:space="preserve">pictures of the valleys, but the high lands still were raked by the declining rays of the winter sun, which glanced on Clym as he walked forward, eyed by every rabbit and fieldfare around, a long shadow advancing in front of him.</w:t>
      </w:r>
      <w:r>
        <w:br/>
      </w:r>
      <w:r>
        <w:t xml:space="preserve">    (a) unclear or lacking definite form</w:t>
      </w:r>
      <w:r>
        <w:br/>
      </w:r>
      <w:r>
        <w:t xml:space="preserve">    (b) the condition of being different</w:t>
      </w:r>
      <w:r>
        <w:br/>
      </w:r>
      <w:r>
        <w:t xml:space="preserve">    (c) indicating approval or agreement</w:t>
      </w:r>
    </w:p>
    <w:p>
      <w:pPr>
        <w:pStyle w:val="Compact"/>
        <w:numPr>
          <w:ilvl w:val="0"/>
          <w:numId w:val="1001"/>
        </w:numPr>
      </w:pPr>
      <w:r>
        <w:rPr>
          <w:b/>
          <w:bCs/>
        </w:rPr>
        <w:t xml:space="preserve">Three</w:t>
      </w:r>
      <w:r>
        <w:rPr>
          <w:b/>
          <w:bCs/>
        </w:rPr>
        <w:t xml:space="preserve"> </w:t>
      </w:r>
      <w:r>
        <w:rPr>
          <w:b/>
          <w:bCs/>
          <w:u w:val="single"/>
        </w:rPr>
        <w:t xml:space="preserve">antagonistic</w:t>
      </w:r>
      <w:r>
        <w:rPr>
          <w:b/>
          <w:bCs/>
        </w:rPr>
        <w:t xml:space="preserve"> </w:t>
      </w:r>
      <w:r>
        <w:rPr>
          <w:b/>
          <w:bCs/>
        </w:rPr>
        <w:t xml:space="preserve">growths had to be kept alive: his mother's trust in him, his plan for becoming a teacher, and Eustacia's happiness.</w:t>
      </w:r>
      <w:r>
        <w:br/>
      </w:r>
      <w:r>
        <w:t xml:space="preserve">    (a) without boundaries or limits</w:t>
      </w:r>
      <w:r>
        <w:br/>
      </w:r>
      <w:r>
        <w:t xml:space="preserve">    (b) not good at making decisions</w:t>
      </w:r>
      <w:r>
        <w:br/>
      </w:r>
      <w:r>
        <w:t xml:space="preserve">    (c) with opposition or hostility</w:t>
      </w:r>
    </w:p>
    <w:p>
      <w:pPr>
        <w:pStyle w:val="Compact"/>
        <w:numPr>
          <w:ilvl w:val="0"/>
          <w:numId w:val="1001"/>
        </w:numPr>
      </w:pPr>
      <w:r>
        <w:rPr>
          <w:b/>
          <w:bCs/>
        </w:rPr>
        <w:t xml:space="preserve">In addition to the upward path through the heath to Rainbarrow and Mistover, there was a road which branched from the highway a short distance below the inn, and ascended to Mistover by a</w:t>
      </w:r>
      <w:r>
        <w:rPr>
          <w:b/>
          <w:bCs/>
        </w:rPr>
        <w:t xml:space="preserve"> </w:t>
      </w:r>
      <w:r>
        <w:rPr>
          <w:b/>
          <w:bCs/>
          <w:u w:val="single"/>
        </w:rPr>
        <w:t xml:space="preserve">circuitous</w:t>
      </w:r>
      <w:r>
        <w:rPr>
          <w:b/>
          <w:bCs/>
        </w:rPr>
        <w:t xml:space="preserve"> </w:t>
      </w:r>
      <w:r>
        <w:rPr>
          <w:b/>
          <w:bCs/>
        </w:rPr>
        <w:t xml:space="preserve">and easy incline.</w:t>
      </w:r>
      <w:r>
        <w:br/>
      </w:r>
      <w:r>
        <w:t xml:space="preserve">    (a) indirect</w:t>
      </w:r>
      <w:r>
        <w:br/>
      </w:r>
      <w:r>
        <w:t xml:space="preserve">    (b) pleasing</w:t>
      </w:r>
      <w:r>
        <w:br/>
      </w:r>
      <w:r>
        <w:t xml:space="preserve">    (c) absolute</w:t>
      </w:r>
    </w:p>
    <w:p>
      <w:pPr>
        <w:pStyle w:val="Compact"/>
        <w:numPr>
          <w:ilvl w:val="0"/>
          <w:numId w:val="1001"/>
        </w:numPr>
      </w:pPr>
      <w:r>
        <w:rPr>
          <w:b/>
          <w:bCs/>
        </w:rPr>
        <w:t xml:space="preserve">Thus Venn, in his anxiety to</w:t>
      </w:r>
      <w:r>
        <w:rPr>
          <w:b/>
          <w:bCs/>
        </w:rPr>
        <w:t xml:space="preserve"> </w:t>
      </w:r>
      <w:r>
        <w:rPr>
          <w:b/>
          <w:bCs/>
          <w:u w:val="single"/>
        </w:rPr>
        <w:t xml:space="preserve">rectify</w:t>
      </w:r>
      <w:r>
        <w:rPr>
          <w:b/>
          <w:bCs/>
        </w:rPr>
        <w:t xml:space="preserve"> </w:t>
      </w:r>
      <w:r>
        <w:rPr>
          <w:b/>
          <w:bCs/>
        </w:rPr>
        <w:t xml:space="preserve">matters, had placed in Thomasin's hands not only the fifty guineas which rightly belonged to her, but also the fifty intended for her cousin Clym.</w:t>
      </w:r>
      <w:r>
        <w:br/>
      </w:r>
      <w:r>
        <w:t xml:space="preserve">    (a) correct (make right)</w:t>
      </w:r>
      <w:r>
        <w:br/>
      </w:r>
      <w:r>
        <w:t xml:space="preserve">    (b) develop or change gradually</w:t>
      </w:r>
      <w:r>
        <w:br/>
      </w:r>
      <w:r>
        <w:t xml:space="preserve">    (c) pessimistic or disagreeable</w:t>
      </w:r>
    </w:p>
    <w:p>
      <w:pPr>
        <w:pStyle w:val="Compact"/>
        <w:numPr>
          <w:ilvl w:val="0"/>
          <w:numId w:val="1001"/>
        </w:numPr>
      </w:pPr>
      <w:r>
        <w:rPr>
          <w:b/>
          <w:bCs/>
        </w:rPr>
        <w:t xml:space="preserve">...to hunger for the hope and happiness which the fascination of the dance seemed to</w:t>
      </w:r>
      <w:r>
        <w:rPr>
          <w:b/>
          <w:bCs/>
        </w:rPr>
        <w:t xml:space="preserve"> </w:t>
      </w:r>
      <w:r>
        <w:rPr>
          <w:b/>
          <w:bCs/>
          <w:u w:val="single"/>
        </w:rPr>
        <w:t xml:space="preserve">engender</w:t>
      </w:r>
      <w:r>
        <w:rPr>
          <w:b/>
          <w:bCs/>
        </w:rPr>
        <w:t xml:space="preserve"> </w:t>
      </w:r>
      <w:r>
        <w:rPr>
          <w:b/>
          <w:bCs/>
        </w:rPr>
        <w:t xml:space="preserve">within them.</w:t>
      </w:r>
      <w:r>
        <w:br/>
      </w:r>
      <w:r>
        <w:t xml:space="preserve">    (a) trade</w:t>
      </w:r>
      <w:r>
        <w:br/>
      </w:r>
      <w:r>
        <w:t xml:space="preserve">    (b) delay</w:t>
      </w:r>
      <w:r>
        <w:br/>
      </w:r>
      <w:r>
        <w:t xml:space="preserve">    (c) bring about (cause)</w:t>
      </w:r>
    </w:p>
    <w:p>
      <w:pPr>
        <w:pStyle w:val="Compact"/>
        <w:numPr>
          <w:ilvl w:val="0"/>
          <w:numId w:val="1001"/>
        </w:numPr>
      </w:pPr>
      <w:r>
        <w:rPr>
          <w:b/>
          <w:bCs/>
        </w:rPr>
        <w:t xml:space="preserve">Eustacia floated round and round on Wildeve's arm, her face</w:t>
      </w:r>
      <w:r>
        <w:rPr>
          <w:b/>
          <w:bCs/>
        </w:rPr>
        <w:t xml:space="preserve"> </w:t>
      </w:r>
      <w:r>
        <w:rPr>
          <w:b/>
          <w:bCs/>
          <w:u w:val="single"/>
        </w:rPr>
        <w:t xml:space="preserve">rapt</w:t>
      </w:r>
      <w:r>
        <w:rPr>
          <w:b/>
          <w:bCs/>
        </w:rPr>
        <w:t xml:space="preserve"> </w:t>
      </w:r>
      <w:r>
        <w:rPr>
          <w:b/>
          <w:bCs/>
        </w:rPr>
        <w:t xml:space="preserve">and statuesque; her soul had passed away from and forgotten her features, which were left empty and quiescent, as they always are when feeling goes beyond their register.</w:t>
      </w:r>
      <w:r>
        <w:br/>
      </w:r>
      <w:r>
        <w:t xml:space="preserve">    (a) deeply disturbed or filled with emotional pain</w:t>
      </w:r>
      <w:r>
        <w:br/>
      </w:r>
      <w:r>
        <w:t xml:space="preserve">    (b) excessively noisy and unrestrained</w:t>
      </w:r>
      <w:r>
        <w:br/>
      </w:r>
      <w:r>
        <w:t xml:space="preserve">    (c) filled with pleasure</w:t>
      </w:r>
    </w:p>
    <w:p>
      <w:pPr>
        <w:pStyle w:val="Compact"/>
        <w:numPr>
          <w:ilvl w:val="0"/>
          <w:numId w:val="1001"/>
        </w:numPr>
      </w:pPr>
      <w:r>
        <w:rPr>
          <w:b/>
          <w:bCs/>
        </w:rPr>
        <w:t xml:space="preserve">From her elevated position the exhausted woman could perceive the roof of the house below, and the garden and the whole enclosure of the little</w:t>
      </w:r>
      <w:r>
        <w:rPr>
          <w:b/>
          <w:bCs/>
        </w:rPr>
        <w:t xml:space="preserve"> </w:t>
      </w:r>
      <w:r>
        <w:rPr>
          <w:b/>
          <w:bCs/>
          <w:u w:val="single"/>
        </w:rPr>
        <w:t xml:space="preserve">domicile</w:t>
      </w:r>
      <w:r>
        <w:rPr>
          <w:b/>
          <w:bCs/>
        </w:rPr>
        <w:t xml:space="preserve">.</w:t>
      </w:r>
      <w:r>
        <w:br/>
      </w:r>
      <w:r>
        <w:t xml:space="preserve">    (a) get rid of</w:t>
      </w:r>
      <w:r>
        <w:br/>
      </w:r>
      <w:r>
        <w:t xml:space="preserve">    (b) one's home</w:t>
      </w:r>
      <w:r>
        <w:br/>
      </w:r>
      <w:r>
        <w:t xml:space="preserve">    (c) connection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2026-07-31T15:55:21Z</dcterms:created>
  <dcterms:modified xsi:type="dcterms:W3CDTF">2026-07-31T15:55:21Z</dcterms:modified>
</cp:coreProperties>
</file>

<file path=docProps/custom.xml><?xml version="1.0" encoding="utf-8"?>
<Properties xmlns="http://schemas.openxmlformats.org/officeDocument/2006/custom-properties" xmlns:vt="http://schemas.openxmlformats.org/officeDocument/2006/docPropsVTypes"/>
</file>