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18aa885823dfacd256ca733db502374cd84949"/>
    <w:p>
      <w:pPr>
        <w:pStyle w:val="Heading1"/>
      </w:pPr>
      <w:r>
        <w:rPr>
          <w:b/>
          <w:bCs/>
        </w:rPr>
        <w:t xml:space="preserve">The Reptile Room</w:t>
      </w:r>
      <w:r>
        <w:br/>
      </w:r>
      <w:r>
        <w:rPr>
          <w:i/>
          <w:iCs/>
        </w:rPr>
        <w:t xml:space="preserve">Lemony Snicket</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Baudelaire parents had left behind an enormous fortune, which would go to the children when Violet came of age, and Count Olaf was so obsessed with getting his filthy hands on the money that he hatched a</w:t>
      </w:r>
      <w:r>
        <w:rPr>
          <w:b/>
          <w:bCs/>
        </w:rPr>
        <w:t xml:space="preserve"> </w:t>
      </w:r>
      <w:r>
        <w:rPr>
          <w:b/>
          <w:bCs/>
          <w:u w:val="single"/>
        </w:rPr>
        <w:t xml:space="preserve">devious</w:t>
      </w:r>
      <w:r>
        <w:rPr>
          <w:b/>
          <w:bCs/>
        </w:rPr>
        <w:t xml:space="preserve"> </w:t>
      </w:r>
      <w:r>
        <w:rPr>
          <w:b/>
          <w:bCs/>
        </w:rPr>
        <w:t xml:space="preserve">plan that gives me nightmares to this day.</w:t>
      </w:r>
      <w:r>
        <w:br/>
      </w:r>
      <w:r>
        <w:t xml:space="preserve">    (a) deceitful (not honest and straightforward) -- often in a complicated, clever manner</w:t>
      </w:r>
      <w:r>
        <w:br/>
      </w:r>
      <w:r>
        <w:t xml:space="preserve">    (b) able to be persuaded to do something by tempting with pleasure or something desired</w:t>
      </w:r>
      <w:r>
        <w:br/>
      </w:r>
      <w:r>
        <w:t xml:space="preserve">    (c) relating to one-sided information that is purposefully spread to influence opinions</w:t>
      </w:r>
    </w:p>
    <w:p>
      <w:pPr>
        <w:pStyle w:val="Compact"/>
        <w:numPr>
          <w:ilvl w:val="0"/>
          <w:numId w:val="1001"/>
        </w:numPr>
      </w:pPr>
      <w:r>
        <w:rPr>
          <w:b/>
          <w:bCs/>
        </w:rPr>
        <w:t xml:space="preserve">"Yes, and I'm sure he's very sensitive about that, so don't</w:t>
      </w:r>
      <w:r>
        <w:rPr>
          <w:b/>
          <w:bCs/>
        </w:rPr>
        <w:t xml:space="preserve"> </w:t>
      </w:r>
      <w:r>
        <w:rPr>
          <w:b/>
          <w:bCs/>
          <w:u w:val="single"/>
        </w:rPr>
        <w:t xml:space="preserve">ridicule</w:t>
      </w:r>
      <w:r>
        <w:rPr>
          <w:b/>
          <w:bCs/>
        </w:rPr>
        <w:t xml:space="preserve"> </w:t>
      </w:r>
      <w:r>
        <w:rPr>
          <w:b/>
          <w:bCs/>
        </w:rPr>
        <w:t xml:space="preserve">him," Mr. Poe said, coughing again into his handkerchief.</w:t>
      </w:r>
      <w:r>
        <w:br/>
      </w:r>
      <w:r>
        <w:t xml:space="preserve">    (a) ignore someone's wishes or cause inconvenience or discomfort</w:t>
      </w:r>
      <w:r>
        <w:br/>
      </w:r>
      <w:r>
        <w:t xml:space="preserve">    (b) mock (make fun of); or the language or behavior that does so</w:t>
      </w:r>
      <w:r>
        <w:br/>
      </w:r>
      <w:r>
        <w:t xml:space="preserve">    (c) provide investment funds for something -- such as a business</w:t>
      </w:r>
    </w:p>
    <w:p>
      <w:pPr>
        <w:pStyle w:val="Compact"/>
        <w:numPr>
          <w:ilvl w:val="0"/>
          <w:numId w:val="1001"/>
        </w:numPr>
      </w:pPr>
      <w:r>
        <w:rPr>
          <w:b/>
          <w:bCs/>
        </w:rPr>
        <w:t xml:space="preserve">They saw a large oil painting of two snakes</w:t>
      </w:r>
      <w:r>
        <w:rPr>
          <w:b/>
          <w:bCs/>
        </w:rPr>
        <w:t xml:space="preserve"> </w:t>
      </w:r>
      <w:r>
        <w:rPr>
          <w:b/>
          <w:bCs/>
          <w:u w:val="single"/>
        </w:rPr>
        <w:t xml:space="preserve">entwined</w:t>
      </w:r>
      <w:r>
        <w:rPr>
          <w:b/>
          <w:bCs/>
        </w:rPr>
        <w:t xml:space="preserve"> </w:t>
      </w:r>
      <w:r>
        <w:rPr>
          <w:b/>
          <w:bCs/>
        </w:rPr>
        <w:t xml:space="preserve">together that hung on the wall.</w:t>
      </w:r>
      <w:r>
        <w:br/>
      </w:r>
      <w:r>
        <w:t xml:space="preserve">    (a) promised, guaranteed, or indicated certainty of something</w:t>
      </w:r>
      <w:r>
        <w:br/>
      </w:r>
      <w:r>
        <w:t xml:space="preserve">    (b) interconnected (not easily separated) or twisted together</w:t>
      </w:r>
      <w:r>
        <w:br/>
      </w:r>
      <w:r>
        <w:t xml:space="preserve">    (c) viewed in a certain way so as to form a belief or opinion</w:t>
      </w:r>
    </w:p>
    <w:p>
      <w:pPr>
        <w:pStyle w:val="Compact"/>
        <w:numPr>
          <w:ilvl w:val="0"/>
          <w:numId w:val="1001"/>
        </w:numPr>
      </w:pPr>
      <w:r>
        <w:rPr>
          <w:b/>
          <w:bCs/>
        </w:rPr>
        <w:t xml:space="preserve">Questions show an</w:t>
      </w:r>
      <w:r>
        <w:rPr>
          <w:b/>
          <w:bCs/>
        </w:rPr>
        <w:t xml:space="preserve"> </w:t>
      </w:r>
      <w:r>
        <w:rPr>
          <w:b/>
          <w:bCs/>
          <w:u w:val="single"/>
        </w:rPr>
        <w:t xml:space="preserve">inquisitive</w:t>
      </w:r>
      <w:r>
        <w:rPr>
          <w:b/>
          <w:bCs/>
        </w:rPr>
        <w:t xml:space="preserve"> </w:t>
      </w:r>
      <w:r>
        <w:rPr>
          <w:b/>
          <w:bCs/>
        </w:rPr>
        <w:t xml:space="preserve">mind.</w:t>
      </w:r>
      <w:r>
        <w:br/>
      </w:r>
      <w:r>
        <w:t xml:space="preserve">    (a) not having the characteristic of bouncing back light/heat/sound...</w:t>
      </w:r>
      <w:r>
        <w:br/>
      </w:r>
      <w:r>
        <w:t xml:space="preserve">    (b) interested in learning about things -- often asking many questions</w:t>
      </w:r>
      <w:r>
        <w:br/>
      </w:r>
      <w:r>
        <w:t xml:space="preserve">    (c) the quality or degree of the involvement of other people or things</w:t>
      </w:r>
    </w:p>
    <w:p>
      <w:pPr>
        <w:pStyle w:val="Compact"/>
        <w:numPr>
          <w:ilvl w:val="0"/>
          <w:numId w:val="1001"/>
        </w:numPr>
      </w:pPr>
      <w:r>
        <w:rPr>
          <w:b/>
          <w:bCs/>
        </w:rPr>
        <w:t xml:space="preserve">I love snakes, all kinds, and I circle the globe looking for different kinds to study here in my</w:t>
      </w:r>
      <w:r>
        <w:rPr>
          <w:b/>
          <w:bCs/>
        </w:rPr>
        <w:t xml:space="preserve"> </w:t>
      </w:r>
      <w:r>
        <w:rPr>
          <w:b/>
          <w:bCs/>
          <w:u w:val="single"/>
        </w:rPr>
        <w:t xml:space="preserve">laboratory</w:t>
      </w:r>
      <w:r>
        <w:rPr>
          <w:b/>
          <w:bCs/>
        </w:rPr>
        <w:t xml:space="preserve">!</w:t>
      </w:r>
      <w:r>
        <w:br/>
      </w:r>
      <w:r>
        <w:t xml:space="preserve">    (a) a workplace where people do scientific or medical research, or produce drugs or chemicals (also used figuratively)  OR  (as an adjective) related to such a place</w:t>
      </w:r>
      <w:r>
        <w:br/>
      </w:r>
      <w:r>
        <w:t xml:space="preserve">    (b) an index of all main words in a book or body of work along with the immediate contexts where each word is found and/or an indication of where to find the context</w:t>
      </w:r>
      <w:r>
        <w:br/>
      </w:r>
      <w:r>
        <w:t xml:space="preserve">    (c) soccer:  a foul kick taken from 12 yards in front of the goal and defended only by the goalkeeper who cannot advance beyond the goal line until the shot is taken</w:t>
      </w:r>
    </w:p>
    <w:p>
      <w:pPr>
        <w:pStyle w:val="Compact"/>
        <w:numPr>
          <w:ilvl w:val="0"/>
          <w:numId w:val="1001"/>
        </w:numPr>
      </w:pPr>
      <w:r>
        <w:rPr>
          <w:b/>
          <w:bCs/>
        </w:rPr>
        <w:t xml:space="preserve">Is there someone who will come and take care of the children while you are out collecting</w:t>
      </w:r>
      <w:r>
        <w:rPr>
          <w:b/>
          <w:bCs/>
        </w:rPr>
        <w:t xml:space="preserve"> </w:t>
      </w:r>
      <w:r>
        <w:rPr>
          <w:b/>
          <w:bCs/>
          <w:u w:val="single"/>
        </w:rPr>
        <w:t xml:space="preserve">specimens</w:t>
      </w:r>
      <w:r>
        <w:rPr>
          <w:b/>
          <w:bCs/>
        </w:rPr>
        <w:t xml:space="preserve">?</w:t>
      </w:r>
      <w:r>
        <w:br/>
      </w:r>
      <w:r>
        <w:t xml:space="preserve">    (a) examples regarded as typical of their class</w:t>
      </w:r>
      <w:r>
        <w:br/>
      </w:r>
      <w:r>
        <w:t xml:space="preserve">    (b) jobs, reservations, bookings, or activities</w:t>
      </w:r>
      <w:r>
        <w:br/>
      </w:r>
      <w:r>
        <w:t xml:space="preserve">    (c) males, females, or various trans categories</w:t>
      </w:r>
    </w:p>
    <w:p>
      <w:pPr>
        <w:pStyle w:val="Compact"/>
        <w:numPr>
          <w:ilvl w:val="0"/>
          <w:numId w:val="1001"/>
        </w:numPr>
      </w:pPr>
      <w:r>
        <w:rPr>
          <w:b/>
          <w:bCs/>
        </w:rPr>
        <w:t xml:space="preserve">"He doesn't seem</w:t>
      </w:r>
      <w:r>
        <w:rPr>
          <w:b/>
          <w:bCs/>
        </w:rPr>
        <w:t xml:space="preserve"> </w:t>
      </w:r>
      <w:r>
        <w:rPr>
          <w:b/>
          <w:bCs/>
          <w:u w:val="single"/>
        </w:rPr>
        <w:t xml:space="preserve">intimidating</w:t>
      </w:r>
      <w:r>
        <w:rPr>
          <w:b/>
          <w:bCs/>
        </w:rPr>
        <w:t xml:space="preserve"> </w:t>
      </w:r>
      <w:r>
        <w:rPr>
          <w:b/>
          <w:bCs/>
        </w:rPr>
        <w:t xml:space="preserve">at all," Klaus interrupted.</w:t>
      </w:r>
      <w:r>
        <w:br/>
      </w:r>
      <w:r>
        <w:t xml:space="preserve">    (a) making fearful</w:t>
      </w:r>
      <w:r>
        <w:br/>
      </w:r>
      <w:r>
        <w:t xml:space="preserve">    (b) briefly seeing</w:t>
      </w:r>
      <w:r>
        <w:br/>
      </w:r>
      <w:r>
        <w:t xml:space="preserve">    (c) avoiding waste</w:t>
      </w:r>
    </w:p>
    <w:p>
      <w:pPr>
        <w:pStyle w:val="Compact"/>
        <w:numPr>
          <w:ilvl w:val="0"/>
          <w:numId w:val="1001"/>
        </w:numPr>
      </w:pPr>
      <w:r>
        <w:rPr>
          <w:b/>
          <w:bCs/>
        </w:rPr>
        <w:t xml:space="preserve">Klaus had chosen a room with a cozy</w:t>
      </w:r>
      <w:r>
        <w:rPr>
          <w:b/>
          <w:bCs/>
        </w:rPr>
        <w:t xml:space="preserve"> </w:t>
      </w:r>
      <w:r>
        <w:rPr>
          <w:b/>
          <w:bCs/>
          <w:u w:val="single"/>
        </w:rPr>
        <w:t xml:space="preserve">alcove</w:t>
      </w:r>
      <w:r>
        <w:rPr>
          <w:b/>
          <w:bCs/>
        </w:rPr>
        <w:t xml:space="preserve"> </w:t>
      </w:r>
      <w:r>
        <w:rPr>
          <w:b/>
          <w:bCs/>
        </w:rPr>
        <w:t xml:space="preserve">in it—the word "alcove" here means "a very, very small nook just perfect for sitting and reading."</w:t>
      </w:r>
      <w:r>
        <w:br/>
      </w:r>
      <w:r>
        <w:t xml:space="preserve">    (a) a room leading to a larger or more important room</w:t>
      </w:r>
      <w:r>
        <w:br/>
      </w:r>
      <w:r>
        <w:t xml:space="preserve">    (b) extensive plain without trees (associated with eastern Russia and Siberia)</w:t>
      </w:r>
      <w:r>
        <w:br/>
      </w:r>
      <w:r>
        <w:t xml:space="preserve">    (c) a recessed or secluded space -- such as in a room or garden</w:t>
      </w:r>
    </w:p>
    <w:p>
      <w:pPr>
        <w:pStyle w:val="Compact"/>
        <w:numPr>
          <w:ilvl w:val="0"/>
          <w:numId w:val="1001"/>
        </w:numPr>
      </w:pPr>
      <w:r>
        <w:rPr>
          <w:b/>
          <w:bCs/>
        </w:rPr>
        <w:t xml:space="preserve">There were also</w:t>
      </w:r>
      <w:r>
        <w:rPr>
          <w:b/>
          <w:bCs/>
        </w:rPr>
        <w:t xml:space="preserve"> </w:t>
      </w:r>
      <w:r>
        <w:rPr>
          <w:b/>
          <w:bCs/>
          <w:u w:val="single"/>
        </w:rPr>
        <w:t xml:space="preserve">assorted</w:t>
      </w:r>
      <w:r>
        <w:rPr>
          <w:b/>
          <w:bCs/>
        </w:rPr>
        <w:t xml:space="preserve"> </w:t>
      </w:r>
      <w:r>
        <w:rPr>
          <w:b/>
          <w:bCs/>
        </w:rPr>
        <w:t xml:space="preserve">toys for the Incredibly Deadly Viper so the two of them could play together whenever they wanted, within reason.</w:t>
      </w:r>
      <w:r>
        <w:br/>
      </w:r>
      <w:r>
        <w:t xml:space="preserve">    (a) a collection containing a variety of a sort of a thing</w:t>
      </w:r>
      <w:r>
        <w:br/>
      </w:r>
      <w:r>
        <w:t xml:space="preserve">    (b) not capable of being suffered through (or put up with)</w:t>
      </w:r>
      <w:r>
        <w:br/>
      </w:r>
      <w:r>
        <w:t xml:space="preserve">    (c) the degree to which something can be solved or settled</w:t>
      </w:r>
    </w:p>
    <w:p>
      <w:pPr>
        <w:pStyle w:val="Compact"/>
        <w:numPr>
          <w:ilvl w:val="0"/>
          <w:numId w:val="1001"/>
        </w:numPr>
      </w:pPr>
      <w:r>
        <w:rPr>
          <w:b/>
          <w:bCs/>
        </w:rPr>
        <w:t xml:space="preserve">"Tojoo," Sunny said</w:t>
      </w:r>
      <w:r>
        <w:rPr>
          <w:b/>
          <w:bCs/>
        </w:rPr>
        <w:t xml:space="preserve"> </w:t>
      </w:r>
      <w:r>
        <w:rPr>
          <w:b/>
          <w:bCs/>
          <w:u w:val="single"/>
        </w:rPr>
        <w:t xml:space="preserve">solemnly</w:t>
      </w:r>
      <w:r>
        <w:rPr>
          <w:b/>
          <w:bCs/>
        </w:rPr>
        <w:t xml:space="preserve">, and the siblings looked at one another glumly.</w:t>
      </w:r>
      <w:r>
        <w:br/>
      </w:r>
      <w:r>
        <w:t xml:space="preserve">    (a) in a manner that finds fault</w:t>
      </w:r>
      <w:r>
        <w:br/>
      </w:r>
      <w:r>
        <w:t xml:space="preserve">    (b) in a manner that is not good</w:t>
      </w:r>
      <w:r>
        <w:br/>
      </w:r>
      <w:r>
        <w:t xml:space="preserve">    (c) with seriousness and dignity</w:t>
      </w:r>
    </w:p>
    <w:p>
      <w:pPr>
        <w:pStyle w:val="Compact"/>
        <w:numPr>
          <w:ilvl w:val="0"/>
          <w:numId w:val="1001"/>
        </w:numPr>
      </w:pPr>
      <w:r>
        <w:rPr>
          <w:b/>
          <w:bCs/>
        </w:rPr>
        <w:t xml:space="preserve">They sat around the table where they had eaten cake on their first morning at the house, and picked</w:t>
      </w:r>
      <w:r>
        <w:rPr>
          <w:b/>
          <w:bCs/>
        </w:rPr>
        <w:t xml:space="preserve"> </w:t>
      </w:r>
      <w:r>
        <w:rPr>
          <w:b/>
          <w:bCs/>
          <w:u w:val="single"/>
        </w:rPr>
        <w:t xml:space="preserve">listlessly</w:t>
      </w:r>
      <w:r>
        <w:rPr>
          <w:b/>
          <w:bCs/>
        </w:rPr>
        <w:t xml:space="preserve"> </w:t>
      </w:r>
      <w:r>
        <w:rPr>
          <w:b/>
          <w:bCs/>
        </w:rPr>
        <w:t xml:space="preserve">at their food.</w:t>
      </w:r>
      <w:r>
        <w:br/>
      </w:r>
      <w:r>
        <w:t xml:space="preserve">    (a) with a lack of energy and normal enthusiasm</w:t>
      </w:r>
      <w:r>
        <w:br/>
      </w:r>
      <w:r>
        <w:t xml:space="preserve">    (b) in a manner that stops or hinders something</w:t>
      </w:r>
      <w:r>
        <w:br/>
      </w:r>
      <w:r>
        <w:t xml:space="preserve">    (c) in a manner involving only one part or side</w:t>
      </w:r>
    </w:p>
    <w:p>
      <w:pPr>
        <w:pStyle w:val="Compact"/>
        <w:numPr>
          <w:ilvl w:val="0"/>
          <w:numId w:val="1001"/>
        </w:numPr>
      </w:pPr>
      <w:r>
        <w:rPr>
          <w:b/>
          <w:bCs/>
        </w:rPr>
        <w:t xml:space="preserve">Do you three know what the word '</w:t>
      </w:r>
      <w:r>
        <w:rPr>
          <w:b/>
          <w:bCs/>
          <w:u w:val="single"/>
        </w:rPr>
        <w:t xml:space="preserve">preempt</w:t>
      </w:r>
      <w:r>
        <w:rPr>
          <w:b/>
          <w:bCs/>
        </w:rPr>
        <w:t xml:space="preserve">' means?</w:t>
      </w:r>
      <w:r>
        <w:br/>
      </w:r>
      <w:r>
        <w:t xml:space="preserve">    (a) surprise -- often so much so that one doesn't know what to say or do</w:t>
      </w:r>
      <w:r>
        <w:br/>
      </w:r>
      <w:r>
        <w:t xml:space="preserve">    (b) an appropriate size, amount, or degree in relation to something else</w:t>
      </w:r>
      <w:r>
        <w:br/>
      </w:r>
      <w:r>
        <w:t xml:space="preserve">    (c) done before something undesired happens to prevent it from happening</w:t>
      </w:r>
    </w:p>
    <w:p>
      <w:pPr>
        <w:pStyle w:val="Compact"/>
        <w:numPr>
          <w:ilvl w:val="0"/>
          <w:numId w:val="1001"/>
        </w:numPr>
      </w:pPr>
      <w:r>
        <w:rPr>
          <w:b/>
          <w:bCs/>
        </w:rPr>
        <w:t xml:space="preserve">Because it is a new</w:t>
      </w:r>
      <w:r>
        <w:rPr>
          <w:b/>
          <w:bCs/>
        </w:rPr>
        <w:t xml:space="preserve"> </w:t>
      </w:r>
      <w:r>
        <w:rPr>
          <w:b/>
          <w:bCs/>
          <w:u w:val="single"/>
        </w:rPr>
        <w:t xml:space="preserve">species</w:t>
      </w:r>
      <w:r>
        <w:rPr>
          <w:b/>
          <w:bCs/>
        </w:rPr>
        <w:t xml:space="preserve">, there's no way I can prove I discovered it.</w:t>
      </w:r>
      <w:r>
        <w:br/>
      </w:r>
      <w:r>
        <w:t xml:space="preserve">    (a) the quality of exactness or accuracy</w:t>
      </w:r>
      <w:r>
        <w:br/>
      </w:r>
      <w:r>
        <w:t xml:space="preserve">    (b) the gain of advantage from something</w:t>
      </w:r>
      <w:r>
        <w:br/>
      </w:r>
      <w:r>
        <w:t xml:space="preserve">    (c) a similar group of animals or plants</w:t>
      </w:r>
    </w:p>
    <w:p>
      <w:pPr>
        <w:pStyle w:val="Compact"/>
        <w:numPr>
          <w:ilvl w:val="0"/>
          <w:numId w:val="1001"/>
        </w:numPr>
      </w:pPr>
      <w:r>
        <w:rPr>
          <w:b/>
          <w:bCs/>
        </w:rPr>
        <w:t xml:space="preserve">All afternoon, the three children had sat and worried in the Reptile Room, under the mocking stare of Stephano and the</w:t>
      </w:r>
      <w:r>
        <w:rPr>
          <w:b/>
          <w:bCs/>
        </w:rPr>
        <w:t xml:space="preserve"> </w:t>
      </w:r>
      <w:r>
        <w:rPr>
          <w:b/>
          <w:bCs/>
          <w:u w:val="single"/>
        </w:rPr>
        <w:t xml:space="preserve">oblivious</w:t>
      </w:r>
      <w:r>
        <w:rPr>
          <w:b/>
          <w:bCs/>
        </w:rPr>
        <w:t xml:space="preserve">—the word "oblivious" here means "not aware that Stephano was really Count Olaf and thus being in a great deal of danger"—chatter of Uncle Monty.</w:t>
      </w:r>
      <w:r>
        <w:br/>
      </w:r>
      <w:r>
        <w:t xml:space="preserve">    (a) related to</w:t>
      </w:r>
      <w:r>
        <w:br/>
      </w:r>
      <w:r>
        <w:t xml:space="preserve">    (b) very large</w:t>
      </w:r>
      <w:r>
        <w:br/>
      </w:r>
      <w:r>
        <w:t xml:space="preserve">    (c) unaware of</w:t>
      </w:r>
    </w:p>
    <w:p>
      <w:pPr>
        <w:pStyle w:val="Compact"/>
        <w:numPr>
          <w:ilvl w:val="0"/>
          <w:numId w:val="1001"/>
        </w:numPr>
      </w:pPr>
      <w:r>
        <w:rPr>
          <w:b/>
          <w:bCs/>
        </w:rPr>
        <w:t xml:space="preserve">Sunny shrieked, in a</w:t>
      </w:r>
      <w:r>
        <w:rPr>
          <w:b/>
          <w:bCs/>
        </w:rPr>
        <w:t xml:space="preserve"> </w:t>
      </w:r>
      <w:r>
        <w:rPr>
          <w:b/>
          <w:bCs/>
          <w:u w:val="single"/>
        </w:rPr>
        <w:t xml:space="preserve">generic</w:t>
      </w:r>
      <w:r>
        <w:rPr>
          <w:b/>
          <w:bCs/>
        </w:rPr>
        <w:t xml:space="preserve"> </w:t>
      </w:r>
      <w:r>
        <w:rPr>
          <w:b/>
          <w:bCs/>
        </w:rPr>
        <w:t xml:space="preserve">cry of frustration, and pounded her little fist on the floor.</w:t>
      </w:r>
      <w:r>
        <w:br/>
      </w:r>
      <w:r>
        <w:t xml:space="preserve">    (a) name-brand version</w:t>
      </w:r>
      <w:r>
        <w:br/>
      </w:r>
      <w:r>
        <w:t xml:space="preserve">    (b) applicable to an entire class or group rather than to a specific thing; or a non-branded version of something such as a medication or grocery</w:t>
      </w:r>
      <w:r>
        <w:br/>
      </w:r>
      <w:r>
        <w:t xml:space="preserve">    (c) a specific instance</w:t>
      </w:r>
    </w:p>
    <w:p>
      <w:pPr>
        <w:pStyle w:val="Compact"/>
        <w:numPr>
          <w:ilvl w:val="0"/>
          <w:numId w:val="1001"/>
        </w:numPr>
      </w:pPr>
      <w:r>
        <w:rPr>
          <w:b/>
          <w:bCs/>
        </w:rPr>
        <w:t xml:space="preserve">Her shoulder still aching from the car</w:t>
      </w:r>
      <w:r>
        <w:rPr>
          <w:b/>
          <w:bCs/>
        </w:rPr>
        <w:t xml:space="preserve"> </w:t>
      </w:r>
      <w:r>
        <w:rPr>
          <w:b/>
          <w:bCs/>
          <w:u w:val="single"/>
        </w:rPr>
        <w:t xml:space="preserve">collision</w:t>
      </w:r>
      <w:r>
        <w:rPr>
          <w:b/>
          <w:bCs/>
        </w:rPr>
        <w:t xml:space="preserve">, Violet turned the brass handle of the door and walked inside.</w:t>
      </w:r>
      <w:r>
        <w:br/>
      </w:r>
      <w:r>
        <w:t xml:space="preserve">    (a) the smallest part of any material that cannot be broken up by chemical means</w:t>
      </w:r>
      <w:r>
        <w:br/>
      </w:r>
      <w:r>
        <w:t xml:space="preserve">    (b) microorganisms (living creatures so small it takes a microscope to see them)</w:t>
      </w:r>
      <w:r>
        <w:br/>
      </w:r>
      <w:r>
        <w:t xml:space="preserve">    (c) the crashing of things with violent impact; or coming together into conflict</w:t>
      </w:r>
    </w:p>
    <w:p>
      <w:pPr>
        <w:pStyle w:val="Compact"/>
        <w:numPr>
          <w:ilvl w:val="0"/>
          <w:numId w:val="1001"/>
        </w:numPr>
      </w:pPr>
      <w:r>
        <w:rPr>
          <w:b/>
          <w:bCs/>
        </w:rPr>
        <w:t xml:space="preserve">I think Stephano took the</w:t>
      </w:r>
      <w:r>
        <w:rPr>
          <w:b/>
          <w:bCs/>
        </w:rPr>
        <w:t xml:space="preserve"> </w:t>
      </w:r>
      <w:r>
        <w:rPr>
          <w:b/>
          <w:bCs/>
          <w:u w:val="single"/>
        </w:rPr>
        <w:t xml:space="preserve">venom</w:t>
      </w:r>
      <w:r>
        <w:rPr>
          <w:b/>
          <w:bCs/>
        </w:rPr>
        <w:t xml:space="preserve"> </w:t>
      </w:r>
      <w:r>
        <w:rPr>
          <w:b/>
          <w:bCs/>
        </w:rPr>
        <w:t xml:space="preserve">and injected it into Uncle Monty.</w:t>
      </w:r>
      <w:r>
        <w:br/>
      </w:r>
      <w:r>
        <w:t xml:space="preserve">    (a) poison (from the snake)</w:t>
      </w:r>
      <w:r>
        <w:br/>
      </w:r>
      <w:r>
        <w:t xml:space="preserve">    (b) highest caste of Hindu society; or a member of that caste</w:t>
      </w:r>
      <w:r>
        <w:br/>
      </w:r>
      <w:r>
        <w:t xml:space="preserve">    (c) an unborn child (or other unborn or unhatched vertebrate)</w:t>
      </w:r>
    </w:p>
    <w:p>
      <w:pPr>
        <w:pStyle w:val="Compact"/>
        <w:numPr>
          <w:ilvl w:val="0"/>
          <w:numId w:val="1001"/>
        </w:numPr>
      </w:pPr>
      <w:r>
        <w:rPr>
          <w:b/>
          <w:bCs/>
        </w:rPr>
        <w:t xml:space="preserve">You and I know, of course, that Mr. Poe was panicking over Sunny and the Incredibly Deadly Viper, but all Violet knew was that whatever ruse her siblings had</w:t>
      </w:r>
      <w:r>
        <w:rPr>
          <w:b/>
          <w:bCs/>
        </w:rPr>
        <w:t xml:space="preserve"> </w:t>
      </w:r>
      <w:r>
        <w:rPr>
          <w:b/>
          <w:bCs/>
          <w:u w:val="single"/>
        </w:rPr>
        <w:t xml:space="preserve">devised</w:t>
      </w:r>
      <w:r>
        <w:rPr>
          <w:b/>
          <w:bCs/>
        </w:rPr>
        <w:t xml:space="preserve"> </w:t>
      </w:r>
      <w:r>
        <w:rPr>
          <w:b/>
          <w:bCs/>
        </w:rPr>
        <w:t xml:space="preserve">was still working.</w:t>
      </w:r>
      <w:r>
        <w:br/>
      </w:r>
      <w:r>
        <w:t xml:space="preserve">    (a) stopped (something from happening)</w:t>
      </w:r>
      <w:r>
        <w:br/>
      </w:r>
      <w:r>
        <w:t xml:space="preserve">    (b) came up with (invented or created)</w:t>
      </w:r>
      <w:r>
        <w:br/>
      </w:r>
      <w:r>
        <w:t xml:space="preserve">    (c) not provided with investment funds</w:t>
      </w:r>
    </w:p>
    <w:p>
      <w:pPr>
        <w:pStyle w:val="Compact"/>
        <w:numPr>
          <w:ilvl w:val="0"/>
          <w:numId w:val="1001"/>
        </w:numPr>
      </w:pPr>
      <w:r>
        <w:rPr>
          <w:b/>
          <w:bCs/>
        </w:rPr>
        <w:t xml:space="preserve">Previously, however, you told us you knew nothing of snakes, and</w:t>
      </w:r>
      <w:r>
        <w:rPr>
          <w:b/>
          <w:bCs/>
        </w:rPr>
        <w:t xml:space="preserve"> </w:t>
      </w:r>
      <w:r>
        <w:rPr>
          <w:b/>
          <w:bCs/>
          <w:u w:val="single"/>
        </w:rPr>
        <w:t xml:space="preserve">therefore</w:t>
      </w:r>
      <w:r>
        <w:rPr>
          <w:b/>
          <w:bCs/>
        </w:rPr>
        <w:t xml:space="preserve"> </w:t>
      </w:r>
      <w:r>
        <w:rPr>
          <w:b/>
          <w:bCs/>
        </w:rPr>
        <w:t xml:space="preserve">couldn't have been involved in Dr. Montgomery's death.</w:t>
      </w:r>
      <w:r>
        <w:br/>
      </w:r>
      <w:r>
        <w:t xml:space="preserve">    (a) despite that (used to connect contrasting ideas)</w:t>
      </w:r>
      <w:r>
        <w:br/>
      </w:r>
      <w:r>
        <w:t xml:space="preserve">    (b) for that reason</w:t>
      </w:r>
      <w:r>
        <w:br/>
      </w:r>
      <w:r>
        <w:t xml:space="preserve">    (c) even though -- used to connect contrasting ideas</w:t>
      </w:r>
    </w:p>
    <w:p>
      <w:pPr>
        <w:pStyle w:val="Compact"/>
        <w:numPr>
          <w:ilvl w:val="0"/>
          <w:numId w:val="1001"/>
        </w:numPr>
      </w:pPr>
      <w:r>
        <w:rPr>
          <w:b/>
          <w:bCs/>
        </w:rPr>
        <w:t xml:space="preserve">The snakes, and indeed everything in the Reptile Room, were the last reminders the Baudelaires had of the few happy days they'd spent there at the house—the few happy days they'd had since their parents had</w:t>
      </w:r>
      <w:r>
        <w:rPr>
          <w:b/>
          <w:bCs/>
        </w:rPr>
        <w:t xml:space="preserve"> </w:t>
      </w:r>
      <w:r>
        <w:rPr>
          <w:b/>
          <w:bCs/>
          <w:u w:val="single"/>
        </w:rPr>
        <w:t xml:space="preserve">perished</w:t>
      </w:r>
      <w:r>
        <w:rPr>
          <w:b/>
          <w:bCs/>
        </w:rPr>
        <w:t xml:space="preserve">.</w:t>
      </w:r>
      <w:r>
        <w:br/>
      </w:r>
      <w:r>
        <w:t xml:space="preserve">    (a) examined in detail to better understand</w:t>
      </w:r>
      <w:r>
        <w:br/>
      </w:r>
      <w:r>
        <w:t xml:space="preserve">    (b) died, was destroyed, or ceased to exist</w:t>
      </w:r>
      <w:r>
        <w:br/>
      </w:r>
      <w:r>
        <w:t xml:space="preserve">    (c) moved into position to work; or started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2026-07-31T20:06:36Z</dcterms:created>
  <dcterms:modified xsi:type="dcterms:W3CDTF">2026-07-31T20:06:36Z</dcterms:modified>
</cp:coreProperties>
</file>

<file path=docProps/custom.xml><?xml version="1.0" encoding="utf-8"?>
<Properties xmlns="http://schemas.openxmlformats.org/officeDocument/2006/custom-properties" xmlns:vt="http://schemas.openxmlformats.org/officeDocument/2006/docPropsVTypes"/>
</file>