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7f0b59645f720f2d5f115481560e06c006338f"/>
    <w:p>
      <w:pPr>
        <w:pStyle w:val="Heading1"/>
      </w:pPr>
      <w:r>
        <w:rPr>
          <w:b/>
          <w:bCs/>
        </w:rPr>
        <w:t xml:space="preserve">The Remains of the Day</w:t>
      </w:r>
      <w:r>
        <w:br/>
      </w:r>
      <w:r>
        <w:rPr>
          <w:i/>
          <w:iCs/>
        </w:rPr>
        <w:t xml:space="preserve">Kazuo Ishiguro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Of course, I could not have expressed this view to Mr Farraday without embarking upon what might have seemed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speech.</w:t>
      </w:r>
      <w:r>
        <w:br/>
      </w:r>
      <w:r>
        <w:t xml:space="preserve">    (a) aka analytic -- relating to a theory of psychiatry</w:t>
      </w:r>
      <w:r>
        <w:br/>
      </w:r>
      <w:r>
        <w:t xml:space="preserve">    (b) deserving no respect (worthless or of bad quality)</w:t>
      </w:r>
      <w:r>
        <w:br/>
      </w:r>
      <w:r>
        <w:t xml:space="preserve">    (c) exercising social privileges to which one is not entitled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will, after all, take my leave of these people in the morning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presumably</w:t>
      </w:r>
      <w:r>
        <w:rPr>
          <w:b/>
          <w:bCs/>
        </w:rPr>
        <w:t xml:space="preserve"> </w:t>
      </w:r>
      <w:r>
        <w:rPr>
          <w:b/>
          <w:bCs/>
        </w:rPr>
        <w:t xml:space="preserve">never encounter them again.</w:t>
      </w:r>
      <w:r>
        <w:br/>
      </w:r>
      <w:r>
        <w:t xml:space="preserve">    (a) shocking</w:t>
      </w:r>
      <w:r>
        <w:br/>
      </w:r>
      <w:r>
        <w:t xml:space="preserve">    (b) probably</w:t>
      </w:r>
      <w:r>
        <w:br/>
      </w:r>
      <w:r>
        <w:t xml:space="preserve">    (c) secretly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should say that these errors have all been without exception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trivial</w:t>
      </w:r>
      <w:r>
        <w:rPr>
          <w:b/>
          <w:bCs/>
        </w:rPr>
        <w:t xml:space="preserve"> </w:t>
      </w:r>
      <w:r>
        <w:rPr>
          <w:b/>
          <w:bCs/>
        </w:rPr>
        <w:t xml:space="preserve">in themselves.</w:t>
      </w:r>
      <w:r>
        <w:br/>
      </w:r>
      <w:r>
        <w:t xml:space="preserve">    (a) intentional</w:t>
      </w:r>
      <w:r>
        <w:br/>
      </w:r>
      <w:r>
        <w:t xml:space="preserve">    (b) unimportant</w:t>
      </w:r>
      <w:r>
        <w:br/>
      </w:r>
      <w:r>
        <w:t xml:space="preserve">    (c) not sincere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this particular case, of course, I had been set a slightly extraordinary task, but I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 </w:t>
      </w:r>
      <w:r>
        <w:rPr>
          <w:b/>
          <w:bCs/>
        </w:rPr>
        <w:t xml:space="preserve">not been neglectful to incorporate 'margins' wherever possible.</w:t>
      </w:r>
      <w:r>
        <w:br/>
      </w:r>
      <w:r>
        <w:t xml:space="preserve">    (a) therefore (for that reason)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despite that (used to connect contrasting ideas)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from my observation of Mr Farraday over these months, he is not one of those gentlemen prone to that most irritating of traits in an employer —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inconsistency</w:t>
      </w:r>
      <w:r>
        <w:rPr>
          <w:b/>
          <w:bCs/>
        </w:rPr>
        <w:t xml:space="preserve">.</w:t>
      </w:r>
      <w:r>
        <w:br/>
      </w:r>
      <w:r>
        <w:t xml:space="preserve">    (a) not the same in different parts or at different times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not in agreement [with something else]</w:t>
      </w:r>
      <w:r>
        <w:br/>
      </w:r>
      <w:r>
        <w:t xml:space="preserve">    (b) the process of assigning a value on or judging the worth of something; or the result of such a process</w:t>
      </w:r>
      <w:r>
        <w:br/>
      </w:r>
      <w:r>
        <w:t xml:space="preserve">    (c) a collection of things on public display  OR  a detailed explanation or background of a specific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I was expected to laugh heartily; or indeed,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with some remark of my own.</w:t>
      </w:r>
      <w:r>
        <w:br/>
      </w:r>
      <w:r>
        <w:t xml:space="preserve">    (a) begin fighting</w:t>
      </w:r>
      <w:r>
        <w:br/>
      </w:r>
      <w:r>
        <w:t xml:space="preserve">    (b) less than zero</w:t>
      </w:r>
      <w:r>
        <w:br/>
      </w:r>
      <w:r>
        <w:t xml:space="preserve">    (c) give in return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must say this business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bantering</w:t>
      </w:r>
      <w:r>
        <w:rPr>
          <w:b/>
          <w:bCs/>
        </w:rPr>
        <w:t xml:space="preserve"> </w:t>
      </w:r>
      <w:r>
        <w:rPr>
          <w:b/>
          <w:bCs/>
        </w:rPr>
        <w:t xml:space="preserve">is not a duty I feel I can ever discharge with enthusiasm.</w:t>
      </w:r>
      <w:r>
        <w:br/>
      </w:r>
      <w:r>
        <w:t xml:space="preserve">    (a) selecting (on a computer screen)</w:t>
      </w:r>
      <w:r>
        <w:br/>
      </w:r>
      <w:r>
        <w:t xml:space="preserve">    (b) engaging in amusing conversation</w:t>
      </w:r>
      <w:r>
        <w:br/>
      </w:r>
      <w:r>
        <w:t xml:space="preserve">    (c) limiting or acting as a boundary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criteria</w:t>
      </w:r>
      <w:r>
        <w:rPr>
          <w:b/>
          <w:bCs/>
        </w:rPr>
        <w:t xml:space="preserve"> </w:t>
      </w:r>
      <w:r>
        <w:rPr>
          <w:b/>
          <w:bCs/>
        </w:rPr>
        <w:t xml:space="preserve">for membership</w:t>
      </w:r>
      <w:r>
        <w:br/>
      </w:r>
      <w:r>
        <w:t xml:space="preserve">    (a) standards (reference points against which other things can be evaluated)</w:t>
      </w:r>
      <w:r>
        <w:br/>
      </w:r>
      <w:r>
        <w:t xml:space="preserve">    (b) the act of protecting something or keeping it as it is</w:t>
      </w:r>
      <w:r>
        <w:br/>
      </w:r>
      <w:r>
        <w:t xml:space="preserve">    (c) speaks with someone about something for the first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one of those events which at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crucial</w:t>
      </w:r>
      <w:r>
        <w:rPr>
          <w:b/>
          <w:bCs/>
        </w:rPr>
        <w:t xml:space="preserve"> </w:t>
      </w:r>
      <w:r>
        <w:rPr>
          <w:b/>
          <w:bCs/>
        </w:rPr>
        <w:t xml:space="preserve">stage in one's development arrive to challenge and stretch one to the limit of one's ability and beyond, so that thereafter one has new standards by which to judge oneself.</w:t>
      </w:r>
      <w:r>
        <w:br/>
      </w:r>
      <w:r>
        <w:t xml:space="preserve">    (a) natural</w:t>
      </w:r>
      <w:r>
        <w:br/>
      </w:r>
      <w:r>
        <w:t xml:space="preserve">    (b) very important</w:t>
      </w:r>
      <w:r>
        <w:br/>
      </w:r>
      <w:r>
        <w:t xml:space="preserve">    (c) more than is needed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, my planning for the event was complicated by the uncertainty as to the numbers involved.</w:t>
      </w:r>
      <w:r>
        <w:br/>
      </w:r>
      <w:r>
        <w:t xml:space="preserve">    (a) even though -- used to connect contrasting ideas</w:t>
      </w:r>
      <w:r>
        <w:br/>
      </w:r>
      <w:r>
        <w:t xml:space="preserve">    (b) despite that (used to connect contrasting ideas)</w:t>
      </w:r>
      <w:r>
        <w:br/>
      </w:r>
      <w:r>
        <w:t xml:space="preserve">    (c) in addition to what has just been said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convey</w:t>
      </w:r>
      <w:r>
        <w:rPr>
          <w:b/>
          <w:bCs/>
        </w:rPr>
        <w:t xml:space="preserve"> </w:t>
      </w:r>
      <w:r>
        <w:rPr>
          <w:b/>
          <w:bCs/>
        </w:rPr>
        <w:t xml:space="preserve">the basic facts and be done with it.</w:t>
      </w:r>
      <w:r>
        <w:br/>
      </w:r>
      <w:r>
        <w:t xml:space="preserve">    (a) create dramatic change</w:t>
      </w:r>
      <w:r>
        <w:br/>
      </w:r>
      <w:r>
        <w:t xml:space="preserve">    (b) mirror back (an image)</w:t>
      </w:r>
      <w:r>
        <w:br/>
      </w:r>
      <w:r>
        <w:t xml:space="preserve">    (c) communicate or express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aspiration</w:t>
      </w:r>
      <w:r>
        <w:rPr>
          <w:b/>
          <w:bCs/>
        </w:rPr>
        <w:t xml:space="preserve"> </w:t>
      </w:r>
      <w:r>
        <w:rPr>
          <w:b/>
          <w:bCs/>
        </w:rPr>
        <w:t xml:space="preserve">of all those of us with professional ambition to work our way as close to this hub as we were each of us capable.</w:t>
      </w:r>
      <w:r>
        <w:br/>
      </w:r>
      <w:r>
        <w:t xml:space="preserve">    (a) memory</w:t>
      </w:r>
      <w:r>
        <w:br/>
      </w:r>
      <w:r>
        <w:t xml:space="preserve">    (b) desire</w:t>
      </w:r>
      <w:r>
        <w:br/>
      </w:r>
      <w:r>
        <w:t xml:space="preserve">    (c) battle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my surprise,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, once we had finished interviewing the girl, Miss Kenton began to insist we take her on.</w:t>
      </w:r>
      <w:r>
        <w:br/>
      </w:r>
      <w:r>
        <w:t xml:space="preserve">    (a) therefore (for that reason)</w:t>
      </w:r>
      <w:r>
        <w:br/>
      </w:r>
      <w:r>
        <w:t xml:space="preserve">    (b) a word used to connect contrasting ideas as when using</w:t>
      </w:r>
      <w:r>
        <w:t xml:space="preserve"> </w:t>
      </w:r>
      <w:r>
        <w:rPr>
          <w:i/>
          <w:iCs/>
        </w:rPr>
        <w:t xml:space="preserve">though</w:t>
      </w:r>
      <w:r>
        <w:t xml:space="preserve">,</w:t>
      </w:r>
      <w:r>
        <w:t xml:space="preserve"> </w:t>
      </w:r>
      <w:r>
        <w:rPr>
          <w:i/>
          <w:iCs/>
        </w:rPr>
        <w:t xml:space="preserve">in spite of that</w:t>
      </w:r>
      <w:r>
        <w:t xml:space="preserve">,</w:t>
      </w:r>
      <w:r>
        <w:t xml:space="preserve"> </w:t>
      </w:r>
      <w:r>
        <w:rPr>
          <w:i/>
          <w:iCs/>
        </w:rPr>
        <w:t xml:space="preserve">in contrast</w:t>
      </w:r>
      <w:r>
        <w:t xml:space="preserve">,</w:t>
      </w:r>
      <w:r>
        <w:t xml:space="preserve"> </w:t>
      </w:r>
      <w:r>
        <w:rPr>
          <w:i/>
          <w:iCs/>
        </w:rPr>
        <w:t xml:space="preserve">nevertheless</w:t>
      </w:r>
      <w:r>
        <w:t xml:space="preserve">, etc.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great privilege, after all, to have been given a part to play,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however</w:t>
      </w:r>
      <w:r>
        <w:rPr>
          <w:b/>
          <w:bCs/>
        </w:rPr>
        <w:t xml:space="preserve"> </w:t>
      </w:r>
      <w:r>
        <w:rPr>
          <w:b/>
          <w:bCs/>
        </w:rPr>
        <w:t xml:space="preserve">small, on the world's stage.</w:t>
      </w:r>
      <w:r>
        <w:br/>
      </w:r>
      <w:r>
        <w:t xml:space="preserve">    (a) people who are good at or spend much time studying, thinking, and reasoning</w:t>
      </w:r>
      <w:r>
        <w:br/>
      </w:r>
      <w:r>
        <w:t xml:space="preserve">    (b) aka analysis -- psychiatric treatment; or a theory of psychiatric treatment</w:t>
      </w:r>
      <w:r>
        <w:br/>
      </w:r>
      <w:r>
        <w:t xml:space="preserve">    (c) regardless of how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that I am now ... at the mercy of Mr and Mrs Taylor's generosity on this night,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attributable</w:t>
      </w:r>
      <w:r>
        <w:rPr>
          <w:b/>
          <w:bCs/>
        </w:rPr>
        <w:t xml:space="preserve"> </w:t>
      </w:r>
      <w:r>
        <w:rPr>
          <w:b/>
          <w:bCs/>
        </w:rPr>
        <w:t xml:space="preserve">to one foolish, infuriatingly simple oversight:</w:t>
      </w:r>
      <w:r>
        <w:br/>
      </w:r>
      <w:r>
        <w:t xml:space="preserve">    (a) not easily identified</w:t>
      </w:r>
      <w:r>
        <w:br/>
      </w:r>
      <w:r>
        <w:t xml:space="preserve">    (b) traceable (caused by)</w:t>
      </w:r>
      <w:r>
        <w:br/>
      </w:r>
      <w:r>
        <w:t xml:space="preserve">    (c) exactness or accuracy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all that, it has never been my position that good accent and command of language are not attractive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, and I always considered it my duty to develop them as best I could.</w:t>
      </w:r>
      <w:r>
        <w:br/>
      </w:r>
      <w:r>
        <w:t xml:space="preserve">    (a) piles of wood or other burnable materials</w:t>
      </w:r>
      <w:r>
        <w:br/>
      </w:r>
      <w:r>
        <w:t xml:space="preserve">    (b) dreamlike states of altered consciousness</w:t>
      </w:r>
      <w:r>
        <w:br/>
      </w:r>
      <w:r>
        <w:t xml:space="preserve">    (c) characteristics (of something or someone)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fact is, I have tended increasingly of late to indulge myself in such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recollections</w:t>
      </w:r>
      <w:r>
        <w:rPr>
          <w:b/>
          <w:bCs/>
        </w:rPr>
        <w:t xml:space="preserve">.</w:t>
      </w:r>
      <w:r>
        <w:br/>
      </w:r>
      <w:r>
        <w:t xml:space="preserve">    (a) memories</w:t>
      </w:r>
      <w:r>
        <w:br/>
      </w:r>
      <w:r>
        <w:t xml:space="preserve">    (b) restores</w:t>
      </w:r>
      <w:r>
        <w:br/>
      </w:r>
      <w:r>
        <w:t xml:space="preserve">    (c) thoughts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this point, I had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preoccupied</w:t>
      </w:r>
      <w:r>
        <w:rPr>
          <w:b/>
          <w:bCs/>
        </w:rPr>
        <w:t xml:space="preserve"> </w:t>
      </w:r>
      <w:r>
        <w:rPr>
          <w:b/>
          <w:bCs/>
        </w:rPr>
        <w:t xml:space="preserve">for some hours with the matter of Miss Kenton's sorrow, having given particular thought to the question of what I might best do or say to ease her burden a little.</w:t>
      </w:r>
      <w:r>
        <w:br/>
      </w:r>
      <w:r>
        <w:t xml:space="preserve">    (a) took up the attention of</w:t>
      </w:r>
      <w:r>
        <w:br/>
      </w:r>
      <w:r>
        <w:t xml:space="preserve">    (b) mirrored back (an image)</w:t>
      </w:r>
      <w:r>
        <w:br/>
      </w:r>
      <w:r>
        <w:t xml:space="preserve">    (c) quoted (to make a point)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very sorry to hear about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mishap</w:t>
      </w:r>
      <w:r>
        <w:rPr>
          <w:b/>
          <w:bCs/>
        </w:rPr>
        <w:t xml:space="preserve">, but I hope you're not too put out to be spending the night here in Moscombe.</w:t>
      </w:r>
      <w:r>
        <w:br/>
      </w:r>
      <w:r>
        <w:t xml:space="preserve">    (a) unfortunate accident</w:t>
      </w:r>
      <w:r>
        <w:br/>
      </w:r>
      <w:r>
        <w:t xml:space="preserve">    (b) basic rule or belief</w:t>
      </w:r>
      <w:r>
        <w:br/>
      </w:r>
      <w:r>
        <w:t xml:space="preserve">    (c) the act of forgiving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often pass the time amusing ourselves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anecdotes</w:t>
      </w:r>
      <w:r>
        <w:rPr>
          <w:b/>
          <w:bCs/>
        </w:rPr>
        <w:t xml:space="preserve"> </w:t>
      </w:r>
      <w:r>
        <w:rPr>
          <w:b/>
          <w:bCs/>
        </w:rPr>
        <w:t xml:space="preserve">about you.</w:t>
      </w:r>
      <w:r>
        <w:br/>
      </w:r>
      <w:r>
        <w:t xml:space="preserve">    (a) sizes or dimensions</w:t>
      </w:r>
      <w:r>
        <w:br/>
      </w:r>
      <w:r>
        <w:t xml:space="preserve">    (b) outward appearances</w:t>
      </w:r>
      <w:r>
        <w:br/>
      </w:r>
      <w:r>
        <w:t xml:space="preserve">    (c) short, true stories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2026-07-31T16:52:14Z</dcterms:created>
  <dcterms:modified xsi:type="dcterms:W3CDTF">2026-07-31T16:52:14Z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