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9f38171c2cdfc87807e6a92eb758c08299adb7"/>
    <w:p>
      <w:pPr>
        <w:pStyle w:val="Heading1"/>
      </w:pPr>
      <w:r>
        <w:rPr>
          <w:b/>
          <w:bCs/>
        </w:rPr>
        <w:t xml:space="preserve">The Red Pyramid</w:t>
      </w:r>
      <w:r>
        <w:br/>
      </w:r>
      <w:r>
        <w:rPr>
          <w:i/>
          <w:iCs/>
        </w:rPr>
        <w:t xml:space="preserve">Rick Riordan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seems impossible that the two young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narrators</w:t>
      </w:r>
      <w:r>
        <w:rPr>
          <w:b/>
          <w:bCs/>
        </w:rPr>
        <w:t xml:space="preserve"> </w:t>
      </w:r>
      <w:r>
        <w:rPr>
          <w:b/>
          <w:bCs/>
        </w:rPr>
        <w:t xml:space="preserve">are telling the truth, but you, the reader, must decide for yourself.</w:t>
      </w:r>
      <w:r>
        <w:br/>
      </w:r>
      <w:r>
        <w:t xml:space="preserve">    (a) storytellers</w:t>
      </w:r>
      <w:r>
        <w:br/>
      </w:r>
      <w:r>
        <w:t xml:space="preserve">    (b) translations</w:t>
      </w:r>
      <w:r>
        <w:br/>
      </w:r>
      <w:r>
        <w:t xml:space="preserve">    (c) concentrates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case you've never seen it: the Needle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obelisk</w:t>
      </w:r>
      <w:r>
        <w:rPr>
          <w:b/>
          <w:bCs/>
        </w:rPr>
        <w:t xml:space="preserve">, not a needle, and it doesn't have anything to do with Cleopatra.</w:t>
      </w:r>
      <w:r>
        <w:br/>
      </w:r>
      <w:r>
        <w:t xml:space="preserve">    (a) related to the smallest part of any material that cannot be broken up by chemical means</w:t>
      </w:r>
      <w:r>
        <w:br/>
      </w:r>
      <w:r>
        <w:t xml:space="preserve">    (b) a type of vocal music that originated in African-American churches in the United States</w:t>
      </w:r>
      <w:r>
        <w:br/>
      </w:r>
      <w:r>
        <w:t xml:space="preserve">    (c) a stone pillar with a pyramidal top erected as a monument to remember a person or 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lunged at the fiery man, who effortlessly grabbed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</w:t>
      </w:r>
      <w:r>
        <w:rPr>
          <w:b/>
          <w:bCs/>
        </w:rPr>
        <w:t xml:space="preserve"> </w:t>
      </w:r>
      <w:r>
        <w:rPr>
          <w:b/>
          <w:bCs/>
        </w:rPr>
        <w:t xml:space="preserve">by its neck.</w:t>
      </w:r>
      <w:r>
        <w:br/>
      </w:r>
      <w:r>
        <w:t xml:space="preserve">    (a) skill</w:t>
      </w:r>
      <w:r>
        <w:br/>
      </w:r>
      <w:r>
        <w:t xml:space="preserve">    (b) story</w:t>
      </w:r>
      <w:r>
        <w:br/>
      </w:r>
      <w:r>
        <w:t xml:space="preserve">    (c) snake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"An old trick, Julius," the fiery man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chided</w:t>
      </w:r>
      <w:r>
        <w:rPr>
          <w:b/>
          <w:bCs/>
        </w:rPr>
        <w:t xml:space="preserve">.</w:t>
      </w:r>
      <w:r>
        <w:br/>
      </w:r>
      <w:r>
        <w:t xml:space="preserve">    (a) marked important text</w:t>
      </w:r>
      <w:r>
        <w:br/>
      </w:r>
      <w:r>
        <w:t xml:space="preserve">    (b) scolded or criticized</w:t>
      </w:r>
      <w:r>
        <w:br/>
      </w:r>
      <w:r>
        <w:t xml:space="preserve">    (c) gained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ESPN was on the television, and Khufu was watching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highlights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games the night before.</w:t>
      </w:r>
      <w:r>
        <w:br/>
      </w:r>
      <w:r>
        <w:t xml:space="preserve">    (a) shows or demonstrates</w:t>
      </w:r>
      <w:r>
        <w:br/>
      </w:r>
      <w:r>
        <w:t xml:space="preserve">    (b) best parts</w:t>
      </w:r>
      <w:r>
        <w:br/>
      </w:r>
      <w:r>
        <w:t xml:space="preserve">    (c) people standing guard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sister, with her ratty red-</w:t>
      </w:r>
      <w:r>
        <w:rPr>
          <w:b/>
          <w:bCs/>
          <w:u w:val="single"/>
        </w:rPr>
        <w:t xml:space="preserve">highlighted</w:t>
      </w:r>
      <w:r>
        <w:rPr>
          <w:b/>
          <w:bCs/>
        </w:rPr>
        <w:t xml:space="preserve"> </w:t>
      </w:r>
      <w:r>
        <w:rPr>
          <w:b/>
          <w:bCs/>
        </w:rPr>
        <w:t xml:space="preserve">hair and her linen pajamas and her combat boots—how could she possibly worry about being possessed by a goddess?</w:t>
      </w:r>
      <w:r>
        <w:br/>
      </w:r>
      <w:r>
        <w:t xml:space="preserve">    (a) interacted again or interested again</w:t>
      </w:r>
      <w:r>
        <w:br/>
      </w:r>
      <w:r>
        <w:t xml:space="preserve">    (b) made different; or showed difference</w:t>
      </w:r>
      <w:r>
        <w:br/>
      </w:r>
      <w:r>
        <w:t xml:space="preserve">    (c) with strips of hair lighter in color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last two thousand years or so, we magicians have spent much of our time binding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them whenever they appear.</w:t>
      </w:r>
      <w:r>
        <w:br/>
      </w:r>
      <w:r>
        <w:t xml:space="preserve">    (a) coming together to form one</w:t>
      </w:r>
      <w:r>
        <w:br/>
      </w:r>
      <w:r>
        <w:t xml:space="preserve">    (b) expelling or getting rid of</w:t>
      </w:r>
      <w:r>
        <w:br/>
      </w:r>
      <w:r>
        <w:t xml:space="preserve">    (c) treating as if of low worth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exiled</w:t>
      </w:r>
      <w:r>
        <w:rPr>
          <w:b/>
          <w:bCs/>
        </w:rPr>
        <w:t xml:space="preserve">, I suppose you would say.</w:t>
      </w:r>
      <w:r>
        <w:br/>
      </w:r>
      <w:r>
        <w:t xml:space="preserve">    (a) took (power or responsibility)</w:t>
      </w:r>
      <w:r>
        <w:br/>
      </w:r>
      <w:r>
        <w:t xml:space="preserve">    (b) developed or changed gradually</w:t>
      </w:r>
      <w:r>
        <w:br/>
      </w:r>
      <w:r>
        <w:t xml:space="preserve">    (c) forced to leave one's homeland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Muffin said,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insistently</w:t>
      </w:r>
      <w:r>
        <w:rPr>
          <w:b/>
          <w:bCs/>
        </w:rPr>
        <w:t xml:space="preserve">.</w:t>
      </w:r>
      <w:r>
        <w:br/>
      </w:r>
      <w:r>
        <w:t xml:space="preserve">    (a) in a good or beneficial manner</w:t>
      </w:r>
      <w:r>
        <w:br/>
      </w:r>
      <w:r>
        <w:t xml:space="preserve">    (b) in a manner that does not stop</w:t>
      </w:r>
      <w:r>
        <w:br/>
      </w:r>
      <w:r>
        <w:t xml:space="preserve">    (c) in a persistent or firm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residual life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aura</w:t>
      </w:r>
      <w:r>
        <w:rPr>
          <w:b/>
          <w:bCs/>
        </w:rPr>
        <w:t xml:space="preserve"> </w:t>
      </w:r>
      <w:r>
        <w:rPr>
          <w:b/>
          <w:bCs/>
        </w:rPr>
        <w:t xml:space="preserve">can interfere with spells?</w:t>
      </w:r>
      <w:r>
        <w:br/>
      </w:r>
      <w:r>
        <w:t xml:space="preserve">    (a) a person with or something related to an eating disorder in which overeating is followed by guilt and unhealthy attempts at correction -- especially self-induced vomiting</w:t>
      </w:r>
      <w:r>
        <w:br/>
      </w:r>
      <w:r>
        <w:t xml:space="preserve">    (b) A distinctive quality, mood, or feeling that seems to surround a person, place, or thing; or, more literally, a glowing light shown around someone's head or body in spiritual or artistic images</w:t>
      </w:r>
      <w:r>
        <w:br/>
      </w:r>
      <w:r>
        <w:t xml:space="preserve">    (c) treatment with extra kindness or tolerance  OR  (more rarely) a special pleasure (typically something done in excess of what is thought good -- such as eating too much cake, or being too lazy)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Zia twisted her staff, and Serget fell sideways,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writhing</w:t>
      </w:r>
      <w:r>
        <w:rPr>
          <w:b/>
          <w:bCs/>
        </w:rPr>
        <w:t xml:space="preserve"> </w:t>
      </w:r>
      <w:r>
        <w:rPr>
          <w:b/>
          <w:bCs/>
        </w:rPr>
        <w:t xml:space="preserve">and smoking.</w:t>
      </w:r>
      <w:r>
        <w:br/>
      </w:r>
      <w:r>
        <w:t xml:space="preserve">    (a) opposing (struggling against each other)</w:t>
      </w:r>
      <w:r>
        <w:br/>
      </w:r>
      <w:r>
        <w:t xml:space="preserve">    (b) moving in a twisting or contorted motion</w:t>
      </w:r>
      <w:r>
        <w:br/>
      </w:r>
      <w:r>
        <w:t xml:space="preserve">    (c) examining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black haze was no longer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dissipating</w:t>
      </w:r>
      <w:r>
        <w:rPr>
          <w:b/>
          <w:bCs/>
        </w:rPr>
        <w:t xml:space="preserve">.</w:t>
      </w:r>
      <w:r>
        <w:br/>
      </w:r>
      <w:r>
        <w:t xml:space="preserve">    (a) a non-doctor assisting a women in childbirth</w:t>
      </w:r>
      <w:r>
        <w:br/>
      </w:r>
      <w:r>
        <w:t xml:space="preserve">    (b) emphasizing (drawing attention to something)</w:t>
      </w:r>
      <w:r>
        <w:br/>
      </w:r>
      <w:r>
        <w:t xml:space="preserve">    (c) gradually wasting; or gradually disappearing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standing at the edge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chasm</w:t>
      </w:r>
      <w:r>
        <w:rPr>
          <w:b/>
          <w:bCs/>
        </w:rPr>
        <w:t xml:space="preserve">.</w:t>
      </w:r>
      <w:r>
        <w:br/>
      </w:r>
      <w:r>
        <w:t xml:space="preserve">    (a) a large gap or divide</w:t>
      </w:r>
      <w:r>
        <w:br/>
      </w:r>
      <w:r>
        <w:t xml:space="preserve">    (b) long eventful journey</w:t>
      </w:r>
      <w:r>
        <w:br/>
      </w:r>
      <w:r>
        <w:t xml:space="preserve">    (c) a nerve or brain cell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dagger should've impaled me in the chest, but somehow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deflected</w:t>
      </w:r>
      <w:r>
        <w:rPr>
          <w:b/>
          <w:bCs/>
        </w:rPr>
        <w:t xml:space="preserve"> </w:t>
      </w:r>
      <w:r>
        <w:rPr>
          <w:b/>
          <w:bCs/>
        </w:rPr>
        <w:t xml:space="preserve">it with my blade and sent it sailing into the abyss.</w:t>
      </w:r>
      <w:r>
        <w:br/>
      </w:r>
      <w:r>
        <w:t xml:space="preserve">    (a) turned aside from a fixed direction or line of interest</w:t>
      </w:r>
      <w:r>
        <w:br/>
      </w:r>
      <w:r>
        <w:t xml:space="preserve">    (b) made something lighter -- such as an area of a painting</w:t>
      </w:r>
      <w:r>
        <w:br/>
      </w:r>
      <w:r>
        <w:t xml:space="preserve">    (c) excessively examined in an attempt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dagger should've impaled me in the chest, but somehow I deflected it with my blade and sent it sailing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abyss</w:t>
      </w:r>
      <w:r>
        <w:rPr>
          <w:b/>
          <w:bCs/>
        </w:rPr>
        <w:t xml:space="preserve">.</w:t>
      </w:r>
      <w:r>
        <w:br/>
      </w:r>
      <w:r>
        <w:t xml:space="preserve">    (a) a hole or dropoff so deep the bottom cannot be seen -- often used figuratively to imply a frightening bottomless pit</w:t>
      </w:r>
      <w:r>
        <w:br/>
      </w:r>
      <w:r>
        <w:t xml:space="preserve">    (b) removal and examination of tissues or liquids from the living body to determine the existence or cause of a disease</w:t>
      </w:r>
      <w:r>
        <w:br/>
      </w:r>
      <w:r>
        <w:t xml:space="preserve">    (c) of the American Indian civilization of Yucatan and Belize and Guatemala that reached its peak between AD 300 and 900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initiates</w:t>
      </w:r>
      <w:r>
        <w:rPr>
          <w:b/>
          <w:bCs/>
        </w:rPr>
        <w:t xml:space="preserve">," Zia said, "learning to scry."</w:t>
      </w:r>
      <w:r>
        <w:br/>
      </w:r>
      <w:r>
        <w:t xml:space="preserve">    (a) people who act as a judges</w:t>
      </w:r>
      <w:r>
        <w:br/>
      </w:r>
      <w:r>
        <w:t xml:space="preserve">    (b) potential new members</w:t>
      </w:r>
      <w:r>
        <w:br/>
      </w:r>
      <w:r>
        <w:t xml:space="preserve">    (c) that emit radiation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the right was a massive set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doors with fires blazing on either side; on the left, a twenty-foot-tall sphinx carved into the wall.</w:t>
      </w:r>
      <w:r>
        <w:br/>
      </w:r>
      <w:r>
        <w:t xml:space="preserve">    (a) appropriate in size, amount, or degree</w:t>
      </w:r>
      <w:r>
        <w:br/>
      </w:r>
      <w:r>
        <w:t xml:space="preserve">    (b) made of a type of high-quality metal</w:t>
      </w:r>
      <w:r>
        <w:br/>
      </w:r>
      <w:r>
        <w:t xml:space="preserve">    (c) examine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thought about the myths I knew—how Horus, the son of Osiris,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avenge</w:t>
      </w:r>
      <w:r>
        <w:rPr>
          <w:b/>
          <w:bCs/>
        </w:rPr>
        <w:t xml:space="preserve"> </w:t>
      </w:r>
      <w:r>
        <w:rPr>
          <w:b/>
          <w:bCs/>
        </w:rPr>
        <w:t xml:space="preserve">his father by defeating Set.</w:t>
      </w:r>
      <w:r>
        <w:br/>
      </w:r>
      <w:r>
        <w:t xml:space="preserve">    (a) take on or adopt</w:t>
      </w:r>
      <w:r>
        <w:br/>
      </w:r>
      <w:r>
        <w:t xml:space="preserve">    (b) make more varied</w:t>
      </w:r>
      <w:r>
        <w:br/>
      </w:r>
      <w:r>
        <w:t xml:space="preserve">    (c) take revenge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sunrise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auspicious</w:t>
      </w:r>
      <w:r>
        <w:rPr>
          <w:b/>
          <w:bCs/>
        </w:rPr>
        <w:t xml:space="preserve"> </w:t>
      </w:r>
      <w:r>
        <w:rPr>
          <w:b/>
          <w:bCs/>
        </w:rPr>
        <w:t xml:space="preserve">moment for magic.</w:t>
      </w:r>
      <w:r>
        <w:br/>
      </w:r>
      <w:r>
        <w:t xml:space="preserve">    (a) the degree to which something can be translated</w:t>
      </w:r>
      <w:r>
        <w:br/>
      </w:r>
      <w:r>
        <w:t xml:space="preserve">    (b) not able to change to fit a different situation</w:t>
      </w:r>
      <w:r>
        <w:br/>
      </w:r>
      <w:r>
        <w:t xml:space="preserve">    (c) favorable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arrange to be in Las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Cruces</w:t>
      </w:r>
      <w:r>
        <w:rPr>
          <w:b/>
          <w:bCs/>
        </w:rPr>
        <w:t xml:space="preserve">, New Mexico, tonight.</w:t>
      </w:r>
      <w:r>
        <w:br/>
      </w:r>
      <w:r>
        <w:t xml:space="preserve">    (a) the most important or difficult part of a problem, argument, or situation</w:t>
      </w:r>
      <w:r>
        <w:br/>
      </w:r>
      <w:r>
        <w:t xml:space="preserve">    (b) the state of being of low quality or of lower quality than something else</w:t>
      </w:r>
      <w:r>
        <w:br/>
      </w:r>
      <w:r>
        <w:t xml:space="preserve">    (c) the state or degree of being capable of being protected or kept unchanged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2026-07-31T19:10:38Z</dcterms:created>
  <dcterms:modified xsi:type="dcterms:W3CDTF">2026-07-31T19:10:38Z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